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AF080" w14:textId="54CE494C" w:rsidR="00ED4BC0" w:rsidRDefault="00080BFF" w:rsidP="00CE6A40">
      <w:pPr>
        <w:ind w:right="50"/>
        <w:jc w:val="left"/>
        <w:rPr>
          <w:rFonts w:cs="Tahoma"/>
          <w:b/>
          <w:bCs/>
          <w:color w:val="1F497D"/>
          <w:sz w:val="28"/>
          <w:szCs w:val="28"/>
        </w:rPr>
      </w:pPr>
      <w:bookmarkStart w:id="0" w:name="_Hlk71536030"/>
      <w:bookmarkStart w:id="1" w:name="_Toc511033665"/>
      <w:bookmarkStart w:id="2" w:name="_Toc166920739"/>
      <w:bookmarkStart w:id="3" w:name="_Toc166922159"/>
      <w:bookmarkStart w:id="4" w:name="_Toc167700301"/>
      <w:bookmarkStart w:id="5" w:name="_Toc168197605"/>
      <w:bookmarkStart w:id="6" w:name="_Toc168224407"/>
      <w:bookmarkStart w:id="7" w:name="_Toc168303246"/>
      <w:bookmarkStart w:id="8" w:name="_Toc168306106"/>
      <w:bookmarkStart w:id="9" w:name="_Toc168389819"/>
      <w:bookmarkStart w:id="10" w:name="_Toc168389973"/>
      <w:bookmarkStart w:id="11" w:name="_Toc188758046"/>
      <w:bookmarkStart w:id="12" w:name="_Toc201562737"/>
      <w:bookmarkStart w:id="13" w:name="_Toc224359354"/>
      <w:bookmarkStart w:id="14" w:name="_Toc148866121"/>
      <w:bookmarkStart w:id="15" w:name="_Toc84666715"/>
      <w:bookmarkStart w:id="16" w:name="_Toc84825997"/>
      <w:bookmarkStart w:id="17" w:name="_Toc84826534"/>
      <w:bookmarkStart w:id="18" w:name="_Toc84905408"/>
      <w:bookmarkStart w:id="19" w:name="_Toc88556791"/>
      <w:bookmarkStart w:id="20" w:name="_Toc106166354"/>
      <w:bookmarkStart w:id="21" w:name="_Toc106181417"/>
      <w:bookmarkStart w:id="22" w:name="_Toc107292955"/>
      <w:bookmarkStart w:id="23" w:name="_Toc107298281"/>
      <w:r>
        <w:rPr>
          <w:rFonts w:cs="Tahoma"/>
          <w:b/>
          <w:bCs/>
          <w:noProof/>
          <w:color w:val="1F497D"/>
          <w:sz w:val="28"/>
          <w:szCs w:val="28"/>
          <w:lang w:val="en-CA" w:eastAsia="en-CA"/>
        </w:rPr>
        <w:drawing>
          <wp:inline distT="0" distB="0" distL="0" distR="0" wp14:anchorId="237F62DD" wp14:editId="77E6300D">
            <wp:extent cx="2651760" cy="2806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1760" cy="280670"/>
                    </a:xfrm>
                    <a:prstGeom prst="rect">
                      <a:avLst/>
                    </a:prstGeom>
                    <a:noFill/>
                  </pic:spPr>
                </pic:pic>
              </a:graphicData>
            </a:graphic>
          </wp:inline>
        </w:drawing>
      </w:r>
    </w:p>
    <w:p w14:paraId="64291353" w14:textId="77777777" w:rsidR="00ED4BC0" w:rsidRDefault="00ED4BC0" w:rsidP="00CE6A40">
      <w:pPr>
        <w:ind w:right="50"/>
        <w:jc w:val="left"/>
        <w:rPr>
          <w:rFonts w:cs="Tahoma"/>
          <w:b/>
          <w:bCs/>
          <w:color w:val="1F497D"/>
          <w:sz w:val="28"/>
          <w:szCs w:val="28"/>
        </w:rPr>
      </w:pPr>
    </w:p>
    <w:p w14:paraId="16D7332B" w14:textId="77777777" w:rsidR="00ED4BC0" w:rsidRPr="00E46175" w:rsidRDefault="00ED4BC0" w:rsidP="00CE6A40">
      <w:pPr>
        <w:ind w:right="50"/>
        <w:jc w:val="left"/>
        <w:rPr>
          <w:rFonts w:cs="Tahoma"/>
          <w:b/>
          <w:bCs/>
          <w:color w:val="1F497D"/>
          <w:sz w:val="28"/>
          <w:szCs w:val="28"/>
        </w:rPr>
      </w:pPr>
      <w:bookmarkStart w:id="24" w:name="_GoBack"/>
      <w:bookmarkEnd w:id="24"/>
    </w:p>
    <w:p w14:paraId="58D2AE32" w14:textId="77777777" w:rsidR="00ED4BC0" w:rsidRDefault="00ED4BC0" w:rsidP="00CE6A40">
      <w:pPr>
        <w:ind w:right="50"/>
        <w:jc w:val="left"/>
        <w:rPr>
          <w:rFonts w:cs="Tahoma"/>
          <w:b/>
          <w:bCs/>
          <w:color w:val="1F497D"/>
          <w:sz w:val="28"/>
          <w:szCs w:val="28"/>
        </w:rPr>
      </w:pPr>
    </w:p>
    <w:p w14:paraId="25718922" w14:textId="77777777" w:rsidR="00ED4BC0" w:rsidRPr="00E46175" w:rsidRDefault="00ED4BC0" w:rsidP="00CE6A40">
      <w:pPr>
        <w:ind w:right="50"/>
        <w:jc w:val="left"/>
        <w:rPr>
          <w:rFonts w:cs="Tahoma"/>
          <w:b/>
          <w:bCs/>
          <w:color w:val="1F497D"/>
          <w:sz w:val="28"/>
          <w:szCs w:val="28"/>
        </w:rPr>
      </w:pPr>
    </w:p>
    <w:p w14:paraId="0FA6B672" w14:textId="77777777" w:rsidR="00EE643E" w:rsidRPr="00851364" w:rsidRDefault="0039378E" w:rsidP="00F46697">
      <w:pPr>
        <w:spacing w:line="240" w:lineRule="auto"/>
        <w:ind w:right="43"/>
        <w:jc w:val="left"/>
        <w:rPr>
          <w:rFonts w:asciiTheme="minorHAnsi" w:hAnsiTheme="minorHAnsi" w:cstheme="minorHAnsi"/>
          <w:b/>
          <w:bCs/>
          <w:sz w:val="36"/>
          <w:szCs w:val="36"/>
        </w:rPr>
      </w:pPr>
      <w:r>
        <w:rPr>
          <w:rFonts w:asciiTheme="minorHAnsi" w:hAnsiTheme="minorHAnsi"/>
          <w:b/>
          <w:sz w:val="36"/>
        </w:rPr>
        <w:t xml:space="preserve">Outil d’évaluation de campagnes publicitaires (OECP) sur les voyages et les frontières </w:t>
      </w:r>
    </w:p>
    <w:p w14:paraId="09B1E5C5" w14:textId="77777777" w:rsidR="00ED4BC0" w:rsidRPr="00851364" w:rsidRDefault="00ED4BC0" w:rsidP="00CE6A40">
      <w:pPr>
        <w:spacing w:line="240" w:lineRule="auto"/>
        <w:ind w:right="43"/>
        <w:jc w:val="left"/>
        <w:rPr>
          <w:rFonts w:asciiTheme="minorHAnsi" w:hAnsiTheme="minorHAnsi" w:cstheme="minorHAnsi"/>
          <w:sz w:val="36"/>
          <w:szCs w:val="36"/>
        </w:rPr>
      </w:pPr>
      <w:r>
        <w:rPr>
          <w:rFonts w:asciiTheme="minorHAnsi" w:hAnsiTheme="minorHAnsi"/>
          <w:sz w:val="36"/>
        </w:rPr>
        <w:t>Rapport méthodologique</w:t>
      </w:r>
    </w:p>
    <w:p w14:paraId="08C86C72" w14:textId="77777777" w:rsidR="00ED4BC0" w:rsidRPr="00316687" w:rsidRDefault="00ED4BC0" w:rsidP="00CE6A40">
      <w:pPr>
        <w:ind w:right="50"/>
        <w:jc w:val="left"/>
        <w:rPr>
          <w:rFonts w:asciiTheme="minorHAnsi" w:hAnsiTheme="minorHAnsi" w:cstheme="minorHAnsi"/>
          <w:sz w:val="28"/>
          <w:szCs w:val="28"/>
          <w:lang w:val="fr-FR"/>
        </w:rPr>
      </w:pPr>
    </w:p>
    <w:p w14:paraId="0BF4F588" w14:textId="77777777" w:rsidR="00ED4BC0" w:rsidRPr="00316687" w:rsidRDefault="00ED4BC0" w:rsidP="00CE6A40">
      <w:pPr>
        <w:ind w:right="50"/>
        <w:jc w:val="left"/>
        <w:rPr>
          <w:rFonts w:asciiTheme="minorHAnsi" w:hAnsiTheme="minorHAnsi" w:cstheme="minorHAnsi"/>
          <w:sz w:val="28"/>
          <w:szCs w:val="28"/>
          <w:lang w:val="fr-FR"/>
        </w:rPr>
      </w:pPr>
    </w:p>
    <w:p w14:paraId="4F7C2B03" w14:textId="77777777" w:rsidR="00ED4BC0" w:rsidRPr="00316687" w:rsidRDefault="00ED4BC0" w:rsidP="00CE6A40">
      <w:pPr>
        <w:ind w:right="50"/>
        <w:jc w:val="left"/>
        <w:rPr>
          <w:rFonts w:asciiTheme="minorHAnsi" w:hAnsiTheme="minorHAnsi" w:cstheme="minorHAnsi"/>
          <w:sz w:val="28"/>
          <w:szCs w:val="28"/>
          <w:lang w:val="fr-FR"/>
        </w:rPr>
      </w:pPr>
    </w:p>
    <w:p w14:paraId="698AEC4D" w14:textId="77777777" w:rsidR="00EE643E" w:rsidRPr="00851364" w:rsidRDefault="00EE643E" w:rsidP="00CE6A40">
      <w:pPr>
        <w:spacing w:line="240" w:lineRule="auto"/>
        <w:jc w:val="left"/>
        <w:rPr>
          <w:rFonts w:asciiTheme="minorHAnsi" w:hAnsiTheme="minorHAnsi" w:cstheme="minorHAnsi"/>
          <w:sz w:val="28"/>
          <w:szCs w:val="28"/>
        </w:rPr>
      </w:pPr>
      <w:r>
        <w:rPr>
          <w:rFonts w:asciiTheme="minorHAnsi" w:hAnsiTheme="minorHAnsi"/>
          <w:sz w:val="28"/>
        </w:rPr>
        <w:t>Préparé pour Affaires mondiales Canada</w:t>
      </w:r>
    </w:p>
    <w:p w14:paraId="11983A7D" w14:textId="77777777" w:rsidR="00EE643E" w:rsidRPr="00851364" w:rsidRDefault="00EE643E" w:rsidP="00CE6A40">
      <w:pPr>
        <w:spacing w:line="240" w:lineRule="auto"/>
        <w:jc w:val="left"/>
        <w:rPr>
          <w:rFonts w:asciiTheme="minorHAnsi" w:hAnsiTheme="minorHAnsi" w:cstheme="minorHAnsi"/>
          <w:bCs/>
          <w:sz w:val="28"/>
          <w:szCs w:val="28"/>
        </w:rPr>
      </w:pPr>
      <w:r>
        <w:rPr>
          <w:rFonts w:asciiTheme="minorHAnsi" w:hAnsiTheme="minorHAnsi"/>
          <w:b/>
          <w:sz w:val="28"/>
        </w:rPr>
        <w:t>Nom du fournisseur :</w:t>
      </w:r>
      <w:r>
        <w:rPr>
          <w:rFonts w:asciiTheme="minorHAnsi" w:hAnsiTheme="minorHAnsi"/>
          <w:sz w:val="28"/>
        </w:rPr>
        <w:t xml:space="preserve"> </w:t>
      </w:r>
      <w:proofErr w:type="spellStart"/>
      <w:r>
        <w:rPr>
          <w:rFonts w:asciiTheme="minorHAnsi" w:hAnsiTheme="minorHAnsi"/>
          <w:sz w:val="28"/>
        </w:rPr>
        <w:t>Advanis</w:t>
      </w:r>
      <w:proofErr w:type="spellEnd"/>
      <w:r>
        <w:rPr>
          <w:rFonts w:asciiTheme="minorHAnsi" w:hAnsiTheme="minorHAnsi"/>
          <w:sz w:val="28"/>
        </w:rPr>
        <w:t xml:space="preserve"> Inc. </w:t>
      </w:r>
    </w:p>
    <w:p w14:paraId="18089232" w14:textId="77777777" w:rsidR="00EE643E" w:rsidRPr="00851364" w:rsidRDefault="00EE643E" w:rsidP="00CE6A40">
      <w:pPr>
        <w:spacing w:line="240" w:lineRule="auto"/>
        <w:jc w:val="left"/>
        <w:rPr>
          <w:rFonts w:asciiTheme="minorHAnsi" w:hAnsiTheme="minorHAnsi" w:cstheme="minorHAnsi"/>
          <w:bCs/>
          <w:sz w:val="28"/>
          <w:szCs w:val="28"/>
        </w:rPr>
      </w:pPr>
      <w:r>
        <w:rPr>
          <w:rFonts w:asciiTheme="minorHAnsi" w:hAnsiTheme="minorHAnsi"/>
          <w:b/>
          <w:sz w:val="28"/>
        </w:rPr>
        <w:t xml:space="preserve">Numéro de contrat : </w:t>
      </w:r>
      <w:r>
        <w:rPr>
          <w:rFonts w:asciiTheme="minorHAnsi" w:hAnsiTheme="minorHAnsi"/>
          <w:sz w:val="28"/>
        </w:rPr>
        <w:t>EP363-140002/001/CY</w:t>
      </w:r>
    </w:p>
    <w:p w14:paraId="1BDD5844" w14:textId="77777777" w:rsidR="00EE643E" w:rsidRPr="00851364" w:rsidRDefault="00EE643E" w:rsidP="00CE6A40">
      <w:pPr>
        <w:spacing w:line="240" w:lineRule="auto"/>
        <w:jc w:val="left"/>
        <w:rPr>
          <w:rFonts w:asciiTheme="minorHAnsi" w:hAnsiTheme="minorHAnsi" w:cstheme="minorHAnsi"/>
          <w:bCs/>
          <w:sz w:val="28"/>
          <w:szCs w:val="28"/>
        </w:rPr>
      </w:pPr>
      <w:r>
        <w:rPr>
          <w:rFonts w:asciiTheme="minorHAnsi" w:hAnsiTheme="minorHAnsi"/>
          <w:b/>
          <w:sz w:val="28"/>
        </w:rPr>
        <w:t>Valeur du contrat :</w:t>
      </w:r>
      <w:r>
        <w:rPr>
          <w:rFonts w:asciiTheme="minorHAnsi" w:hAnsiTheme="minorHAnsi"/>
          <w:sz w:val="28"/>
        </w:rPr>
        <w:t xml:space="preserve"> 21 051,81 $ (incluant la TVH)</w:t>
      </w:r>
    </w:p>
    <w:p w14:paraId="158FE2DA" w14:textId="77777777" w:rsidR="00EE643E" w:rsidRPr="00851364" w:rsidRDefault="00EE643E" w:rsidP="00CE6A40">
      <w:pPr>
        <w:spacing w:line="240" w:lineRule="auto"/>
        <w:jc w:val="left"/>
        <w:rPr>
          <w:rFonts w:asciiTheme="minorHAnsi" w:hAnsiTheme="minorHAnsi" w:cstheme="minorHAnsi"/>
          <w:bCs/>
          <w:sz w:val="28"/>
          <w:szCs w:val="28"/>
        </w:rPr>
      </w:pPr>
      <w:r>
        <w:rPr>
          <w:rFonts w:asciiTheme="minorHAnsi" w:hAnsiTheme="minorHAnsi"/>
          <w:b/>
          <w:sz w:val="28"/>
        </w:rPr>
        <w:t>Date d’attribution du contrat :</w:t>
      </w:r>
      <w:r>
        <w:rPr>
          <w:rFonts w:asciiTheme="minorHAnsi" w:hAnsiTheme="minorHAnsi"/>
          <w:sz w:val="28"/>
        </w:rPr>
        <w:t xml:space="preserve"> 17 mars 2021</w:t>
      </w:r>
    </w:p>
    <w:p w14:paraId="4BFE76DF" w14:textId="77777777" w:rsidR="00EE643E" w:rsidRPr="00851364" w:rsidRDefault="00EE643E" w:rsidP="00CE6A40">
      <w:pPr>
        <w:spacing w:line="240" w:lineRule="auto"/>
        <w:jc w:val="left"/>
        <w:rPr>
          <w:rFonts w:asciiTheme="minorHAnsi" w:hAnsiTheme="minorHAnsi" w:cstheme="minorHAnsi"/>
          <w:bCs/>
          <w:sz w:val="28"/>
          <w:szCs w:val="28"/>
        </w:rPr>
      </w:pPr>
      <w:r>
        <w:rPr>
          <w:rFonts w:asciiTheme="minorHAnsi" w:hAnsiTheme="minorHAnsi"/>
          <w:b/>
          <w:bCs/>
          <w:sz w:val="28"/>
        </w:rPr>
        <w:t>Date de livraison :</w:t>
      </w:r>
      <w:r>
        <w:rPr>
          <w:rFonts w:asciiTheme="minorHAnsi" w:hAnsiTheme="minorHAnsi"/>
          <w:sz w:val="28"/>
        </w:rPr>
        <w:t xml:space="preserve"> 17 avril 2021</w:t>
      </w:r>
    </w:p>
    <w:p w14:paraId="7C233342" w14:textId="77777777" w:rsidR="0010536B" w:rsidRPr="00316687" w:rsidRDefault="0010536B" w:rsidP="00CE6A40">
      <w:pPr>
        <w:spacing w:line="240" w:lineRule="auto"/>
        <w:jc w:val="left"/>
        <w:rPr>
          <w:rFonts w:asciiTheme="minorHAnsi" w:hAnsiTheme="minorHAnsi" w:cstheme="minorHAnsi"/>
          <w:bCs/>
          <w:sz w:val="24"/>
          <w:lang w:val="fr-FR"/>
        </w:rPr>
      </w:pPr>
    </w:p>
    <w:p w14:paraId="6D725A8B" w14:textId="77777777" w:rsidR="00F90AE3" w:rsidRPr="00316687" w:rsidRDefault="00F90AE3" w:rsidP="00CE6A40">
      <w:pPr>
        <w:spacing w:line="240" w:lineRule="auto"/>
        <w:jc w:val="left"/>
        <w:rPr>
          <w:rFonts w:asciiTheme="minorHAnsi" w:hAnsiTheme="minorHAnsi" w:cstheme="minorHAnsi"/>
          <w:bCs/>
          <w:sz w:val="24"/>
          <w:lang w:val="fr-FR"/>
        </w:rPr>
      </w:pPr>
    </w:p>
    <w:p w14:paraId="5708722B" w14:textId="77777777" w:rsidR="00F90AE3" w:rsidRPr="00316687" w:rsidRDefault="00F90AE3" w:rsidP="00CE6A40">
      <w:pPr>
        <w:spacing w:line="240" w:lineRule="auto"/>
        <w:jc w:val="left"/>
        <w:rPr>
          <w:rFonts w:asciiTheme="minorHAnsi" w:hAnsiTheme="minorHAnsi" w:cstheme="minorHAnsi"/>
          <w:bCs/>
          <w:sz w:val="24"/>
          <w:lang w:val="fr-FR"/>
        </w:rPr>
      </w:pPr>
    </w:p>
    <w:p w14:paraId="7A10B635" w14:textId="186C4D65" w:rsidR="00C6029B" w:rsidRPr="00851364" w:rsidRDefault="00C6029B" w:rsidP="00F46697">
      <w:pPr>
        <w:spacing w:line="240" w:lineRule="auto"/>
        <w:jc w:val="left"/>
        <w:rPr>
          <w:rFonts w:asciiTheme="minorHAnsi" w:eastAsia="Times New Roman" w:hAnsiTheme="minorHAnsi" w:cstheme="minorHAnsi"/>
          <w:color w:val="000000"/>
          <w:sz w:val="22"/>
          <w:szCs w:val="22"/>
        </w:rPr>
      </w:pPr>
      <w:r>
        <w:rPr>
          <w:rFonts w:asciiTheme="minorHAnsi" w:hAnsiTheme="minorHAnsi"/>
          <w:sz w:val="22"/>
        </w:rPr>
        <w:t xml:space="preserve">Pour obtenir de plus amples renseignements sur ce rapport, veuillez communiquer avec Affaires mondiales Canada à </w:t>
      </w:r>
      <w:r>
        <w:t>l’adresse </w:t>
      </w:r>
      <w:hyperlink r:id="rId9" w:history="1">
        <w:r>
          <w:rPr>
            <w:rStyle w:val="Hyperlink"/>
            <w:rFonts w:asciiTheme="minorHAnsi" w:hAnsiTheme="minorHAnsi"/>
            <w:sz w:val="22"/>
          </w:rPr>
          <w:t>POR-ROP@international.gc.ca</w:t>
        </w:r>
      </w:hyperlink>
      <w:r>
        <w:t>.</w:t>
      </w:r>
      <w:r>
        <w:rPr>
          <w:rFonts w:asciiTheme="minorHAnsi" w:hAnsiTheme="minorHAnsi"/>
          <w:sz w:val="22"/>
        </w:rPr>
        <w:t xml:space="preserve"> </w:t>
      </w:r>
    </w:p>
    <w:p w14:paraId="6E2B003E" w14:textId="77777777" w:rsidR="00385CD2" w:rsidRPr="00316687" w:rsidRDefault="00385CD2" w:rsidP="00CE6A40">
      <w:pPr>
        <w:spacing w:line="240" w:lineRule="auto"/>
        <w:jc w:val="left"/>
        <w:rPr>
          <w:rFonts w:asciiTheme="minorHAnsi" w:hAnsiTheme="minorHAnsi" w:cstheme="minorHAnsi"/>
          <w:bCs/>
          <w:sz w:val="22"/>
          <w:szCs w:val="22"/>
          <w:lang w:val="fr-FR"/>
        </w:rPr>
      </w:pPr>
    </w:p>
    <w:p w14:paraId="02B5476F" w14:textId="77777777" w:rsidR="0010536B" w:rsidRPr="00316687" w:rsidRDefault="0010536B" w:rsidP="00CE6A40">
      <w:pPr>
        <w:spacing w:line="240" w:lineRule="auto"/>
        <w:jc w:val="left"/>
        <w:rPr>
          <w:rFonts w:asciiTheme="minorHAnsi" w:hAnsiTheme="minorHAnsi" w:cstheme="minorHAnsi"/>
          <w:bCs/>
          <w:sz w:val="22"/>
          <w:szCs w:val="22"/>
          <w:lang w:val="en-CA"/>
        </w:rPr>
      </w:pPr>
      <w:proofErr w:type="spellStart"/>
      <w:r w:rsidRPr="00316687">
        <w:rPr>
          <w:rFonts w:asciiTheme="minorHAnsi" w:hAnsiTheme="minorHAnsi"/>
          <w:sz w:val="22"/>
          <w:lang w:val="en-CA"/>
        </w:rPr>
        <w:t>Numéro</w:t>
      </w:r>
      <w:proofErr w:type="spellEnd"/>
      <w:r w:rsidRPr="00316687">
        <w:rPr>
          <w:rFonts w:asciiTheme="minorHAnsi" w:hAnsiTheme="minorHAnsi"/>
          <w:sz w:val="22"/>
          <w:lang w:val="en-CA"/>
        </w:rPr>
        <w:t xml:space="preserve"> </w:t>
      </w:r>
      <w:proofErr w:type="spellStart"/>
      <w:proofErr w:type="gramStart"/>
      <w:r w:rsidRPr="00316687">
        <w:rPr>
          <w:rFonts w:asciiTheme="minorHAnsi" w:hAnsiTheme="minorHAnsi"/>
          <w:sz w:val="22"/>
          <w:lang w:val="en-CA"/>
        </w:rPr>
        <w:t>d’enregistrement</w:t>
      </w:r>
      <w:proofErr w:type="spellEnd"/>
      <w:r w:rsidRPr="00316687">
        <w:rPr>
          <w:rFonts w:asciiTheme="minorHAnsi" w:hAnsiTheme="minorHAnsi"/>
          <w:sz w:val="22"/>
          <w:lang w:val="en-CA"/>
        </w:rPr>
        <w:t> :</w:t>
      </w:r>
      <w:proofErr w:type="gramEnd"/>
      <w:r w:rsidRPr="00316687">
        <w:rPr>
          <w:rFonts w:asciiTheme="minorHAnsi" w:hAnsiTheme="minorHAnsi"/>
          <w:sz w:val="22"/>
          <w:lang w:val="en-CA"/>
        </w:rPr>
        <w:t xml:space="preserve"> ROP 131-20</w:t>
      </w:r>
    </w:p>
    <w:p w14:paraId="7F821901" w14:textId="77777777" w:rsidR="001F1EAE" w:rsidRPr="00316687" w:rsidRDefault="001F1EAE" w:rsidP="00CE6A40">
      <w:pPr>
        <w:spacing w:line="240" w:lineRule="auto"/>
        <w:jc w:val="left"/>
        <w:rPr>
          <w:rFonts w:asciiTheme="minorHAnsi" w:hAnsiTheme="minorHAnsi" w:cstheme="minorHAnsi"/>
          <w:bCs/>
          <w:sz w:val="24"/>
          <w:lang w:val="en-CA"/>
        </w:rPr>
      </w:pPr>
    </w:p>
    <w:p w14:paraId="3D063799" w14:textId="77777777" w:rsidR="001F1EAE" w:rsidRPr="00316687" w:rsidRDefault="001F1EAE" w:rsidP="00CE6A40">
      <w:pPr>
        <w:spacing w:line="240" w:lineRule="auto"/>
        <w:jc w:val="left"/>
        <w:rPr>
          <w:rFonts w:asciiTheme="minorHAnsi" w:hAnsiTheme="minorHAnsi" w:cstheme="minorHAnsi"/>
          <w:bCs/>
          <w:sz w:val="24"/>
          <w:lang w:val="en-CA"/>
        </w:rPr>
      </w:pPr>
    </w:p>
    <w:p w14:paraId="328FB948" w14:textId="77777777" w:rsidR="001F1EAE" w:rsidRPr="00316687" w:rsidRDefault="001F1EAE" w:rsidP="00CE6A40">
      <w:pPr>
        <w:jc w:val="left"/>
        <w:rPr>
          <w:rFonts w:asciiTheme="minorHAnsi" w:hAnsiTheme="minorHAnsi" w:cstheme="minorHAnsi"/>
          <w:b/>
          <w:bCs/>
          <w:i/>
          <w:iCs/>
          <w:sz w:val="24"/>
          <w:lang w:val="en-CA"/>
        </w:rPr>
      </w:pPr>
    </w:p>
    <w:p w14:paraId="4EC3CAAF" w14:textId="77777777" w:rsidR="001F1EAE" w:rsidRPr="00316687" w:rsidRDefault="001F1EAE" w:rsidP="00CE6A40">
      <w:pPr>
        <w:jc w:val="left"/>
        <w:rPr>
          <w:rFonts w:asciiTheme="minorHAnsi" w:hAnsiTheme="minorHAnsi" w:cstheme="minorHAnsi"/>
          <w:b/>
          <w:bCs/>
          <w:i/>
          <w:iCs/>
          <w:sz w:val="22"/>
          <w:szCs w:val="22"/>
          <w:lang w:val="en-CA"/>
        </w:rPr>
      </w:pPr>
      <w:r w:rsidRPr="00316687">
        <w:rPr>
          <w:rFonts w:asciiTheme="minorHAnsi" w:hAnsiTheme="minorHAnsi"/>
          <w:b/>
          <w:i/>
          <w:sz w:val="22"/>
          <w:lang w:val="en-CA"/>
        </w:rPr>
        <w:t>This report is also available in English.</w:t>
      </w:r>
    </w:p>
    <w:p w14:paraId="48437902" w14:textId="5AD013F4" w:rsidR="00851364" w:rsidRPr="00316687" w:rsidRDefault="00C61741" w:rsidP="00C61741">
      <w:pPr>
        <w:spacing w:line="240" w:lineRule="auto"/>
        <w:ind w:left="1418"/>
        <w:jc w:val="right"/>
        <w:rPr>
          <w:rFonts w:asciiTheme="minorHAnsi" w:hAnsiTheme="minorHAnsi" w:cstheme="minorHAnsi"/>
          <w:b/>
          <w:bCs/>
          <w:i/>
          <w:iCs/>
          <w:sz w:val="22"/>
          <w:szCs w:val="22"/>
          <w:lang w:val="en-CA"/>
        </w:rPr>
      </w:pPr>
      <w:r w:rsidRPr="00C61741">
        <w:rPr>
          <w:noProof/>
          <w:lang w:val="en-CA" w:eastAsia="en-CA"/>
        </w:rPr>
        <w:drawing>
          <wp:inline distT="0" distB="0" distL="0" distR="0" wp14:anchorId="7B9A5F7D" wp14:editId="6C4E352B">
            <wp:extent cx="1152525" cy="276225"/>
            <wp:effectExtent l="0" t="0" r="9525" b="9525"/>
            <wp:docPr id="4" name="Picture 4" descr="C:\Users\carabia\AppData\Local\Microsoft\Windows\INetCache\Content.MSO\E186A1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abia\AppData\Local\Microsoft\Windows\INetCache\Content.MSO\E186A1D5.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276225"/>
                    </a:xfrm>
                    <a:prstGeom prst="rect">
                      <a:avLst/>
                    </a:prstGeom>
                    <a:noFill/>
                    <a:ln>
                      <a:noFill/>
                    </a:ln>
                  </pic:spPr>
                </pic:pic>
              </a:graphicData>
            </a:graphic>
          </wp:inline>
        </w:drawing>
      </w:r>
      <w:r w:rsidR="001F1EAE" w:rsidRPr="00316687">
        <w:rPr>
          <w:lang w:val="en-CA"/>
        </w:rPr>
        <w:br w:type="page"/>
      </w:r>
    </w:p>
    <w:p w14:paraId="5F862EF8" w14:textId="77777777" w:rsidR="00E96D5A" w:rsidRPr="00851364" w:rsidRDefault="0039378E" w:rsidP="00F46697">
      <w:pPr>
        <w:spacing w:line="240" w:lineRule="auto"/>
        <w:ind w:right="43"/>
        <w:jc w:val="left"/>
        <w:rPr>
          <w:rFonts w:asciiTheme="minorHAnsi" w:hAnsiTheme="minorHAnsi" w:cstheme="minorHAnsi"/>
          <w:b/>
          <w:bCs/>
          <w:sz w:val="36"/>
          <w:szCs w:val="36"/>
        </w:rPr>
      </w:pPr>
      <w:r>
        <w:rPr>
          <w:rFonts w:asciiTheme="minorHAnsi" w:hAnsiTheme="minorHAnsi"/>
          <w:b/>
          <w:sz w:val="36"/>
        </w:rPr>
        <w:lastRenderedPageBreak/>
        <w:t>Outil d’évaluation de campagnes publicitaires (OECP) sur les voyages et les frontières</w:t>
      </w:r>
      <w:bookmarkEnd w:id="0"/>
    </w:p>
    <w:p w14:paraId="39C4D9DA" w14:textId="77777777" w:rsidR="0039378E" w:rsidRPr="00851364" w:rsidRDefault="0039378E" w:rsidP="00CE6A40">
      <w:pPr>
        <w:spacing w:line="240" w:lineRule="auto"/>
        <w:ind w:right="43"/>
        <w:jc w:val="left"/>
        <w:rPr>
          <w:rFonts w:asciiTheme="minorHAnsi" w:hAnsiTheme="minorHAnsi" w:cstheme="minorHAnsi"/>
          <w:sz w:val="36"/>
          <w:szCs w:val="36"/>
        </w:rPr>
      </w:pPr>
      <w:bookmarkStart w:id="25" w:name="_Hlk71536063"/>
      <w:r>
        <w:rPr>
          <w:rFonts w:asciiTheme="minorHAnsi" w:hAnsiTheme="minorHAnsi"/>
          <w:sz w:val="36"/>
        </w:rPr>
        <w:t>Rapport méthodologique</w:t>
      </w:r>
    </w:p>
    <w:p w14:paraId="4FE66067" w14:textId="77777777" w:rsidR="0039378E" w:rsidRPr="00316687" w:rsidRDefault="0039378E" w:rsidP="00CE6A40">
      <w:pPr>
        <w:spacing w:line="276" w:lineRule="auto"/>
        <w:jc w:val="left"/>
        <w:rPr>
          <w:rFonts w:asciiTheme="minorHAnsi" w:hAnsiTheme="minorHAnsi" w:cstheme="minorHAnsi"/>
          <w:lang w:val="fr-FR"/>
        </w:rPr>
      </w:pPr>
    </w:p>
    <w:p w14:paraId="540D31F3" w14:textId="77777777" w:rsidR="00851364" w:rsidRPr="00316687" w:rsidRDefault="00851364" w:rsidP="00CE6A40">
      <w:pPr>
        <w:spacing w:line="276" w:lineRule="auto"/>
        <w:ind w:right="1440"/>
        <w:jc w:val="left"/>
        <w:rPr>
          <w:rFonts w:asciiTheme="minorHAnsi" w:hAnsiTheme="minorHAnsi" w:cstheme="minorHAnsi"/>
          <w:b/>
          <w:lang w:val="fr-FR"/>
        </w:rPr>
      </w:pPr>
    </w:p>
    <w:p w14:paraId="19420BA6" w14:textId="77777777" w:rsidR="0039378E" w:rsidRPr="00851364" w:rsidRDefault="0039378E" w:rsidP="00CE6A40">
      <w:pPr>
        <w:spacing w:line="276" w:lineRule="auto"/>
        <w:ind w:right="1440"/>
        <w:jc w:val="left"/>
        <w:rPr>
          <w:rFonts w:asciiTheme="minorHAnsi" w:hAnsiTheme="minorHAnsi" w:cstheme="minorHAnsi"/>
          <w:b/>
          <w:sz w:val="28"/>
          <w:szCs w:val="28"/>
        </w:rPr>
      </w:pPr>
      <w:r>
        <w:rPr>
          <w:rFonts w:asciiTheme="minorHAnsi" w:hAnsiTheme="minorHAnsi"/>
          <w:b/>
          <w:sz w:val="28"/>
        </w:rPr>
        <w:t>Préparé pour Affaires mondiales Canada</w:t>
      </w:r>
    </w:p>
    <w:p w14:paraId="15C5A704" w14:textId="77777777" w:rsidR="0039378E" w:rsidRPr="00851364" w:rsidRDefault="0039378E" w:rsidP="00CE6A40">
      <w:pPr>
        <w:spacing w:line="276" w:lineRule="auto"/>
        <w:ind w:right="1440"/>
        <w:jc w:val="left"/>
        <w:rPr>
          <w:rFonts w:asciiTheme="minorHAnsi" w:hAnsiTheme="minorHAnsi" w:cstheme="minorHAnsi"/>
          <w:sz w:val="22"/>
          <w:szCs w:val="22"/>
        </w:rPr>
      </w:pPr>
      <w:r>
        <w:rPr>
          <w:rFonts w:asciiTheme="minorHAnsi" w:hAnsiTheme="minorHAnsi"/>
          <w:sz w:val="22"/>
        </w:rPr>
        <w:t xml:space="preserve">Nom du fournisseur : </w:t>
      </w:r>
      <w:proofErr w:type="spellStart"/>
      <w:r>
        <w:rPr>
          <w:rFonts w:asciiTheme="minorHAnsi" w:hAnsiTheme="minorHAnsi"/>
          <w:sz w:val="22"/>
        </w:rPr>
        <w:t>Advanis</w:t>
      </w:r>
      <w:proofErr w:type="spellEnd"/>
      <w:r>
        <w:rPr>
          <w:rFonts w:asciiTheme="minorHAnsi" w:hAnsiTheme="minorHAnsi"/>
          <w:sz w:val="22"/>
        </w:rPr>
        <w:t> Inc.</w:t>
      </w:r>
    </w:p>
    <w:p w14:paraId="5AA4F169" w14:textId="77777777" w:rsidR="0039378E" w:rsidRPr="00851364" w:rsidRDefault="0039378E" w:rsidP="00CE6A40">
      <w:pPr>
        <w:spacing w:line="276" w:lineRule="auto"/>
        <w:ind w:right="1440"/>
        <w:jc w:val="left"/>
        <w:rPr>
          <w:rFonts w:asciiTheme="minorHAnsi" w:hAnsiTheme="minorHAnsi" w:cstheme="minorHAnsi"/>
          <w:sz w:val="22"/>
          <w:szCs w:val="22"/>
        </w:rPr>
      </w:pPr>
      <w:r>
        <w:rPr>
          <w:rFonts w:asciiTheme="minorHAnsi" w:hAnsiTheme="minorHAnsi"/>
          <w:sz w:val="22"/>
        </w:rPr>
        <w:t>Avril 2021</w:t>
      </w:r>
    </w:p>
    <w:p w14:paraId="04CE2263" w14:textId="77777777" w:rsidR="0039378E" w:rsidRPr="00316687" w:rsidRDefault="0039378E" w:rsidP="00CE6A40">
      <w:pPr>
        <w:spacing w:line="276" w:lineRule="auto"/>
        <w:ind w:right="1440"/>
        <w:jc w:val="left"/>
        <w:rPr>
          <w:rFonts w:asciiTheme="minorHAnsi" w:hAnsiTheme="minorHAnsi" w:cstheme="minorHAnsi"/>
          <w:sz w:val="22"/>
          <w:szCs w:val="22"/>
          <w:lang w:val="fr-FR"/>
        </w:rPr>
      </w:pPr>
    </w:p>
    <w:p w14:paraId="7309F040" w14:textId="2A11C5AA" w:rsidR="0039378E" w:rsidRPr="00851364" w:rsidRDefault="0039378E" w:rsidP="00CE6A40">
      <w:pPr>
        <w:spacing w:line="276" w:lineRule="auto"/>
        <w:ind w:right="-273"/>
        <w:jc w:val="left"/>
        <w:rPr>
          <w:rFonts w:asciiTheme="minorHAnsi" w:hAnsiTheme="minorHAnsi" w:cstheme="minorHAnsi"/>
          <w:sz w:val="22"/>
          <w:szCs w:val="22"/>
        </w:rPr>
      </w:pPr>
      <w:r>
        <w:rPr>
          <w:rFonts w:asciiTheme="minorHAnsi" w:hAnsiTheme="minorHAnsi"/>
          <w:sz w:val="22"/>
        </w:rPr>
        <w:t xml:space="preserve">Le présent rapport contient les détails méthodologiques du sondage réalisé par </w:t>
      </w:r>
      <w:proofErr w:type="spellStart"/>
      <w:r>
        <w:rPr>
          <w:rFonts w:asciiTheme="minorHAnsi" w:hAnsiTheme="minorHAnsi"/>
          <w:sz w:val="22"/>
        </w:rPr>
        <w:t>Advanis</w:t>
      </w:r>
      <w:proofErr w:type="spellEnd"/>
      <w:r>
        <w:rPr>
          <w:rFonts w:asciiTheme="minorHAnsi" w:hAnsiTheme="minorHAnsi"/>
          <w:sz w:val="22"/>
        </w:rPr>
        <w:t xml:space="preserve"> Inc. pour le compte d’Affaires mondiales Canada (AMC) dans le cadre de l’</w:t>
      </w:r>
      <w:r>
        <w:rPr>
          <w:rFonts w:asciiTheme="minorHAnsi" w:hAnsiTheme="minorHAnsi"/>
          <w:b/>
          <w:bCs/>
          <w:sz w:val="22"/>
        </w:rPr>
        <w:t>Outil d’évaluation de campagnes publicitaires (OECP) sur les voyages et les frontières</w:t>
      </w:r>
      <w:r>
        <w:rPr>
          <w:rFonts w:asciiTheme="minorHAnsi" w:hAnsiTheme="minorHAnsi"/>
          <w:sz w:val="22"/>
        </w:rPr>
        <w:t xml:space="preserve">. Le sondage a été mené auprès de 2 269 membres de la population canadienne âgés de 18 ans et plus, entre le 31 mars et le 9 avril 2021. </w:t>
      </w:r>
    </w:p>
    <w:p w14:paraId="5F52C19B" w14:textId="77777777" w:rsidR="0039378E" w:rsidRPr="00316687" w:rsidRDefault="0039378E" w:rsidP="00CE6A40">
      <w:pPr>
        <w:spacing w:line="276" w:lineRule="auto"/>
        <w:jc w:val="left"/>
        <w:rPr>
          <w:rFonts w:asciiTheme="minorHAnsi" w:hAnsiTheme="minorHAnsi" w:cstheme="minorHAnsi"/>
          <w:sz w:val="22"/>
          <w:szCs w:val="22"/>
          <w:lang w:val="fr-FR"/>
        </w:rPr>
      </w:pPr>
    </w:p>
    <w:p w14:paraId="04DA48FB" w14:textId="77777777" w:rsidR="0039378E" w:rsidRPr="00316687" w:rsidRDefault="0039378E" w:rsidP="00CE6A40">
      <w:pPr>
        <w:spacing w:line="276" w:lineRule="auto"/>
        <w:ind w:right="1440"/>
        <w:jc w:val="left"/>
        <w:rPr>
          <w:rFonts w:asciiTheme="minorHAnsi" w:hAnsiTheme="minorHAnsi" w:cstheme="minorHAnsi"/>
          <w:sz w:val="22"/>
          <w:szCs w:val="22"/>
          <w:lang w:val="en-CA"/>
        </w:rPr>
      </w:pPr>
      <w:r w:rsidRPr="00316687">
        <w:rPr>
          <w:rFonts w:asciiTheme="minorHAnsi" w:hAnsiTheme="minorHAnsi"/>
          <w:sz w:val="22"/>
          <w:lang w:val="en-CA"/>
        </w:rPr>
        <w:t xml:space="preserve">This publication is also available in English under the title: Travel and Border Post-Advertising Campaign Evaluation Tool (ACET) - Methodological Report. </w:t>
      </w:r>
    </w:p>
    <w:p w14:paraId="452E675A" w14:textId="77777777" w:rsidR="0039378E" w:rsidRPr="00316687" w:rsidRDefault="0039378E" w:rsidP="00CE6A40">
      <w:pPr>
        <w:spacing w:line="276" w:lineRule="auto"/>
        <w:ind w:right="1440"/>
        <w:jc w:val="left"/>
        <w:rPr>
          <w:rFonts w:asciiTheme="minorHAnsi" w:hAnsiTheme="minorHAnsi" w:cstheme="minorHAnsi"/>
          <w:sz w:val="22"/>
          <w:szCs w:val="22"/>
          <w:lang w:val="en-CA"/>
        </w:rPr>
      </w:pPr>
    </w:p>
    <w:p w14:paraId="203FBAF1" w14:textId="0DE1D4F1" w:rsidR="00851364" w:rsidRPr="00851364" w:rsidRDefault="0039378E" w:rsidP="00CE6A40">
      <w:pPr>
        <w:spacing w:line="276" w:lineRule="auto"/>
        <w:ind w:right="1440"/>
        <w:jc w:val="left"/>
        <w:rPr>
          <w:rFonts w:asciiTheme="minorHAnsi" w:hAnsiTheme="minorHAnsi" w:cstheme="minorHAnsi"/>
          <w:sz w:val="22"/>
          <w:szCs w:val="22"/>
        </w:rPr>
      </w:pPr>
      <w:r>
        <w:rPr>
          <w:rFonts w:asciiTheme="minorHAnsi" w:hAnsiTheme="minorHAnsi"/>
          <w:sz w:val="22"/>
        </w:rPr>
        <w:t>Cette publication peut être reproduite à des fins non commerciales seulement. Il faut avoir obtenu au préalable l’autorisation écrite d’Affaires mondiales Canada. Pour obtenir de plus amples renseignements sur ce rapport, veuillez communiquer avec Affaires mondiales Canada à l’adresse </w:t>
      </w:r>
      <w:hyperlink r:id="rId11" w:history="1">
        <w:r>
          <w:rPr>
            <w:rStyle w:val="Hyperlink"/>
            <w:rFonts w:asciiTheme="minorHAnsi" w:hAnsiTheme="minorHAnsi"/>
            <w:sz w:val="22"/>
          </w:rPr>
          <w:t>POR-ROP@international.gc.ca</w:t>
        </w:r>
      </w:hyperlink>
      <w:r>
        <w:rPr>
          <w:rFonts w:asciiTheme="minorHAnsi" w:hAnsiTheme="minorHAnsi"/>
          <w:sz w:val="22"/>
        </w:rPr>
        <w:t xml:space="preserve">.  </w:t>
      </w:r>
    </w:p>
    <w:p w14:paraId="47F381D2" w14:textId="77777777" w:rsidR="0039378E" w:rsidRPr="00851364" w:rsidRDefault="0039378E" w:rsidP="00CE6A40">
      <w:pPr>
        <w:spacing w:line="276" w:lineRule="auto"/>
        <w:ind w:right="1440"/>
        <w:jc w:val="left"/>
        <w:rPr>
          <w:rFonts w:asciiTheme="minorHAnsi" w:hAnsiTheme="minorHAnsi" w:cstheme="minorHAnsi"/>
          <w:sz w:val="22"/>
          <w:szCs w:val="22"/>
        </w:rPr>
      </w:pPr>
    </w:p>
    <w:p w14:paraId="63C8400F" w14:textId="77777777" w:rsidR="0039378E" w:rsidRPr="00316687" w:rsidRDefault="0039378E" w:rsidP="00CE6A40">
      <w:pPr>
        <w:spacing w:line="276" w:lineRule="auto"/>
        <w:ind w:right="11"/>
        <w:jc w:val="left"/>
        <w:rPr>
          <w:rFonts w:asciiTheme="minorHAnsi" w:hAnsiTheme="minorHAnsi" w:cstheme="minorHAnsi"/>
          <w:sz w:val="22"/>
          <w:szCs w:val="22"/>
          <w:lang w:val="fr-FR"/>
        </w:rPr>
      </w:pPr>
    </w:p>
    <w:p w14:paraId="144E796F" w14:textId="77777777" w:rsidR="0039378E" w:rsidRPr="00316687" w:rsidRDefault="0039378E" w:rsidP="00CE6A40">
      <w:pPr>
        <w:spacing w:line="276" w:lineRule="auto"/>
        <w:ind w:right="1440"/>
        <w:jc w:val="left"/>
        <w:rPr>
          <w:rFonts w:asciiTheme="minorHAnsi" w:hAnsiTheme="minorHAnsi" w:cstheme="minorHAnsi"/>
          <w:sz w:val="22"/>
          <w:szCs w:val="22"/>
          <w:highlight w:val="yellow"/>
          <w:lang w:val="fr-FR"/>
        </w:rPr>
      </w:pPr>
    </w:p>
    <w:p w14:paraId="21956613" w14:textId="649E68C0" w:rsidR="0039378E" w:rsidRPr="00851364" w:rsidRDefault="0039378E" w:rsidP="00CE6A40">
      <w:pPr>
        <w:autoSpaceDE w:val="0"/>
        <w:autoSpaceDN w:val="0"/>
        <w:adjustRightInd w:val="0"/>
        <w:spacing w:line="276" w:lineRule="auto"/>
        <w:jc w:val="left"/>
        <w:rPr>
          <w:rFonts w:asciiTheme="minorHAnsi" w:hAnsiTheme="minorHAnsi" w:cstheme="minorHAnsi"/>
          <w:sz w:val="22"/>
          <w:szCs w:val="22"/>
        </w:rPr>
      </w:pPr>
      <w:r>
        <w:rPr>
          <w:rFonts w:asciiTheme="minorHAnsi" w:hAnsiTheme="minorHAnsi"/>
          <w:sz w:val="22"/>
        </w:rPr>
        <w:t>Édifice Lester B. Pearson, Tour B</w:t>
      </w:r>
      <w:r w:rsidR="00D3357F">
        <w:rPr>
          <w:rFonts w:asciiTheme="minorHAnsi" w:hAnsiTheme="minorHAnsi"/>
          <w:sz w:val="22"/>
        </w:rPr>
        <w:t>3</w:t>
      </w:r>
    </w:p>
    <w:p w14:paraId="7B79BD11" w14:textId="77777777" w:rsidR="0039378E" w:rsidRPr="00851364" w:rsidRDefault="0039378E" w:rsidP="00CE6A40">
      <w:pPr>
        <w:autoSpaceDE w:val="0"/>
        <w:autoSpaceDN w:val="0"/>
        <w:adjustRightInd w:val="0"/>
        <w:spacing w:line="276" w:lineRule="auto"/>
        <w:jc w:val="left"/>
        <w:rPr>
          <w:rFonts w:asciiTheme="minorHAnsi" w:hAnsiTheme="minorHAnsi" w:cstheme="minorHAnsi"/>
          <w:sz w:val="22"/>
          <w:szCs w:val="22"/>
        </w:rPr>
      </w:pPr>
      <w:r>
        <w:rPr>
          <w:rFonts w:asciiTheme="minorHAnsi" w:hAnsiTheme="minorHAnsi"/>
          <w:sz w:val="22"/>
        </w:rPr>
        <w:t>125, promenade Sussex</w:t>
      </w:r>
    </w:p>
    <w:p w14:paraId="08573109" w14:textId="06D8C847" w:rsidR="0039378E" w:rsidRPr="00851364" w:rsidRDefault="0039378E" w:rsidP="00CE6A40">
      <w:pPr>
        <w:autoSpaceDE w:val="0"/>
        <w:autoSpaceDN w:val="0"/>
        <w:adjustRightInd w:val="0"/>
        <w:spacing w:line="276" w:lineRule="auto"/>
        <w:jc w:val="left"/>
        <w:rPr>
          <w:rFonts w:asciiTheme="minorHAnsi" w:hAnsiTheme="minorHAnsi" w:cstheme="minorHAnsi"/>
          <w:sz w:val="22"/>
          <w:szCs w:val="22"/>
        </w:rPr>
      </w:pPr>
      <w:r>
        <w:rPr>
          <w:rFonts w:asciiTheme="minorHAnsi" w:hAnsiTheme="minorHAnsi"/>
          <w:sz w:val="22"/>
        </w:rPr>
        <w:t>Ottawa (</w:t>
      </w:r>
      <w:proofErr w:type="gramStart"/>
      <w:r>
        <w:rPr>
          <w:rFonts w:asciiTheme="minorHAnsi" w:hAnsiTheme="minorHAnsi"/>
          <w:sz w:val="22"/>
        </w:rPr>
        <w:t>Ontario)  K</w:t>
      </w:r>
      <w:proofErr w:type="gramEnd"/>
      <w:r>
        <w:rPr>
          <w:rFonts w:asciiTheme="minorHAnsi" w:hAnsiTheme="minorHAnsi"/>
          <w:sz w:val="22"/>
        </w:rPr>
        <w:t>1A 0G2</w:t>
      </w:r>
    </w:p>
    <w:p w14:paraId="1400E37D" w14:textId="77777777" w:rsidR="0039378E" w:rsidRPr="00851364" w:rsidRDefault="0039378E" w:rsidP="00CE6A40">
      <w:pPr>
        <w:spacing w:line="276" w:lineRule="auto"/>
        <w:ind w:right="1440"/>
        <w:jc w:val="left"/>
        <w:rPr>
          <w:rFonts w:asciiTheme="minorHAnsi" w:hAnsiTheme="minorHAnsi" w:cstheme="minorHAnsi"/>
          <w:sz w:val="22"/>
          <w:szCs w:val="22"/>
        </w:rPr>
      </w:pPr>
      <w:r>
        <w:rPr>
          <w:rFonts w:asciiTheme="minorHAnsi" w:hAnsiTheme="minorHAnsi"/>
          <w:sz w:val="22"/>
        </w:rPr>
        <w:t>Canada</w:t>
      </w:r>
    </w:p>
    <w:p w14:paraId="0123F540" w14:textId="77777777" w:rsidR="0039378E" w:rsidRPr="00316687" w:rsidRDefault="0039378E" w:rsidP="00CE6A40">
      <w:pPr>
        <w:spacing w:line="276" w:lineRule="auto"/>
        <w:ind w:right="1440"/>
        <w:jc w:val="left"/>
        <w:rPr>
          <w:rFonts w:asciiTheme="minorHAnsi" w:hAnsiTheme="minorHAnsi" w:cstheme="minorHAnsi"/>
          <w:sz w:val="22"/>
          <w:szCs w:val="22"/>
          <w:lang w:val="fr-FR" w:eastAsia="en-US"/>
        </w:rPr>
      </w:pPr>
    </w:p>
    <w:p w14:paraId="5B844CA0" w14:textId="77777777" w:rsidR="0039378E" w:rsidRPr="00851364" w:rsidRDefault="0039378E" w:rsidP="00CE6A40">
      <w:pPr>
        <w:spacing w:line="276" w:lineRule="auto"/>
        <w:ind w:right="1440"/>
        <w:jc w:val="left"/>
        <w:rPr>
          <w:rFonts w:asciiTheme="minorHAnsi" w:hAnsiTheme="minorHAnsi" w:cstheme="minorHAnsi"/>
          <w:b/>
          <w:sz w:val="22"/>
          <w:szCs w:val="22"/>
        </w:rPr>
      </w:pPr>
      <w:r>
        <w:rPr>
          <w:rFonts w:asciiTheme="minorHAnsi" w:hAnsiTheme="minorHAnsi"/>
          <w:b/>
          <w:sz w:val="22"/>
        </w:rPr>
        <w:t xml:space="preserve">Numéro de catalogue : </w:t>
      </w:r>
      <w:r>
        <w:rPr>
          <w:rFonts w:asciiTheme="minorHAnsi" w:hAnsiTheme="minorHAnsi"/>
          <w:sz w:val="22"/>
        </w:rPr>
        <w:t>FR5-178/2021F-PDF</w:t>
      </w:r>
    </w:p>
    <w:p w14:paraId="7D7C6EB0" w14:textId="77777777" w:rsidR="0039378E" w:rsidRPr="00316687" w:rsidRDefault="0039378E" w:rsidP="00CE6A40">
      <w:pPr>
        <w:spacing w:line="276" w:lineRule="auto"/>
        <w:ind w:right="1440"/>
        <w:jc w:val="left"/>
        <w:rPr>
          <w:rFonts w:asciiTheme="minorHAnsi" w:hAnsiTheme="minorHAnsi" w:cstheme="minorHAnsi"/>
          <w:b/>
          <w:sz w:val="22"/>
          <w:szCs w:val="22"/>
          <w:highlight w:val="yellow"/>
          <w:lang w:val="fr-FR"/>
        </w:rPr>
      </w:pPr>
    </w:p>
    <w:p w14:paraId="29AF5611" w14:textId="77777777" w:rsidR="0039378E" w:rsidRPr="00851364" w:rsidRDefault="0039378E" w:rsidP="00CE6A40">
      <w:pPr>
        <w:spacing w:line="276" w:lineRule="auto"/>
        <w:ind w:right="1440"/>
        <w:jc w:val="left"/>
        <w:rPr>
          <w:rFonts w:asciiTheme="minorHAnsi" w:hAnsiTheme="minorHAnsi" w:cstheme="minorHAnsi"/>
          <w:b/>
          <w:sz w:val="22"/>
          <w:szCs w:val="22"/>
        </w:rPr>
      </w:pPr>
      <w:r>
        <w:rPr>
          <w:rFonts w:asciiTheme="minorHAnsi" w:hAnsiTheme="minorHAnsi"/>
          <w:b/>
          <w:sz w:val="22"/>
        </w:rPr>
        <w:t xml:space="preserve">Numéro international normalisé du livre (ISBN) : </w:t>
      </w:r>
      <w:r>
        <w:rPr>
          <w:rFonts w:asciiTheme="minorHAnsi" w:hAnsiTheme="minorHAnsi"/>
          <w:color w:val="000000"/>
          <w:sz w:val="22"/>
        </w:rPr>
        <w:t>978-0-660-37956-2</w:t>
      </w:r>
    </w:p>
    <w:p w14:paraId="46859507" w14:textId="77777777" w:rsidR="0039378E" w:rsidRPr="00316687" w:rsidRDefault="0039378E" w:rsidP="00CE6A40">
      <w:pPr>
        <w:spacing w:line="276" w:lineRule="auto"/>
        <w:ind w:right="1440"/>
        <w:jc w:val="left"/>
        <w:rPr>
          <w:rFonts w:asciiTheme="minorHAnsi" w:hAnsiTheme="minorHAnsi" w:cstheme="minorHAnsi"/>
          <w:b/>
          <w:sz w:val="22"/>
          <w:szCs w:val="22"/>
          <w:highlight w:val="yellow"/>
          <w:lang w:val="fr-FR"/>
        </w:rPr>
      </w:pPr>
    </w:p>
    <w:p w14:paraId="0DB318FE" w14:textId="77777777" w:rsidR="0039378E" w:rsidRPr="00851364" w:rsidRDefault="0039378E" w:rsidP="00F46697">
      <w:pPr>
        <w:spacing w:after="200" w:line="276" w:lineRule="auto"/>
        <w:jc w:val="left"/>
        <w:rPr>
          <w:rFonts w:asciiTheme="minorHAnsi" w:eastAsia="Times New Roman" w:hAnsiTheme="minorHAnsi" w:cstheme="minorHAnsi"/>
          <w:color w:val="000000"/>
          <w:sz w:val="22"/>
          <w:szCs w:val="22"/>
        </w:rPr>
      </w:pPr>
      <w:r>
        <w:rPr>
          <w:rFonts w:asciiTheme="minorHAnsi" w:hAnsiTheme="minorHAnsi"/>
          <w:b/>
          <w:sz w:val="22"/>
        </w:rPr>
        <w:t>Publications connexes (numéro d’enregistrement : ROP 131-20) :</w:t>
      </w:r>
      <w:r>
        <w:rPr>
          <w:rFonts w:asciiTheme="minorHAnsi" w:hAnsiTheme="minorHAnsi"/>
          <w:b/>
          <w:sz w:val="22"/>
        </w:rPr>
        <w:br/>
      </w:r>
      <w:r>
        <w:rPr>
          <w:rFonts w:asciiTheme="minorHAnsi" w:hAnsiTheme="minorHAnsi"/>
          <w:sz w:val="22"/>
        </w:rPr>
        <w:t>Numéro de catalogue : FR5-178/2021E-PDF (rapport méthodologique, anglais)</w:t>
      </w:r>
      <w:r>
        <w:rPr>
          <w:rFonts w:asciiTheme="minorHAnsi" w:hAnsiTheme="minorHAnsi"/>
          <w:sz w:val="22"/>
        </w:rPr>
        <w:br/>
        <w:t xml:space="preserve">Numéro international normalisé du livre (ISBN) : </w:t>
      </w:r>
      <w:r>
        <w:rPr>
          <w:rFonts w:asciiTheme="minorHAnsi" w:hAnsiTheme="minorHAnsi"/>
          <w:color w:val="000000"/>
          <w:sz w:val="22"/>
        </w:rPr>
        <w:t>978-0-660-37955-5</w:t>
      </w:r>
    </w:p>
    <w:p w14:paraId="2AD28DE2" w14:textId="77777777" w:rsidR="0039378E" w:rsidRPr="00316687" w:rsidRDefault="0039378E" w:rsidP="00CE6A40">
      <w:pPr>
        <w:spacing w:line="276" w:lineRule="auto"/>
        <w:ind w:right="1440"/>
        <w:jc w:val="left"/>
        <w:rPr>
          <w:rFonts w:asciiTheme="minorHAnsi" w:hAnsiTheme="minorHAnsi" w:cstheme="minorHAnsi"/>
          <w:sz w:val="22"/>
          <w:szCs w:val="22"/>
          <w:highlight w:val="yellow"/>
          <w:lang w:val="fr-FR"/>
        </w:rPr>
      </w:pPr>
    </w:p>
    <w:p w14:paraId="6A99E71F" w14:textId="77777777" w:rsidR="00ED4BC0" w:rsidRPr="00851364" w:rsidRDefault="0039378E" w:rsidP="00CE6A40">
      <w:pPr>
        <w:spacing w:line="276" w:lineRule="auto"/>
        <w:ind w:right="11"/>
        <w:jc w:val="left"/>
        <w:rPr>
          <w:rFonts w:asciiTheme="minorHAnsi" w:hAnsiTheme="minorHAnsi" w:cstheme="minorHAnsi"/>
          <w:i/>
          <w:sz w:val="22"/>
          <w:szCs w:val="22"/>
        </w:rPr>
      </w:pPr>
      <w:r>
        <w:rPr>
          <w:rFonts w:asciiTheme="minorHAnsi" w:hAnsiTheme="minorHAnsi"/>
          <w:i/>
          <w:sz w:val="22"/>
        </w:rPr>
        <w:t>© Sa Majesté la Reine du chef du Canada, représentée par Affaires mondiales Canada, 2021</w:t>
      </w:r>
      <w:bookmarkEnd w:id="25"/>
    </w:p>
    <w:p w14:paraId="2D44902A" w14:textId="77777777" w:rsidR="00873B23" w:rsidRPr="00303032" w:rsidRDefault="00C53110" w:rsidP="00F46697">
      <w:pPr>
        <w:pStyle w:val="En-ttedetabledesmatires1"/>
        <w:tabs>
          <w:tab w:val="left" w:pos="4065"/>
          <w:tab w:val="right" w:pos="9406"/>
        </w:tabs>
        <w:spacing w:line="276" w:lineRule="auto"/>
        <w:jc w:val="left"/>
        <w:rPr>
          <w:rFonts w:asciiTheme="minorHAnsi" w:hAnsiTheme="minorHAnsi" w:cstheme="minorHAnsi"/>
          <w:sz w:val="32"/>
          <w:szCs w:val="32"/>
        </w:rPr>
      </w:pPr>
      <w:r>
        <w:rPr>
          <w:rFonts w:asciiTheme="minorHAnsi" w:hAnsiTheme="minorHAnsi"/>
          <w:sz w:val="32"/>
        </w:rPr>
        <w:lastRenderedPageBreak/>
        <w:tab/>
      </w:r>
      <w:r>
        <w:rPr>
          <w:rFonts w:asciiTheme="minorHAnsi" w:hAnsiTheme="minorHAnsi"/>
          <w:sz w:val="32"/>
        </w:rPr>
        <w:tab/>
      </w:r>
      <w:bookmarkStart w:id="26" w:name="_Toc75287144"/>
      <w:r>
        <w:rPr>
          <w:rFonts w:asciiTheme="minorHAnsi" w:hAnsiTheme="minorHAnsi"/>
          <w:sz w:val="32"/>
        </w:rPr>
        <w:t>Table des matières</w:t>
      </w:r>
      <w:bookmarkEnd w:id="1"/>
      <w:bookmarkEnd w:id="26"/>
    </w:p>
    <w:sdt>
      <w:sdtPr>
        <w:rPr>
          <w:rFonts w:asciiTheme="minorHAnsi" w:eastAsia="Calibri" w:hAnsiTheme="minorHAnsi" w:cstheme="minorHAnsi"/>
          <w:b w:val="0"/>
          <w:bCs w:val="0"/>
          <w:color w:val="auto"/>
          <w:sz w:val="18"/>
          <w:szCs w:val="24"/>
          <w:lang w:eastAsia="fr-FR"/>
        </w:rPr>
        <w:id w:val="-1381700576"/>
        <w:docPartObj>
          <w:docPartGallery w:val="Table of Contents"/>
          <w:docPartUnique/>
        </w:docPartObj>
      </w:sdtPr>
      <w:sdtEndPr>
        <w:rPr>
          <w:sz w:val="20"/>
        </w:rPr>
      </w:sdtEndPr>
      <w:sdtContent>
        <w:p w14:paraId="3A5B776C" w14:textId="77777777" w:rsidR="00753B3C" w:rsidRPr="00303032" w:rsidRDefault="00753B3C" w:rsidP="00F46697">
          <w:pPr>
            <w:pStyle w:val="TOCHeading"/>
            <w:rPr>
              <w:rFonts w:asciiTheme="minorHAnsi" w:hAnsiTheme="minorHAnsi" w:cstheme="minorHAnsi"/>
            </w:rPr>
          </w:pPr>
        </w:p>
        <w:p w14:paraId="464A3764" w14:textId="21C0B9A9" w:rsidR="00404051" w:rsidRDefault="00ED149B">
          <w:pPr>
            <w:pStyle w:val="TOC1"/>
            <w:tabs>
              <w:tab w:val="right" w:leader="dot" w:pos="9396"/>
            </w:tabs>
            <w:rPr>
              <w:rFonts w:asciiTheme="minorHAnsi" w:eastAsiaTheme="minorEastAsia" w:hAnsiTheme="minorHAnsi" w:cstheme="minorBidi"/>
              <w:b w:val="0"/>
              <w:bCs w:val="0"/>
              <w:caps w:val="0"/>
              <w:noProof/>
              <w:sz w:val="22"/>
              <w:szCs w:val="22"/>
              <w:lang w:eastAsia="fr-CA"/>
            </w:rPr>
          </w:pPr>
          <w:r w:rsidRPr="00303032">
            <w:rPr>
              <w:rFonts w:asciiTheme="minorHAnsi" w:hAnsiTheme="minorHAnsi" w:cstheme="minorHAnsi"/>
            </w:rPr>
            <w:fldChar w:fldCharType="begin"/>
          </w:r>
          <w:r w:rsidR="00753B3C" w:rsidRPr="00303032">
            <w:rPr>
              <w:rFonts w:asciiTheme="minorHAnsi" w:hAnsiTheme="minorHAnsi" w:cstheme="minorHAnsi"/>
            </w:rPr>
            <w:instrText xml:space="preserve"> TOC \o "1-3" \h \z \u </w:instrText>
          </w:r>
          <w:r w:rsidRPr="00303032">
            <w:rPr>
              <w:rFonts w:asciiTheme="minorHAnsi" w:hAnsiTheme="minorHAnsi" w:cstheme="minorHAnsi"/>
            </w:rPr>
            <w:fldChar w:fldCharType="separate"/>
          </w:r>
          <w:hyperlink w:anchor="_Toc75287144" w:history="1">
            <w:r w:rsidR="00404051" w:rsidRPr="00E8046C">
              <w:rPr>
                <w:rStyle w:val="Hyperlink"/>
                <w:noProof/>
              </w:rPr>
              <w:t>Table des matières</w:t>
            </w:r>
            <w:r w:rsidR="00404051">
              <w:rPr>
                <w:noProof/>
                <w:webHidden/>
              </w:rPr>
              <w:tab/>
            </w:r>
            <w:r w:rsidR="00404051">
              <w:rPr>
                <w:noProof/>
                <w:webHidden/>
              </w:rPr>
              <w:fldChar w:fldCharType="begin"/>
            </w:r>
            <w:r w:rsidR="00404051">
              <w:rPr>
                <w:noProof/>
                <w:webHidden/>
              </w:rPr>
              <w:instrText xml:space="preserve"> PAGEREF _Toc75287144 \h </w:instrText>
            </w:r>
            <w:r w:rsidR="00404051">
              <w:rPr>
                <w:noProof/>
                <w:webHidden/>
              </w:rPr>
            </w:r>
            <w:r w:rsidR="00404051">
              <w:rPr>
                <w:noProof/>
                <w:webHidden/>
              </w:rPr>
              <w:fldChar w:fldCharType="separate"/>
            </w:r>
            <w:r w:rsidR="00D341FE">
              <w:rPr>
                <w:noProof/>
                <w:webHidden/>
              </w:rPr>
              <w:t>3</w:t>
            </w:r>
            <w:r w:rsidR="00404051">
              <w:rPr>
                <w:noProof/>
                <w:webHidden/>
              </w:rPr>
              <w:fldChar w:fldCharType="end"/>
            </w:r>
          </w:hyperlink>
        </w:p>
        <w:p w14:paraId="283BDC1C" w14:textId="6FB9C9CC" w:rsidR="00404051" w:rsidRDefault="00080BFF">
          <w:pPr>
            <w:pStyle w:val="TOC1"/>
            <w:tabs>
              <w:tab w:val="right" w:leader="dot" w:pos="9396"/>
            </w:tabs>
            <w:rPr>
              <w:rFonts w:asciiTheme="minorHAnsi" w:eastAsiaTheme="minorEastAsia" w:hAnsiTheme="minorHAnsi" w:cstheme="minorBidi"/>
              <w:b w:val="0"/>
              <w:bCs w:val="0"/>
              <w:caps w:val="0"/>
              <w:noProof/>
              <w:sz w:val="22"/>
              <w:szCs w:val="22"/>
              <w:lang w:eastAsia="fr-CA"/>
            </w:rPr>
          </w:pPr>
          <w:hyperlink w:anchor="_Toc75287145" w:history="1">
            <w:r w:rsidR="00404051" w:rsidRPr="00E8046C">
              <w:rPr>
                <w:rStyle w:val="Hyperlink"/>
                <w:noProof/>
              </w:rPr>
              <w:t>1. Contexte</w:t>
            </w:r>
            <w:r w:rsidR="00404051">
              <w:rPr>
                <w:noProof/>
                <w:webHidden/>
              </w:rPr>
              <w:tab/>
            </w:r>
            <w:r w:rsidR="00404051">
              <w:rPr>
                <w:noProof/>
                <w:webHidden/>
              </w:rPr>
              <w:fldChar w:fldCharType="begin"/>
            </w:r>
            <w:r w:rsidR="00404051">
              <w:rPr>
                <w:noProof/>
                <w:webHidden/>
              </w:rPr>
              <w:instrText xml:space="preserve"> PAGEREF _Toc75287145 \h </w:instrText>
            </w:r>
            <w:r w:rsidR="00404051">
              <w:rPr>
                <w:noProof/>
                <w:webHidden/>
              </w:rPr>
            </w:r>
            <w:r w:rsidR="00404051">
              <w:rPr>
                <w:noProof/>
                <w:webHidden/>
              </w:rPr>
              <w:fldChar w:fldCharType="separate"/>
            </w:r>
            <w:r w:rsidR="00D341FE">
              <w:rPr>
                <w:noProof/>
                <w:webHidden/>
              </w:rPr>
              <w:t>4</w:t>
            </w:r>
            <w:r w:rsidR="00404051">
              <w:rPr>
                <w:noProof/>
                <w:webHidden/>
              </w:rPr>
              <w:fldChar w:fldCharType="end"/>
            </w:r>
          </w:hyperlink>
        </w:p>
        <w:p w14:paraId="1B77DD6A" w14:textId="49F6B428" w:rsidR="00404051" w:rsidRDefault="00080BFF">
          <w:pPr>
            <w:pStyle w:val="TOC3"/>
            <w:tabs>
              <w:tab w:val="right" w:leader="dot" w:pos="9396"/>
            </w:tabs>
            <w:rPr>
              <w:rFonts w:asciiTheme="minorHAnsi" w:eastAsiaTheme="minorEastAsia" w:hAnsiTheme="minorHAnsi" w:cstheme="minorBidi"/>
              <w:i w:val="0"/>
              <w:iCs w:val="0"/>
              <w:noProof/>
              <w:sz w:val="22"/>
              <w:szCs w:val="22"/>
              <w:lang w:eastAsia="fr-CA"/>
            </w:rPr>
          </w:pPr>
          <w:hyperlink w:anchor="_Toc75287146" w:history="1">
            <w:r w:rsidR="00404051" w:rsidRPr="00E8046C">
              <w:rPr>
                <w:rStyle w:val="Hyperlink"/>
                <w:noProof/>
              </w:rPr>
              <w:t>1.1 Renseignements généraux</w:t>
            </w:r>
            <w:r w:rsidR="00404051">
              <w:rPr>
                <w:noProof/>
                <w:webHidden/>
              </w:rPr>
              <w:tab/>
            </w:r>
            <w:r w:rsidR="00404051">
              <w:rPr>
                <w:noProof/>
                <w:webHidden/>
              </w:rPr>
              <w:fldChar w:fldCharType="begin"/>
            </w:r>
            <w:r w:rsidR="00404051">
              <w:rPr>
                <w:noProof/>
                <w:webHidden/>
              </w:rPr>
              <w:instrText xml:space="preserve"> PAGEREF _Toc75287146 \h </w:instrText>
            </w:r>
            <w:r w:rsidR="00404051">
              <w:rPr>
                <w:noProof/>
                <w:webHidden/>
              </w:rPr>
            </w:r>
            <w:r w:rsidR="00404051">
              <w:rPr>
                <w:noProof/>
                <w:webHidden/>
              </w:rPr>
              <w:fldChar w:fldCharType="separate"/>
            </w:r>
            <w:r w:rsidR="00D341FE">
              <w:rPr>
                <w:noProof/>
                <w:webHidden/>
              </w:rPr>
              <w:t>4</w:t>
            </w:r>
            <w:r w:rsidR="00404051">
              <w:rPr>
                <w:noProof/>
                <w:webHidden/>
              </w:rPr>
              <w:fldChar w:fldCharType="end"/>
            </w:r>
          </w:hyperlink>
        </w:p>
        <w:p w14:paraId="6075EAAC" w14:textId="3D3F09D5" w:rsidR="00404051" w:rsidRDefault="00080BFF">
          <w:pPr>
            <w:pStyle w:val="TOC3"/>
            <w:tabs>
              <w:tab w:val="right" w:leader="dot" w:pos="9396"/>
            </w:tabs>
            <w:rPr>
              <w:rFonts w:asciiTheme="minorHAnsi" w:eastAsiaTheme="minorEastAsia" w:hAnsiTheme="minorHAnsi" w:cstheme="minorBidi"/>
              <w:i w:val="0"/>
              <w:iCs w:val="0"/>
              <w:noProof/>
              <w:sz w:val="22"/>
              <w:szCs w:val="22"/>
              <w:lang w:eastAsia="fr-CA"/>
            </w:rPr>
          </w:pPr>
          <w:hyperlink w:anchor="_Toc75287147" w:history="1">
            <w:r w:rsidR="00404051" w:rsidRPr="00E8046C">
              <w:rPr>
                <w:rStyle w:val="Hyperlink"/>
                <w:noProof/>
              </w:rPr>
              <w:t>1.2 Objectif</w:t>
            </w:r>
            <w:r w:rsidR="00404051">
              <w:rPr>
                <w:noProof/>
                <w:webHidden/>
              </w:rPr>
              <w:tab/>
            </w:r>
            <w:r w:rsidR="00404051">
              <w:rPr>
                <w:noProof/>
                <w:webHidden/>
              </w:rPr>
              <w:fldChar w:fldCharType="begin"/>
            </w:r>
            <w:r w:rsidR="00404051">
              <w:rPr>
                <w:noProof/>
                <w:webHidden/>
              </w:rPr>
              <w:instrText xml:space="preserve"> PAGEREF _Toc75287147 \h </w:instrText>
            </w:r>
            <w:r w:rsidR="00404051">
              <w:rPr>
                <w:noProof/>
                <w:webHidden/>
              </w:rPr>
            </w:r>
            <w:r w:rsidR="00404051">
              <w:rPr>
                <w:noProof/>
                <w:webHidden/>
              </w:rPr>
              <w:fldChar w:fldCharType="separate"/>
            </w:r>
            <w:r w:rsidR="00D341FE">
              <w:rPr>
                <w:noProof/>
                <w:webHidden/>
              </w:rPr>
              <w:t>6</w:t>
            </w:r>
            <w:r w:rsidR="00404051">
              <w:rPr>
                <w:noProof/>
                <w:webHidden/>
              </w:rPr>
              <w:fldChar w:fldCharType="end"/>
            </w:r>
          </w:hyperlink>
        </w:p>
        <w:p w14:paraId="26B8A70C" w14:textId="76A5B8EB" w:rsidR="00404051" w:rsidRDefault="00080BFF">
          <w:pPr>
            <w:pStyle w:val="TOC3"/>
            <w:tabs>
              <w:tab w:val="right" w:leader="dot" w:pos="9396"/>
            </w:tabs>
            <w:rPr>
              <w:rFonts w:asciiTheme="minorHAnsi" w:eastAsiaTheme="minorEastAsia" w:hAnsiTheme="minorHAnsi" w:cstheme="minorBidi"/>
              <w:i w:val="0"/>
              <w:iCs w:val="0"/>
              <w:noProof/>
              <w:sz w:val="22"/>
              <w:szCs w:val="22"/>
              <w:lang w:eastAsia="fr-CA"/>
            </w:rPr>
          </w:pPr>
          <w:hyperlink w:anchor="_Toc75287148" w:history="1">
            <w:r w:rsidR="00404051" w:rsidRPr="00E8046C">
              <w:rPr>
                <w:rStyle w:val="Hyperlink"/>
                <w:noProof/>
              </w:rPr>
              <w:t>1.3 Exigence de neutralité politique</w:t>
            </w:r>
            <w:r w:rsidR="00404051">
              <w:rPr>
                <w:noProof/>
                <w:webHidden/>
              </w:rPr>
              <w:tab/>
            </w:r>
            <w:r w:rsidR="00404051">
              <w:rPr>
                <w:noProof/>
                <w:webHidden/>
              </w:rPr>
              <w:fldChar w:fldCharType="begin"/>
            </w:r>
            <w:r w:rsidR="00404051">
              <w:rPr>
                <w:noProof/>
                <w:webHidden/>
              </w:rPr>
              <w:instrText xml:space="preserve"> PAGEREF _Toc75287148 \h </w:instrText>
            </w:r>
            <w:r w:rsidR="00404051">
              <w:rPr>
                <w:noProof/>
                <w:webHidden/>
              </w:rPr>
            </w:r>
            <w:r w:rsidR="00404051">
              <w:rPr>
                <w:noProof/>
                <w:webHidden/>
              </w:rPr>
              <w:fldChar w:fldCharType="separate"/>
            </w:r>
            <w:r w:rsidR="00D341FE">
              <w:rPr>
                <w:noProof/>
                <w:webHidden/>
              </w:rPr>
              <w:t>6</w:t>
            </w:r>
            <w:r w:rsidR="00404051">
              <w:rPr>
                <w:noProof/>
                <w:webHidden/>
              </w:rPr>
              <w:fldChar w:fldCharType="end"/>
            </w:r>
          </w:hyperlink>
        </w:p>
        <w:p w14:paraId="14ED33AE" w14:textId="6B47FD6C" w:rsidR="00404051" w:rsidRDefault="00080BFF">
          <w:pPr>
            <w:pStyle w:val="TOC1"/>
            <w:tabs>
              <w:tab w:val="right" w:leader="dot" w:pos="9396"/>
            </w:tabs>
            <w:rPr>
              <w:rFonts w:asciiTheme="minorHAnsi" w:eastAsiaTheme="minorEastAsia" w:hAnsiTheme="minorHAnsi" w:cstheme="minorBidi"/>
              <w:b w:val="0"/>
              <w:bCs w:val="0"/>
              <w:caps w:val="0"/>
              <w:noProof/>
              <w:sz w:val="22"/>
              <w:szCs w:val="22"/>
              <w:lang w:eastAsia="fr-CA"/>
            </w:rPr>
          </w:pPr>
          <w:hyperlink w:anchor="_Toc75287149" w:history="1">
            <w:r w:rsidR="00404051" w:rsidRPr="00E8046C">
              <w:rPr>
                <w:rStyle w:val="Hyperlink"/>
                <w:smallCaps/>
                <w:noProof/>
              </w:rPr>
              <w:t>2. Échantillonnage</w:t>
            </w:r>
            <w:r w:rsidR="00404051">
              <w:rPr>
                <w:noProof/>
                <w:webHidden/>
              </w:rPr>
              <w:tab/>
            </w:r>
            <w:r w:rsidR="00404051">
              <w:rPr>
                <w:noProof/>
                <w:webHidden/>
              </w:rPr>
              <w:fldChar w:fldCharType="begin"/>
            </w:r>
            <w:r w:rsidR="00404051">
              <w:rPr>
                <w:noProof/>
                <w:webHidden/>
              </w:rPr>
              <w:instrText xml:space="preserve"> PAGEREF _Toc75287149 \h </w:instrText>
            </w:r>
            <w:r w:rsidR="00404051">
              <w:rPr>
                <w:noProof/>
                <w:webHidden/>
              </w:rPr>
            </w:r>
            <w:r w:rsidR="00404051">
              <w:rPr>
                <w:noProof/>
                <w:webHidden/>
              </w:rPr>
              <w:fldChar w:fldCharType="separate"/>
            </w:r>
            <w:r w:rsidR="00D341FE">
              <w:rPr>
                <w:noProof/>
                <w:webHidden/>
              </w:rPr>
              <w:t>6</w:t>
            </w:r>
            <w:r w:rsidR="00404051">
              <w:rPr>
                <w:noProof/>
                <w:webHidden/>
              </w:rPr>
              <w:fldChar w:fldCharType="end"/>
            </w:r>
          </w:hyperlink>
        </w:p>
        <w:p w14:paraId="6AE45627" w14:textId="6BEC8A6F" w:rsidR="00404051" w:rsidRDefault="00080BFF">
          <w:pPr>
            <w:pStyle w:val="TOC3"/>
            <w:tabs>
              <w:tab w:val="right" w:leader="dot" w:pos="9396"/>
            </w:tabs>
            <w:rPr>
              <w:rFonts w:asciiTheme="minorHAnsi" w:eastAsiaTheme="minorEastAsia" w:hAnsiTheme="minorHAnsi" w:cstheme="minorBidi"/>
              <w:i w:val="0"/>
              <w:iCs w:val="0"/>
              <w:noProof/>
              <w:sz w:val="22"/>
              <w:szCs w:val="22"/>
              <w:lang w:eastAsia="fr-CA"/>
            </w:rPr>
          </w:pPr>
          <w:hyperlink w:anchor="_Toc75287150" w:history="1">
            <w:r w:rsidR="00404051" w:rsidRPr="00E8046C">
              <w:rPr>
                <w:rStyle w:val="Hyperlink"/>
                <w:noProof/>
              </w:rPr>
              <w:t>2.1 Caractéristiques du projet</w:t>
            </w:r>
            <w:r w:rsidR="00404051">
              <w:rPr>
                <w:noProof/>
                <w:webHidden/>
              </w:rPr>
              <w:tab/>
            </w:r>
            <w:r w:rsidR="00404051">
              <w:rPr>
                <w:noProof/>
                <w:webHidden/>
              </w:rPr>
              <w:fldChar w:fldCharType="begin"/>
            </w:r>
            <w:r w:rsidR="00404051">
              <w:rPr>
                <w:noProof/>
                <w:webHidden/>
              </w:rPr>
              <w:instrText xml:space="preserve"> PAGEREF _Toc75287150 \h </w:instrText>
            </w:r>
            <w:r w:rsidR="00404051">
              <w:rPr>
                <w:noProof/>
                <w:webHidden/>
              </w:rPr>
            </w:r>
            <w:r w:rsidR="00404051">
              <w:rPr>
                <w:noProof/>
                <w:webHidden/>
              </w:rPr>
              <w:fldChar w:fldCharType="separate"/>
            </w:r>
            <w:r w:rsidR="00D341FE">
              <w:rPr>
                <w:noProof/>
                <w:webHidden/>
              </w:rPr>
              <w:t>6</w:t>
            </w:r>
            <w:r w:rsidR="00404051">
              <w:rPr>
                <w:noProof/>
                <w:webHidden/>
              </w:rPr>
              <w:fldChar w:fldCharType="end"/>
            </w:r>
          </w:hyperlink>
        </w:p>
        <w:p w14:paraId="54C9FBFF" w14:textId="2B161435" w:rsidR="00404051" w:rsidRDefault="00080BFF">
          <w:pPr>
            <w:pStyle w:val="TOC3"/>
            <w:tabs>
              <w:tab w:val="right" w:leader="dot" w:pos="9396"/>
            </w:tabs>
            <w:rPr>
              <w:rFonts w:asciiTheme="minorHAnsi" w:eastAsiaTheme="minorEastAsia" w:hAnsiTheme="minorHAnsi" w:cstheme="minorBidi"/>
              <w:i w:val="0"/>
              <w:iCs w:val="0"/>
              <w:noProof/>
              <w:sz w:val="22"/>
              <w:szCs w:val="22"/>
              <w:lang w:eastAsia="fr-CA"/>
            </w:rPr>
          </w:pPr>
          <w:hyperlink w:anchor="_Toc75287151" w:history="1">
            <w:r w:rsidR="00404051" w:rsidRPr="00E8046C">
              <w:rPr>
                <w:rStyle w:val="Hyperlink"/>
                <w:noProof/>
              </w:rPr>
              <w:t>2.2 Plan d’échantillonnage</w:t>
            </w:r>
            <w:r w:rsidR="00404051">
              <w:rPr>
                <w:noProof/>
                <w:webHidden/>
              </w:rPr>
              <w:tab/>
            </w:r>
            <w:r w:rsidR="00404051">
              <w:rPr>
                <w:noProof/>
                <w:webHidden/>
              </w:rPr>
              <w:fldChar w:fldCharType="begin"/>
            </w:r>
            <w:r w:rsidR="00404051">
              <w:rPr>
                <w:noProof/>
                <w:webHidden/>
              </w:rPr>
              <w:instrText xml:space="preserve"> PAGEREF _Toc75287151 \h </w:instrText>
            </w:r>
            <w:r w:rsidR="00404051">
              <w:rPr>
                <w:noProof/>
                <w:webHidden/>
              </w:rPr>
            </w:r>
            <w:r w:rsidR="00404051">
              <w:rPr>
                <w:noProof/>
                <w:webHidden/>
              </w:rPr>
              <w:fldChar w:fldCharType="separate"/>
            </w:r>
            <w:r w:rsidR="00D341FE">
              <w:rPr>
                <w:noProof/>
                <w:webHidden/>
              </w:rPr>
              <w:t>7</w:t>
            </w:r>
            <w:r w:rsidR="00404051">
              <w:rPr>
                <w:noProof/>
                <w:webHidden/>
              </w:rPr>
              <w:fldChar w:fldCharType="end"/>
            </w:r>
          </w:hyperlink>
        </w:p>
        <w:p w14:paraId="63D539C8" w14:textId="14D9DD65" w:rsidR="00404051" w:rsidRDefault="00080BFF">
          <w:pPr>
            <w:pStyle w:val="TOC1"/>
            <w:tabs>
              <w:tab w:val="right" w:leader="dot" w:pos="9396"/>
            </w:tabs>
            <w:rPr>
              <w:rFonts w:asciiTheme="minorHAnsi" w:eastAsiaTheme="minorEastAsia" w:hAnsiTheme="minorHAnsi" w:cstheme="minorBidi"/>
              <w:b w:val="0"/>
              <w:bCs w:val="0"/>
              <w:caps w:val="0"/>
              <w:noProof/>
              <w:sz w:val="22"/>
              <w:szCs w:val="22"/>
              <w:lang w:eastAsia="fr-CA"/>
            </w:rPr>
          </w:pPr>
          <w:hyperlink w:anchor="_Toc75287152" w:history="1">
            <w:r w:rsidR="00404051" w:rsidRPr="00E8046C">
              <w:rPr>
                <w:rStyle w:val="Hyperlink"/>
                <w:smallCaps/>
                <w:noProof/>
              </w:rPr>
              <w:t>3. Invitations</w:t>
            </w:r>
            <w:r w:rsidR="00404051">
              <w:rPr>
                <w:noProof/>
                <w:webHidden/>
              </w:rPr>
              <w:tab/>
            </w:r>
            <w:r w:rsidR="00404051">
              <w:rPr>
                <w:noProof/>
                <w:webHidden/>
              </w:rPr>
              <w:fldChar w:fldCharType="begin"/>
            </w:r>
            <w:r w:rsidR="00404051">
              <w:rPr>
                <w:noProof/>
                <w:webHidden/>
              </w:rPr>
              <w:instrText xml:space="preserve"> PAGEREF _Toc75287152 \h </w:instrText>
            </w:r>
            <w:r w:rsidR="00404051">
              <w:rPr>
                <w:noProof/>
                <w:webHidden/>
              </w:rPr>
            </w:r>
            <w:r w:rsidR="00404051">
              <w:rPr>
                <w:noProof/>
                <w:webHidden/>
              </w:rPr>
              <w:fldChar w:fldCharType="separate"/>
            </w:r>
            <w:r w:rsidR="00D341FE">
              <w:rPr>
                <w:noProof/>
                <w:webHidden/>
              </w:rPr>
              <w:t>8</w:t>
            </w:r>
            <w:r w:rsidR="00404051">
              <w:rPr>
                <w:noProof/>
                <w:webHidden/>
              </w:rPr>
              <w:fldChar w:fldCharType="end"/>
            </w:r>
          </w:hyperlink>
        </w:p>
        <w:p w14:paraId="061686D3" w14:textId="301A4712" w:rsidR="00404051" w:rsidRDefault="00080BFF">
          <w:pPr>
            <w:pStyle w:val="TOC3"/>
            <w:tabs>
              <w:tab w:val="right" w:leader="dot" w:pos="9396"/>
            </w:tabs>
            <w:rPr>
              <w:rFonts w:asciiTheme="minorHAnsi" w:eastAsiaTheme="minorEastAsia" w:hAnsiTheme="minorHAnsi" w:cstheme="minorBidi"/>
              <w:i w:val="0"/>
              <w:iCs w:val="0"/>
              <w:noProof/>
              <w:sz w:val="22"/>
              <w:szCs w:val="22"/>
              <w:lang w:eastAsia="fr-CA"/>
            </w:rPr>
          </w:pPr>
          <w:hyperlink w:anchor="_Toc75287153" w:history="1">
            <w:r w:rsidR="00404051" w:rsidRPr="00E8046C">
              <w:rPr>
                <w:rStyle w:val="Hyperlink"/>
                <w:noProof/>
              </w:rPr>
              <w:t>3.1 Détails des invitations et des rappels par courriel et messagerie texte</w:t>
            </w:r>
            <w:r w:rsidR="00404051">
              <w:rPr>
                <w:noProof/>
                <w:webHidden/>
              </w:rPr>
              <w:tab/>
            </w:r>
            <w:r w:rsidR="00404051">
              <w:rPr>
                <w:noProof/>
                <w:webHidden/>
              </w:rPr>
              <w:fldChar w:fldCharType="begin"/>
            </w:r>
            <w:r w:rsidR="00404051">
              <w:rPr>
                <w:noProof/>
                <w:webHidden/>
              </w:rPr>
              <w:instrText xml:space="preserve"> PAGEREF _Toc75287153 \h </w:instrText>
            </w:r>
            <w:r w:rsidR="00404051">
              <w:rPr>
                <w:noProof/>
                <w:webHidden/>
              </w:rPr>
            </w:r>
            <w:r w:rsidR="00404051">
              <w:rPr>
                <w:noProof/>
                <w:webHidden/>
              </w:rPr>
              <w:fldChar w:fldCharType="separate"/>
            </w:r>
            <w:r w:rsidR="00D341FE">
              <w:rPr>
                <w:noProof/>
                <w:webHidden/>
              </w:rPr>
              <w:t>8</w:t>
            </w:r>
            <w:r w:rsidR="00404051">
              <w:rPr>
                <w:noProof/>
                <w:webHidden/>
              </w:rPr>
              <w:fldChar w:fldCharType="end"/>
            </w:r>
          </w:hyperlink>
        </w:p>
        <w:p w14:paraId="293F05F9" w14:textId="60798E39" w:rsidR="00404051" w:rsidRDefault="00080BFF">
          <w:pPr>
            <w:pStyle w:val="TOC1"/>
            <w:tabs>
              <w:tab w:val="right" w:leader="dot" w:pos="9396"/>
            </w:tabs>
            <w:rPr>
              <w:rFonts w:asciiTheme="minorHAnsi" w:eastAsiaTheme="minorEastAsia" w:hAnsiTheme="minorHAnsi" w:cstheme="minorBidi"/>
              <w:b w:val="0"/>
              <w:bCs w:val="0"/>
              <w:caps w:val="0"/>
              <w:noProof/>
              <w:sz w:val="22"/>
              <w:szCs w:val="22"/>
              <w:lang w:eastAsia="fr-CA"/>
            </w:rPr>
          </w:pPr>
          <w:hyperlink w:anchor="_Toc75287154" w:history="1">
            <w:r w:rsidR="00404051" w:rsidRPr="00E8046C">
              <w:rPr>
                <w:rStyle w:val="Hyperlink"/>
                <w:noProof/>
              </w:rPr>
              <w:t>4. Nombre de questionnaires remplis et nombre visé</w:t>
            </w:r>
            <w:r w:rsidR="00404051">
              <w:rPr>
                <w:noProof/>
                <w:webHidden/>
              </w:rPr>
              <w:tab/>
            </w:r>
            <w:r w:rsidR="00404051">
              <w:rPr>
                <w:noProof/>
                <w:webHidden/>
              </w:rPr>
              <w:fldChar w:fldCharType="begin"/>
            </w:r>
            <w:r w:rsidR="00404051">
              <w:rPr>
                <w:noProof/>
                <w:webHidden/>
              </w:rPr>
              <w:instrText xml:space="preserve"> PAGEREF _Toc75287154 \h </w:instrText>
            </w:r>
            <w:r w:rsidR="00404051">
              <w:rPr>
                <w:noProof/>
                <w:webHidden/>
              </w:rPr>
            </w:r>
            <w:r w:rsidR="00404051">
              <w:rPr>
                <w:noProof/>
                <w:webHidden/>
              </w:rPr>
              <w:fldChar w:fldCharType="separate"/>
            </w:r>
            <w:r w:rsidR="00D341FE">
              <w:rPr>
                <w:noProof/>
                <w:webHidden/>
              </w:rPr>
              <w:t>9</w:t>
            </w:r>
            <w:r w:rsidR="00404051">
              <w:rPr>
                <w:noProof/>
                <w:webHidden/>
              </w:rPr>
              <w:fldChar w:fldCharType="end"/>
            </w:r>
          </w:hyperlink>
        </w:p>
        <w:p w14:paraId="71D4F992" w14:textId="0F19921F" w:rsidR="00404051" w:rsidRDefault="00080BFF">
          <w:pPr>
            <w:pStyle w:val="TOC3"/>
            <w:tabs>
              <w:tab w:val="right" w:leader="dot" w:pos="9396"/>
            </w:tabs>
            <w:rPr>
              <w:rFonts w:asciiTheme="minorHAnsi" w:eastAsiaTheme="minorEastAsia" w:hAnsiTheme="minorHAnsi" w:cstheme="minorBidi"/>
              <w:i w:val="0"/>
              <w:iCs w:val="0"/>
              <w:noProof/>
              <w:sz w:val="22"/>
              <w:szCs w:val="22"/>
              <w:lang w:eastAsia="fr-CA"/>
            </w:rPr>
          </w:pPr>
          <w:hyperlink w:anchor="_Toc75287155" w:history="1">
            <w:r w:rsidR="00404051" w:rsidRPr="00E8046C">
              <w:rPr>
                <w:rStyle w:val="Hyperlink"/>
                <w:noProof/>
              </w:rPr>
              <w:t>4.1. Nombre de questionnaires remplis et nombre visé</w:t>
            </w:r>
            <w:r w:rsidR="00404051">
              <w:rPr>
                <w:noProof/>
                <w:webHidden/>
              </w:rPr>
              <w:tab/>
            </w:r>
            <w:r w:rsidR="00404051">
              <w:rPr>
                <w:noProof/>
                <w:webHidden/>
              </w:rPr>
              <w:fldChar w:fldCharType="begin"/>
            </w:r>
            <w:r w:rsidR="00404051">
              <w:rPr>
                <w:noProof/>
                <w:webHidden/>
              </w:rPr>
              <w:instrText xml:space="preserve"> PAGEREF _Toc75287155 \h </w:instrText>
            </w:r>
            <w:r w:rsidR="00404051">
              <w:rPr>
                <w:noProof/>
                <w:webHidden/>
              </w:rPr>
            </w:r>
            <w:r w:rsidR="00404051">
              <w:rPr>
                <w:noProof/>
                <w:webHidden/>
              </w:rPr>
              <w:fldChar w:fldCharType="separate"/>
            </w:r>
            <w:r w:rsidR="00D341FE">
              <w:rPr>
                <w:noProof/>
                <w:webHidden/>
              </w:rPr>
              <w:t>9</w:t>
            </w:r>
            <w:r w:rsidR="00404051">
              <w:rPr>
                <w:noProof/>
                <w:webHidden/>
              </w:rPr>
              <w:fldChar w:fldCharType="end"/>
            </w:r>
          </w:hyperlink>
        </w:p>
        <w:p w14:paraId="12774742" w14:textId="2B8693CD" w:rsidR="00404051" w:rsidRDefault="00080BFF">
          <w:pPr>
            <w:pStyle w:val="TOC3"/>
            <w:tabs>
              <w:tab w:val="right" w:leader="dot" w:pos="9396"/>
            </w:tabs>
            <w:rPr>
              <w:rFonts w:asciiTheme="minorHAnsi" w:eastAsiaTheme="minorEastAsia" w:hAnsiTheme="minorHAnsi" w:cstheme="minorBidi"/>
              <w:i w:val="0"/>
              <w:iCs w:val="0"/>
              <w:noProof/>
              <w:sz w:val="22"/>
              <w:szCs w:val="22"/>
              <w:lang w:eastAsia="fr-CA"/>
            </w:rPr>
          </w:pPr>
          <w:hyperlink w:anchor="_Toc75287156" w:history="1">
            <w:r w:rsidR="00404051" w:rsidRPr="00E8046C">
              <w:rPr>
                <w:rStyle w:val="Hyperlink"/>
                <w:noProof/>
              </w:rPr>
              <w:t>4.2 Participants exclus</w:t>
            </w:r>
            <w:r w:rsidR="00404051">
              <w:rPr>
                <w:noProof/>
                <w:webHidden/>
              </w:rPr>
              <w:tab/>
            </w:r>
            <w:r w:rsidR="00404051">
              <w:rPr>
                <w:noProof/>
                <w:webHidden/>
              </w:rPr>
              <w:fldChar w:fldCharType="begin"/>
            </w:r>
            <w:r w:rsidR="00404051">
              <w:rPr>
                <w:noProof/>
                <w:webHidden/>
              </w:rPr>
              <w:instrText xml:space="preserve"> PAGEREF _Toc75287156 \h </w:instrText>
            </w:r>
            <w:r w:rsidR="00404051">
              <w:rPr>
                <w:noProof/>
                <w:webHidden/>
              </w:rPr>
            </w:r>
            <w:r w:rsidR="00404051">
              <w:rPr>
                <w:noProof/>
                <w:webHidden/>
              </w:rPr>
              <w:fldChar w:fldCharType="separate"/>
            </w:r>
            <w:r w:rsidR="00D341FE">
              <w:rPr>
                <w:noProof/>
                <w:webHidden/>
              </w:rPr>
              <w:t>9</w:t>
            </w:r>
            <w:r w:rsidR="00404051">
              <w:rPr>
                <w:noProof/>
                <w:webHidden/>
              </w:rPr>
              <w:fldChar w:fldCharType="end"/>
            </w:r>
          </w:hyperlink>
        </w:p>
        <w:p w14:paraId="04F57424" w14:textId="24C0CFA2" w:rsidR="00404051" w:rsidRDefault="00080BFF">
          <w:pPr>
            <w:pStyle w:val="TOC1"/>
            <w:tabs>
              <w:tab w:val="right" w:leader="dot" w:pos="9396"/>
            </w:tabs>
            <w:rPr>
              <w:rFonts w:asciiTheme="minorHAnsi" w:eastAsiaTheme="minorEastAsia" w:hAnsiTheme="minorHAnsi" w:cstheme="minorBidi"/>
              <w:b w:val="0"/>
              <w:bCs w:val="0"/>
              <w:caps w:val="0"/>
              <w:noProof/>
              <w:sz w:val="22"/>
              <w:szCs w:val="22"/>
              <w:lang w:eastAsia="fr-CA"/>
            </w:rPr>
          </w:pPr>
          <w:hyperlink w:anchor="_Toc75287157" w:history="1">
            <w:r w:rsidR="00404051" w:rsidRPr="00E8046C">
              <w:rPr>
                <w:rStyle w:val="Hyperlink"/>
                <w:noProof/>
              </w:rPr>
              <w:t>5. Pondération</w:t>
            </w:r>
            <w:r w:rsidR="00404051">
              <w:rPr>
                <w:noProof/>
                <w:webHidden/>
              </w:rPr>
              <w:tab/>
            </w:r>
            <w:r w:rsidR="00404051">
              <w:rPr>
                <w:noProof/>
                <w:webHidden/>
              </w:rPr>
              <w:fldChar w:fldCharType="begin"/>
            </w:r>
            <w:r w:rsidR="00404051">
              <w:rPr>
                <w:noProof/>
                <w:webHidden/>
              </w:rPr>
              <w:instrText xml:space="preserve"> PAGEREF _Toc75287157 \h </w:instrText>
            </w:r>
            <w:r w:rsidR="00404051">
              <w:rPr>
                <w:noProof/>
                <w:webHidden/>
              </w:rPr>
            </w:r>
            <w:r w:rsidR="00404051">
              <w:rPr>
                <w:noProof/>
                <w:webHidden/>
              </w:rPr>
              <w:fldChar w:fldCharType="separate"/>
            </w:r>
            <w:r w:rsidR="00D341FE">
              <w:rPr>
                <w:noProof/>
                <w:webHidden/>
              </w:rPr>
              <w:t>10</w:t>
            </w:r>
            <w:r w:rsidR="00404051">
              <w:rPr>
                <w:noProof/>
                <w:webHidden/>
              </w:rPr>
              <w:fldChar w:fldCharType="end"/>
            </w:r>
          </w:hyperlink>
        </w:p>
        <w:p w14:paraId="57752F4A" w14:textId="1EDBC783" w:rsidR="00404051" w:rsidRDefault="00080BFF">
          <w:pPr>
            <w:pStyle w:val="TOC1"/>
            <w:tabs>
              <w:tab w:val="right" w:leader="dot" w:pos="9396"/>
            </w:tabs>
            <w:rPr>
              <w:rFonts w:asciiTheme="minorHAnsi" w:eastAsiaTheme="minorEastAsia" w:hAnsiTheme="minorHAnsi" w:cstheme="minorBidi"/>
              <w:b w:val="0"/>
              <w:bCs w:val="0"/>
              <w:caps w:val="0"/>
              <w:noProof/>
              <w:sz w:val="22"/>
              <w:szCs w:val="22"/>
              <w:lang w:eastAsia="fr-CA"/>
            </w:rPr>
          </w:pPr>
          <w:hyperlink w:anchor="_Toc75287158" w:history="1">
            <w:r w:rsidR="00404051" w:rsidRPr="00E8046C">
              <w:rPr>
                <w:rStyle w:val="Hyperlink"/>
                <w:noProof/>
              </w:rPr>
              <w:t>6. Base de données et tableaux croisés</w:t>
            </w:r>
            <w:r w:rsidR="00404051">
              <w:rPr>
                <w:noProof/>
                <w:webHidden/>
              </w:rPr>
              <w:tab/>
            </w:r>
            <w:r w:rsidR="00404051">
              <w:rPr>
                <w:noProof/>
                <w:webHidden/>
              </w:rPr>
              <w:fldChar w:fldCharType="begin"/>
            </w:r>
            <w:r w:rsidR="00404051">
              <w:rPr>
                <w:noProof/>
                <w:webHidden/>
              </w:rPr>
              <w:instrText xml:space="preserve"> PAGEREF _Toc75287158 \h </w:instrText>
            </w:r>
            <w:r w:rsidR="00404051">
              <w:rPr>
                <w:noProof/>
                <w:webHidden/>
              </w:rPr>
            </w:r>
            <w:r w:rsidR="00404051">
              <w:rPr>
                <w:noProof/>
                <w:webHidden/>
              </w:rPr>
              <w:fldChar w:fldCharType="separate"/>
            </w:r>
            <w:r w:rsidR="00D341FE">
              <w:rPr>
                <w:noProof/>
                <w:webHidden/>
              </w:rPr>
              <w:t>11</w:t>
            </w:r>
            <w:r w:rsidR="00404051">
              <w:rPr>
                <w:noProof/>
                <w:webHidden/>
              </w:rPr>
              <w:fldChar w:fldCharType="end"/>
            </w:r>
          </w:hyperlink>
        </w:p>
        <w:p w14:paraId="45A41C26" w14:textId="385978AD" w:rsidR="00404051" w:rsidRDefault="00080BFF">
          <w:pPr>
            <w:pStyle w:val="TOC1"/>
            <w:tabs>
              <w:tab w:val="right" w:leader="dot" w:pos="9396"/>
            </w:tabs>
            <w:rPr>
              <w:rFonts w:asciiTheme="minorHAnsi" w:eastAsiaTheme="minorEastAsia" w:hAnsiTheme="minorHAnsi" w:cstheme="minorBidi"/>
              <w:b w:val="0"/>
              <w:bCs w:val="0"/>
              <w:caps w:val="0"/>
              <w:noProof/>
              <w:sz w:val="22"/>
              <w:szCs w:val="22"/>
              <w:lang w:eastAsia="fr-CA"/>
            </w:rPr>
          </w:pPr>
          <w:hyperlink w:anchor="_Toc75287159" w:history="1">
            <w:r w:rsidR="00404051" w:rsidRPr="00E8046C">
              <w:rPr>
                <w:rStyle w:val="Hyperlink"/>
                <w:noProof/>
              </w:rPr>
              <w:t>7. Conception de l’enquête</w:t>
            </w:r>
            <w:r w:rsidR="00404051">
              <w:rPr>
                <w:noProof/>
                <w:webHidden/>
              </w:rPr>
              <w:tab/>
            </w:r>
            <w:r w:rsidR="00404051">
              <w:rPr>
                <w:noProof/>
                <w:webHidden/>
              </w:rPr>
              <w:fldChar w:fldCharType="begin"/>
            </w:r>
            <w:r w:rsidR="00404051">
              <w:rPr>
                <w:noProof/>
                <w:webHidden/>
              </w:rPr>
              <w:instrText xml:space="preserve"> PAGEREF _Toc75287159 \h </w:instrText>
            </w:r>
            <w:r w:rsidR="00404051">
              <w:rPr>
                <w:noProof/>
                <w:webHidden/>
              </w:rPr>
            </w:r>
            <w:r w:rsidR="00404051">
              <w:rPr>
                <w:noProof/>
                <w:webHidden/>
              </w:rPr>
              <w:fldChar w:fldCharType="separate"/>
            </w:r>
            <w:r w:rsidR="00D341FE">
              <w:rPr>
                <w:noProof/>
                <w:webHidden/>
              </w:rPr>
              <w:t>12</w:t>
            </w:r>
            <w:r w:rsidR="00404051">
              <w:rPr>
                <w:noProof/>
                <w:webHidden/>
              </w:rPr>
              <w:fldChar w:fldCharType="end"/>
            </w:r>
          </w:hyperlink>
        </w:p>
        <w:p w14:paraId="43D8B7B8" w14:textId="0BB7EBCA" w:rsidR="00404051" w:rsidRDefault="00080BFF">
          <w:pPr>
            <w:pStyle w:val="TOC1"/>
            <w:tabs>
              <w:tab w:val="right" w:leader="dot" w:pos="9396"/>
            </w:tabs>
            <w:rPr>
              <w:rFonts w:asciiTheme="minorHAnsi" w:eastAsiaTheme="minorEastAsia" w:hAnsiTheme="minorHAnsi" w:cstheme="minorBidi"/>
              <w:b w:val="0"/>
              <w:bCs w:val="0"/>
              <w:caps w:val="0"/>
              <w:noProof/>
              <w:sz w:val="22"/>
              <w:szCs w:val="22"/>
              <w:lang w:eastAsia="fr-CA"/>
            </w:rPr>
          </w:pPr>
          <w:hyperlink w:anchor="_Toc75287160" w:history="1">
            <w:r w:rsidR="00404051" w:rsidRPr="00E8046C">
              <w:rPr>
                <w:rStyle w:val="Hyperlink"/>
                <w:smallCaps/>
                <w:noProof/>
              </w:rPr>
              <w:t>Annexes</w:t>
            </w:r>
            <w:r w:rsidR="00404051">
              <w:rPr>
                <w:noProof/>
                <w:webHidden/>
              </w:rPr>
              <w:tab/>
            </w:r>
            <w:r w:rsidR="00404051">
              <w:rPr>
                <w:noProof/>
                <w:webHidden/>
              </w:rPr>
              <w:fldChar w:fldCharType="begin"/>
            </w:r>
            <w:r w:rsidR="00404051">
              <w:rPr>
                <w:noProof/>
                <w:webHidden/>
              </w:rPr>
              <w:instrText xml:space="preserve"> PAGEREF _Toc75287160 \h </w:instrText>
            </w:r>
            <w:r w:rsidR="00404051">
              <w:rPr>
                <w:noProof/>
                <w:webHidden/>
              </w:rPr>
            </w:r>
            <w:r w:rsidR="00404051">
              <w:rPr>
                <w:noProof/>
                <w:webHidden/>
              </w:rPr>
              <w:fldChar w:fldCharType="separate"/>
            </w:r>
            <w:r w:rsidR="00D341FE">
              <w:rPr>
                <w:noProof/>
                <w:webHidden/>
              </w:rPr>
              <w:t>13</w:t>
            </w:r>
            <w:r w:rsidR="00404051">
              <w:rPr>
                <w:noProof/>
                <w:webHidden/>
              </w:rPr>
              <w:fldChar w:fldCharType="end"/>
            </w:r>
          </w:hyperlink>
        </w:p>
        <w:p w14:paraId="6C0CE67B" w14:textId="2A0AB568" w:rsidR="00404051" w:rsidRDefault="00080BFF">
          <w:pPr>
            <w:pStyle w:val="TOC3"/>
            <w:tabs>
              <w:tab w:val="right" w:leader="dot" w:pos="9396"/>
            </w:tabs>
            <w:rPr>
              <w:rFonts w:asciiTheme="minorHAnsi" w:eastAsiaTheme="minorEastAsia" w:hAnsiTheme="minorHAnsi" w:cstheme="minorBidi"/>
              <w:i w:val="0"/>
              <w:iCs w:val="0"/>
              <w:noProof/>
              <w:sz w:val="22"/>
              <w:szCs w:val="22"/>
              <w:lang w:eastAsia="fr-CA"/>
            </w:rPr>
          </w:pPr>
          <w:hyperlink w:anchor="_Toc75287161" w:history="1">
            <w:r w:rsidR="00404051" w:rsidRPr="00E8046C">
              <w:rPr>
                <w:rStyle w:val="Hyperlink"/>
                <w:noProof/>
              </w:rPr>
              <w:t>Annexe A : Questionnaire en français</w:t>
            </w:r>
            <w:r w:rsidR="00404051">
              <w:rPr>
                <w:noProof/>
                <w:webHidden/>
              </w:rPr>
              <w:tab/>
            </w:r>
            <w:r w:rsidR="00404051">
              <w:rPr>
                <w:noProof/>
                <w:webHidden/>
              </w:rPr>
              <w:fldChar w:fldCharType="begin"/>
            </w:r>
            <w:r w:rsidR="00404051">
              <w:rPr>
                <w:noProof/>
                <w:webHidden/>
              </w:rPr>
              <w:instrText xml:space="preserve"> PAGEREF _Toc75287161 \h </w:instrText>
            </w:r>
            <w:r w:rsidR="00404051">
              <w:rPr>
                <w:noProof/>
                <w:webHidden/>
              </w:rPr>
            </w:r>
            <w:r w:rsidR="00404051">
              <w:rPr>
                <w:noProof/>
                <w:webHidden/>
              </w:rPr>
              <w:fldChar w:fldCharType="separate"/>
            </w:r>
            <w:r w:rsidR="00D341FE">
              <w:rPr>
                <w:noProof/>
                <w:webHidden/>
              </w:rPr>
              <w:t>13</w:t>
            </w:r>
            <w:r w:rsidR="00404051">
              <w:rPr>
                <w:noProof/>
                <w:webHidden/>
              </w:rPr>
              <w:fldChar w:fldCharType="end"/>
            </w:r>
          </w:hyperlink>
        </w:p>
        <w:p w14:paraId="67B65316" w14:textId="45F2F851" w:rsidR="00753B3C" w:rsidRPr="00303032" w:rsidRDefault="00ED149B" w:rsidP="00CE6A40">
          <w:pPr>
            <w:jc w:val="left"/>
            <w:rPr>
              <w:rFonts w:asciiTheme="minorHAnsi" w:hAnsiTheme="minorHAnsi" w:cstheme="minorHAnsi"/>
            </w:rPr>
          </w:pPr>
          <w:r w:rsidRPr="00303032">
            <w:rPr>
              <w:rFonts w:asciiTheme="minorHAnsi" w:hAnsiTheme="minorHAnsi" w:cstheme="minorHAnsi"/>
            </w:rPr>
            <w:fldChar w:fldCharType="end"/>
          </w:r>
        </w:p>
      </w:sdtContent>
    </w:sdt>
    <w:p w14:paraId="589E7092" w14:textId="77777777" w:rsidR="00873B23" w:rsidRPr="00303032" w:rsidRDefault="00873B23" w:rsidP="00CE6A40">
      <w:pPr>
        <w:spacing w:line="276" w:lineRule="auto"/>
        <w:jc w:val="left"/>
        <w:rPr>
          <w:rFonts w:asciiTheme="minorHAnsi" w:hAnsiTheme="minorHAnsi" w:cstheme="minorHAnsi"/>
          <w:lang w:val="en-CA"/>
        </w:rPr>
      </w:pPr>
    </w:p>
    <w:p w14:paraId="51517B5D" w14:textId="77777777" w:rsidR="00873B23" w:rsidRPr="00303032" w:rsidRDefault="00873B23" w:rsidP="00CE6A40">
      <w:pPr>
        <w:spacing w:line="276" w:lineRule="auto"/>
        <w:jc w:val="left"/>
        <w:rPr>
          <w:rFonts w:asciiTheme="minorHAnsi" w:hAnsiTheme="minorHAnsi" w:cstheme="minorHAnsi"/>
          <w:lang w:val="en-CA"/>
        </w:rPr>
      </w:pPr>
    </w:p>
    <w:p w14:paraId="3DF66EF5" w14:textId="77777777" w:rsidR="00501170" w:rsidRPr="00303032" w:rsidRDefault="00873B23" w:rsidP="00CE6A40">
      <w:pPr>
        <w:pStyle w:val="Heading1"/>
        <w:spacing w:line="276" w:lineRule="auto"/>
        <w:ind w:left="567"/>
        <w:jc w:val="left"/>
        <w:rPr>
          <w:rFonts w:asciiTheme="minorHAnsi" w:hAnsiTheme="minorHAnsi" w:cstheme="minorHAnsi"/>
          <w:noProof/>
        </w:rPr>
      </w:pPr>
      <w:r>
        <w:br w:type="page"/>
      </w:r>
      <w:bookmarkStart w:id="27" w:name="_Toc224359355"/>
      <w:bookmarkStart w:id="28" w:name="_Toc511033666"/>
      <w:bookmarkEnd w:id="2"/>
      <w:bookmarkEnd w:id="3"/>
      <w:bookmarkEnd w:id="4"/>
      <w:bookmarkEnd w:id="5"/>
      <w:bookmarkEnd w:id="6"/>
      <w:bookmarkEnd w:id="7"/>
      <w:bookmarkEnd w:id="8"/>
      <w:bookmarkEnd w:id="9"/>
      <w:bookmarkEnd w:id="10"/>
      <w:bookmarkEnd w:id="11"/>
      <w:bookmarkEnd w:id="12"/>
      <w:bookmarkEnd w:id="13"/>
      <w:bookmarkEnd w:id="14"/>
    </w:p>
    <w:p w14:paraId="320B947B" w14:textId="77777777" w:rsidR="00501170" w:rsidRPr="009D25D2" w:rsidRDefault="00846BE9" w:rsidP="00CE6A40">
      <w:pPr>
        <w:pStyle w:val="Heading1"/>
        <w:jc w:val="left"/>
        <w:rPr>
          <w:rFonts w:asciiTheme="minorHAnsi" w:hAnsiTheme="minorHAnsi" w:cstheme="minorHAnsi"/>
        </w:rPr>
      </w:pPr>
      <w:bookmarkStart w:id="29" w:name="_Toc75287145"/>
      <w:r>
        <w:rPr>
          <w:rFonts w:asciiTheme="minorHAnsi" w:hAnsiTheme="minorHAnsi"/>
        </w:rPr>
        <w:lastRenderedPageBreak/>
        <w:t>1. Contexte</w:t>
      </w:r>
      <w:bookmarkEnd w:id="29"/>
    </w:p>
    <w:p w14:paraId="014C069C" w14:textId="77777777" w:rsidR="00501170" w:rsidRPr="00303032" w:rsidRDefault="00501170" w:rsidP="00F46697">
      <w:pPr>
        <w:pStyle w:val="Heading3"/>
      </w:pPr>
      <w:bookmarkStart w:id="30" w:name="_Toc75287146"/>
      <w:r>
        <w:t>1.1 Renseignements généraux</w:t>
      </w:r>
      <w:bookmarkEnd w:id="30"/>
    </w:p>
    <w:p w14:paraId="5CA62C91" w14:textId="77777777" w:rsidR="00251017" w:rsidRPr="00316687" w:rsidRDefault="00251017" w:rsidP="00CE6A40">
      <w:pPr>
        <w:jc w:val="left"/>
        <w:rPr>
          <w:rFonts w:asciiTheme="minorHAnsi" w:hAnsiTheme="minorHAnsi" w:cstheme="minorHAnsi"/>
          <w:lang w:val="fr-FR"/>
        </w:rPr>
      </w:pPr>
    </w:p>
    <w:p w14:paraId="6E08A2B9" w14:textId="0396F0CE" w:rsidR="00745D4F" w:rsidRPr="0081190E" w:rsidRDefault="00745D4F" w:rsidP="00CE6A40">
      <w:pPr>
        <w:spacing w:line="276" w:lineRule="auto"/>
        <w:jc w:val="left"/>
        <w:rPr>
          <w:rFonts w:asciiTheme="minorHAnsi" w:hAnsiTheme="minorHAnsi" w:cstheme="minorHAnsi"/>
          <w:sz w:val="22"/>
          <w:szCs w:val="22"/>
        </w:rPr>
      </w:pPr>
      <w:bookmarkStart w:id="31" w:name="_Hlk71536206"/>
      <w:r>
        <w:rPr>
          <w:rFonts w:asciiTheme="minorHAnsi" w:hAnsiTheme="minorHAnsi"/>
          <w:sz w:val="22"/>
        </w:rPr>
        <w:t xml:space="preserve">À mesure que la pandémie de COVID-19 évolue et que les restrictions à cet égard changent, le gouvernement du Canada doit communiquer aux Canadiens des renseignements pertinents sur les voyages et leur fournir des ressources pour qu’ils puissent prendre des décisions éclairées concernant les voyages. </w:t>
      </w:r>
    </w:p>
    <w:p w14:paraId="5C5775A9" w14:textId="77777777" w:rsidR="00745D4F" w:rsidRPr="00316687" w:rsidRDefault="00745D4F" w:rsidP="00CE6A40">
      <w:pPr>
        <w:spacing w:line="276" w:lineRule="auto"/>
        <w:jc w:val="left"/>
        <w:rPr>
          <w:rFonts w:asciiTheme="minorHAnsi" w:hAnsiTheme="minorHAnsi" w:cstheme="minorHAnsi"/>
          <w:sz w:val="22"/>
          <w:szCs w:val="22"/>
          <w:lang w:val="fr-FR"/>
        </w:rPr>
      </w:pPr>
    </w:p>
    <w:p w14:paraId="2249C850" w14:textId="6F50BDBD" w:rsidR="00745D4F" w:rsidRPr="0081190E" w:rsidRDefault="00745D4F" w:rsidP="00CE6A40">
      <w:pPr>
        <w:spacing w:line="276" w:lineRule="auto"/>
        <w:jc w:val="left"/>
        <w:rPr>
          <w:rFonts w:asciiTheme="minorHAnsi" w:hAnsiTheme="minorHAnsi" w:cstheme="minorHAnsi"/>
          <w:sz w:val="22"/>
          <w:szCs w:val="22"/>
        </w:rPr>
      </w:pPr>
      <w:r>
        <w:rPr>
          <w:rFonts w:asciiTheme="minorHAnsi" w:hAnsiTheme="minorHAnsi"/>
          <w:sz w:val="22"/>
        </w:rPr>
        <w:t xml:space="preserve">D’après les commentaires reçus par l’intermédiaire des médias sociaux, des boîtes aux lettres génériques et des appels aux numéros 1-800 d’Affaires mondiales Canada (AMC) et du Secrétariat du Conseil du Trésor (SCT), les Canadiens ont de la difficulté à trouver et à comprendre les renseignements sur les voyages qui s’appliquent à leur situation pendant la pandémie. Un grand nombre de demandes de renseignements, d’appels et de courriels adressés aux services de renseignements généraux d’AMC comprennent des questions liées à la quarantaine et à l’isolement. La stratégie globale de la campagne publicitaire vise à assurer que les Canadiens disposent de tous les renseignements et ressources à jour dont ils ont besoin pour prendre des décisions prudentes en matière de voyage en les incitant à consulter le site se trouvant à l’adresse https://voyage.gc.ca/voyage-covid. Ce site Web, mis en ligne le 10 juillet 2020, est la plateforme sur laquelle sont publiés tous les renseignements du gouvernement liés aux voyages et aux frontières. Un ensemble de stratégies médiatiques payantes et organiques ont été mises en œuvre sur différents canaux de diffusion numériques afin de promouvoir les ressources dont les Canadiens ont besoin pour prendre des décisions prudentes en matière de voyage. </w:t>
      </w:r>
    </w:p>
    <w:p w14:paraId="03965878" w14:textId="77777777" w:rsidR="00745D4F" w:rsidRPr="00316687" w:rsidRDefault="00745D4F" w:rsidP="00CE6A40">
      <w:pPr>
        <w:spacing w:line="276" w:lineRule="auto"/>
        <w:jc w:val="left"/>
        <w:rPr>
          <w:rFonts w:asciiTheme="minorHAnsi" w:hAnsiTheme="minorHAnsi" w:cstheme="minorHAnsi"/>
          <w:sz w:val="22"/>
          <w:szCs w:val="22"/>
          <w:lang w:val="fr-FR"/>
        </w:rPr>
      </w:pPr>
    </w:p>
    <w:p w14:paraId="39CC97EF" w14:textId="61EE9DC0" w:rsidR="00745D4F" w:rsidRPr="0081190E" w:rsidRDefault="00745D4F" w:rsidP="00CE6A40">
      <w:pPr>
        <w:spacing w:line="276" w:lineRule="auto"/>
        <w:jc w:val="left"/>
        <w:rPr>
          <w:rFonts w:asciiTheme="minorHAnsi" w:hAnsiTheme="minorHAnsi" w:cstheme="minorHAnsi"/>
          <w:sz w:val="22"/>
          <w:szCs w:val="22"/>
        </w:rPr>
      </w:pPr>
      <w:r>
        <w:rPr>
          <w:rFonts w:asciiTheme="minorHAnsi" w:hAnsiTheme="minorHAnsi"/>
          <w:sz w:val="22"/>
        </w:rPr>
        <w:t xml:space="preserve">Le site permet de rappeler aux Canadiens les avertissements aux voyageurs à l’étranger et de faire connaître les outils, les conseils et les services d’assistance à la disposition des Canadiens pour leur permettre de prendre des décisions éclairées. Il contient également de l’information sur la manière d’assurer leur sécurité s’ils décident de voyager à l’étranger. Il renseigne les ressortissants étrangers et les citoyens canadiens sur les restrictions d’entrée, sur ce qu’ils doivent savoir avant de voyager au Canada ou de quitter le pays, et sur ce à quoi ils peuvent s’attendre à la frontière. Les renseignements les plus récents diffusés par l’Agence de la santé publique du Canada (ASPC)/Santé Canada sont également publiés sur ce site. L’ASPC/Santé Canada mène une campagne publicitaire de 1,5 million de dollars pour promouvoir l’application </w:t>
      </w:r>
      <w:proofErr w:type="spellStart"/>
      <w:r>
        <w:rPr>
          <w:rFonts w:asciiTheme="minorHAnsi" w:hAnsiTheme="minorHAnsi"/>
          <w:sz w:val="22"/>
        </w:rPr>
        <w:t>ArriveCAN</w:t>
      </w:r>
      <w:proofErr w:type="spellEnd"/>
      <w:r>
        <w:rPr>
          <w:rFonts w:asciiTheme="minorHAnsi" w:hAnsiTheme="minorHAnsi"/>
          <w:sz w:val="22"/>
        </w:rPr>
        <w:t>, un outil essentiel à l’appui des activités de l’Agence des services frontaliers du Canada (ASFC).</w:t>
      </w:r>
    </w:p>
    <w:p w14:paraId="78ED8955" w14:textId="77777777" w:rsidR="00745D4F" w:rsidRPr="00316687" w:rsidRDefault="00745D4F" w:rsidP="00CE6A40">
      <w:pPr>
        <w:spacing w:line="276" w:lineRule="auto"/>
        <w:jc w:val="left"/>
        <w:rPr>
          <w:rFonts w:asciiTheme="minorHAnsi" w:hAnsiTheme="minorHAnsi" w:cstheme="minorHAnsi"/>
          <w:sz w:val="22"/>
          <w:szCs w:val="22"/>
          <w:lang w:val="fr-FR"/>
        </w:rPr>
      </w:pPr>
    </w:p>
    <w:p w14:paraId="4BBA7618" w14:textId="10984FD0" w:rsidR="000623F5" w:rsidRDefault="00745D4F" w:rsidP="00CE6A40">
      <w:pPr>
        <w:spacing w:line="276" w:lineRule="auto"/>
        <w:jc w:val="left"/>
        <w:rPr>
          <w:rFonts w:asciiTheme="minorHAnsi" w:hAnsiTheme="minorHAnsi" w:cstheme="minorHAnsi"/>
          <w:sz w:val="22"/>
          <w:szCs w:val="22"/>
        </w:rPr>
      </w:pPr>
      <w:bookmarkStart w:id="32" w:name="_Hlk71535548"/>
      <w:r>
        <w:rPr>
          <w:rFonts w:asciiTheme="minorHAnsi" w:hAnsiTheme="minorHAnsi"/>
          <w:sz w:val="22"/>
        </w:rPr>
        <w:t xml:space="preserve">Affaires mondiales Canada a lancé une campagne publicitaire pour communiquer de l’information sur la manière de voyager en toute sécurité ainsi que sur les mesures aux frontières pendant la pandémie. Les commentaires recueillis à la suite de la campagne sur les voyages et les frontières permettront d’orienter les prochaines campagnes publicitaires menées dans le contexte de la pandémie de COVID-19. Des commentaires seront recueillis sur les concepts créatifs (radio, imprimé et numérique) et les résultats à court terme. Les résultats aideront AMC à s’assurer que les messages importants seront bien </w:t>
      </w:r>
      <w:r>
        <w:rPr>
          <w:rFonts w:asciiTheme="minorHAnsi" w:hAnsiTheme="minorHAnsi"/>
          <w:sz w:val="22"/>
        </w:rPr>
        <w:lastRenderedPageBreak/>
        <w:t xml:space="preserve">communiqués aux Canadiens dans le cadre des campagnes publicitaires à venir. </w:t>
      </w:r>
      <w:bookmarkEnd w:id="32"/>
      <w:r>
        <w:rPr>
          <w:rFonts w:asciiTheme="minorHAnsi" w:hAnsiTheme="minorHAnsi"/>
          <w:sz w:val="22"/>
        </w:rPr>
        <w:t>Les détails concernant chacune des campagnes figurent ci-dessous :</w:t>
      </w:r>
    </w:p>
    <w:p w14:paraId="4B514611" w14:textId="06941993" w:rsidR="001F1EAE" w:rsidRDefault="001F1EAE" w:rsidP="00561AF7">
      <w:pPr>
        <w:spacing w:line="240" w:lineRule="auto"/>
        <w:jc w:val="left"/>
        <w:rPr>
          <w:rFonts w:asciiTheme="minorHAnsi" w:hAnsiTheme="minorHAnsi" w:cstheme="minorHAnsi"/>
          <w:sz w:val="22"/>
          <w:szCs w:val="22"/>
        </w:rPr>
      </w:pPr>
    </w:p>
    <w:p w14:paraId="07F9E1BB" w14:textId="77777777" w:rsidR="001F1EAE" w:rsidRPr="00AE7AF1" w:rsidRDefault="008B5CD2" w:rsidP="00CE6A40">
      <w:pPr>
        <w:spacing w:line="276" w:lineRule="auto"/>
        <w:jc w:val="left"/>
        <w:rPr>
          <w:rFonts w:asciiTheme="minorHAnsi" w:hAnsiTheme="minorHAnsi" w:cstheme="minorHAnsi"/>
          <w:b/>
          <w:bCs/>
          <w:sz w:val="22"/>
          <w:szCs w:val="22"/>
          <w:u w:val="single"/>
        </w:rPr>
      </w:pPr>
      <w:r>
        <w:rPr>
          <w:rFonts w:asciiTheme="minorHAnsi" w:hAnsiTheme="minorHAnsi"/>
          <w:b/>
          <w:sz w:val="22"/>
          <w:u w:val="single"/>
        </w:rPr>
        <w:t>Radio et Spotify</w:t>
      </w:r>
    </w:p>
    <w:p w14:paraId="18557776" w14:textId="674C4373" w:rsidR="001F1EAE" w:rsidRDefault="008B5CD2" w:rsidP="00CE6A40">
      <w:pPr>
        <w:spacing w:line="276" w:lineRule="auto"/>
        <w:jc w:val="left"/>
        <w:rPr>
          <w:rFonts w:asciiTheme="minorHAnsi" w:hAnsiTheme="minorHAnsi" w:cstheme="minorHAnsi"/>
          <w:sz w:val="22"/>
          <w:szCs w:val="22"/>
        </w:rPr>
      </w:pPr>
      <w:r>
        <w:rPr>
          <w:rFonts w:asciiTheme="minorHAnsi" w:hAnsiTheme="minorHAnsi"/>
          <w:sz w:val="22"/>
        </w:rPr>
        <w:t xml:space="preserve">Période de diffusion  </w:t>
      </w:r>
    </w:p>
    <w:p w14:paraId="21D4AA02" w14:textId="77777777" w:rsidR="001F1EAE" w:rsidRDefault="008B5CD2" w:rsidP="00F46697">
      <w:pPr>
        <w:pStyle w:val="ListParagraph"/>
        <w:numPr>
          <w:ilvl w:val="0"/>
          <w:numId w:val="23"/>
        </w:numPr>
        <w:rPr>
          <w:rFonts w:cstheme="minorHAnsi"/>
        </w:rPr>
      </w:pPr>
      <w:r>
        <w:t>Du 8 au 21 février – Texte 1</w:t>
      </w:r>
    </w:p>
    <w:p w14:paraId="768AD4C8" w14:textId="77777777" w:rsidR="008B5CD2" w:rsidRPr="001F1EAE" w:rsidRDefault="008B5CD2" w:rsidP="00561AF7">
      <w:pPr>
        <w:pStyle w:val="ListParagraph"/>
        <w:numPr>
          <w:ilvl w:val="0"/>
          <w:numId w:val="23"/>
        </w:numPr>
        <w:spacing w:after="160"/>
        <w:rPr>
          <w:rFonts w:cstheme="minorHAnsi"/>
        </w:rPr>
      </w:pPr>
      <w:r>
        <w:t>Du 6 au 21 mars – Texte 2</w:t>
      </w:r>
    </w:p>
    <w:p w14:paraId="4711F67D" w14:textId="77777777" w:rsidR="008B5CD2" w:rsidRPr="008B5CD2" w:rsidRDefault="008B5CD2" w:rsidP="00CE6A40">
      <w:pPr>
        <w:spacing w:line="276" w:lineRule="auto"/>
        <w:jc w:val="left"/>
        <w:rPr>
          <w:rFonts w:asciiTheme="minorHAnsi" w:hAnsiTheme="minorHAnsi" w:cstheme="minorHAnsi"/>
          <w:sz w:val="22"/>
          <w:szCs w:val="22"/>
        </w:rPr>
      </w:pPr>
      <w:r>
        <w:rPr>
          <w:rFonts w:asciiTheme="minorHAnsi" w:hAnsiTheme="minorHAnsi"/>
          <w:sz w:val="22"/>
        </w:rPr>
        <w:t>Marchés</w:t>
      </w:r>
    </w:p>
    <w:p w14:paraId="172A00BD" w14:textId="7878E906" w:rsidR="00745D4F" w:rsidRPr="00316687" w:rsidRDefault="008B5CD2" w:rsidP="00FA3CCE">
      <w:pPr>
        <w:pStyle w:val="ListParagraph"/>
        <w:numPr>
          <w:ilvl w:val="0"/>
          <w:numId w:val="24"/>
        </w:numPr>
        <w:spacing w:after="160"/>
        <w:rPr>
          <w:rFonts w:cstheme="minorHAnsi"/>
          <w:lang w:val="en-CA"/>
        </w:rPr>
      </w:pPr>
      <w:r w:rsidRPr="00316687">
        <w:rPr>
          <w:lang w:val="en-CA"/>
        </w:rPr>
        <w:t>Toronto, Kitchener, London, Ottawa, Montréal, Québec, Winnipeg, Vancouver, Calgary, Edmonton, Regina, Saskatoon, St. John’s, Saint John, Charlottetown, Halifax et Fredericton</w:t>
      </w:r>
    </w:p>
    <w:p w14:paraId="416B18A5" w14:textId="77777777" w:rsidR="008B5CD2" w:rsidRPr="00AE7AF1" w:rsidRDefault="008B5CD2" w:rsidP="00CE6A40">
      <w:pPr>
        <w:spacing w:line="276" w:lineRule="auto"/>
        <w:jc w:val="left"/>
        <w:rPr>
          <w:rFonts w:asciiTheme="minorHAnsi" w:hAnsiTheme="minorHAnsi" w:cstheme="minorHAnsi"/>
          <w:b/>
          <w:bCs/>
          <w:sz w:val="22"/>
          <w:szCs w:val="22"/>
          <w:u w:val="single"/>
        </w:rPr>
      </w:pPr>
      <w:r>
        <w:rPr>
          <w:rFonts w:asciiTheme="minorHAnsi" w:hAnsiTheme="minorHAnsi"/>
          <w:b/>
          <w:sz w:val="22"/>
          <w:u w:val="single"/>
        </w:rPr>
        <w:t>Imprimé</w:t>
      </w:r>
    </w:p>
    <w:p w14:paraId="449D3E71" w14:textId="51908B62" w:rsidR="00AE7AF1" w:rsidRDefault="008B5CD2" w:rsidP="00CE6A40">
      <w:pPr>
        <w:spacing w:line="276" w:lineRule="auto"/>
        <w:jc w:val="left"/>
        <w:rPr>
          <w:rFonts w:asciiTheme="minorHAnsi" w:hAnsiTheme="minorHAnsi" w:cstheme="minorHAnsi"/>
          <w:sz w:val="22"/>
          <w:szCs w:val="22"/>
        </w:rPr>
      </w:pPr>
      <w:r>
        <w:rPr>
          <w:rFonts w:asciiTheme="minorHAnsi" w:hAnsiTheme="minorHAnsi"/>
          <w:sz w:val="22"/>
        </w:rPr>
        <w:t xml:space="preserve">Période de diffusion </w:t>
      </w:r>
    </w:p>
    <w:p w14:paraId="5F716059" w14:textId="77777777" w:rsidR="00AE7AF1" w:rsidRDefault="008B5CD2" w:rsidP="00FA3CCE">
      <w:pPr>
        <w:pStyle w:val="ListParagraph"/>
        <w:numPr>
          <w:ilvl w:val="0"/>
          <w:numId w:val="24"/>
        </w:numPr>
        <w:spacing w:after="160"/>
        <w:rPr>
          <w:rFonts w:cstheme="minorHAnsi"/>
        </w:rPr>
      </w:pPr>
      <w:r>
        <w:t>Novembre et décembre</w:t>
      </w:r>
    </w:p>
    <w:p w14:paraId="1B8A145F" w14:textId="77777777" w:rsidR="008B5CD2" w:rsidRPr="00CE6A40" w:rsidRDefault="008B5CD2" w:rsidP="00CE6A40">
      <w:pPr>
        <w:jc w:val="left"/>
        <w:rPr>
          <w:rFonts w:asciiTheme="minorHAnsi" w:hAnsiTheme="minorHAnsi" w:cstheme="minorHAnsi"/>
          <w:sz w:val="22"/>
        </w:rPr>
      </w:pPr>
      <w:r>
        <w:rPr>
          <w:rFonts w:asciiTheme="minorHAnsi" w:hAnsiTheme="minorHAnsi"/>
          <w:sz w:val="22"/>
        </w:rPr>
        <w:t>Publications</w:t>
      </w:r>
    </w:p>
    <w:p w14:paraId="1B3C326B" w14:textId="77777777" w:rsidR="008B5CD2" w:rsidRPr="00AE7AF1" w:rsidRDefault="008B5CD2" w:rsidP="00F46697">
      <w:pPr>
        <w:pStyle w:val="ListParagraph"/>
        <w:numPr>
          <w:ilvl w:val="0"/>
          <w:numId w:val="24"/>
        </w:numPr>
        <w:rPr>
          <w:rFonts w:cstheme="minorHAnsi"/>
        </w:rPr>
      </w:pPr>
      <w:proofErr w:type="spellStart"/>
      <w:r>
        <w:rPr>
          <w:i/>
        </w:rPr>
        <w:t>Fifty</w:t>
      </w:r>
      <w:proofErr w:type="spellEnd"/>
      <w:r>
        <w:rPr>
          <w:i/>
        </w:rPr>
        <w:t>-Five Plus</w:t>
      </w:r>
    </w:p>
    <w:p w14:paraId="6F66E54C" w14:textId="77777777" w:rsidR="008B5CD2" w:rsidRPr="00AE7AF1" w:rsidRDefault="008B5CD2" w:rsidP="00F46697">
      <w:pPr>
        <w:pStyle w:val="ListParagraph"/>
        <w:numPr>
          <w:ilvl w:val="0"/>
          <w:numId w:val="24"/>
        </w:numPr>
        <w:rPr>
          <w:rFonts w:cstheme="minorHAnsi"/>
        </w:rPr>
      </w:pPr>
      <w:r>
        <w:rPr>
          <w:i/>
          <w:iCs/>
        </w:rPr>
        <w:t xml:space="preserve">Association canadienne des « snowbirds » </w:t>
      </w:r>
      <w:r>
        <w:t>(français et anglais)</w:t>
      </w:r>
    </w:p>
    <w:p w14:paraId="597777D0" w14:textId="77777777" w:rsidR="008B5CD2" w:rsidRPr="00CE6A40" w:rsidRDefault="00ED149B" w:rsidP="00FA3CCE">
      <w:pPr>
        <w:pStyle w:val="ListParagraph"/>
        <w:numPr>
          <w:ilvl w:val="0"/>
          <w:numId w:val="24"/>
        </w:numPr>
        <w:spacing w:after="160"/>
        <w:rPr>
          <w:rFonts w:cstheme="minorHAnsi"/>
          <w:i/>
          <w:iCs/>
        </w:rPr>
      </w:pPr>
      <w:r>
        <w:rPr>
          <w:i/>
        </w:rPr>
        <w:t>Le guide Accès Floride</w:t>
      </w:r>
    </w:p>
    <w:p w14:paraId="573C5348" w14:textId="77777777" w:rsidR="008B5CD2" w:rsidRPr="00CE6A40" w:rsidRDefault="00ED149B" w:rsidP="00CE6A40">
      <w:pPr>
        <w:spacing w:line="276" w:lineRule="auto"/>
        <w:jc w:val="left"/>
        <w:rPr>
          <w:rFonts w:asciiTheme="minorHAnsi" w:hAnsiTheme="minorHAnsi" w:cstheme="minorHAnsi"/>
          <w:b/>
          <w:bCs/>
          <w:sz w:val="22"/>
          <w:szCs w:val="22"/>
          <w:u w:val="single"/>
        </w:rPr>
      </w:pPr>
      <w:r>
        <w:rPr>
          <w:rFonts w:asciiTheme="minorHAnsi" w:hAnsiTheme="minorHAnsi"/>
          <w:b/>
          <w:sz w:val="22"/>
          <w:u w:val="single"/>
        </w:rPr>
        <w:t>Numérique</w:t>
      </w:r>
    </w:p>
    <w:p w14:paraId="4053E080" w14:textId="42F0EE68" w:rsidR="00AE7AF1" w:rsidRDefault="008B5CD2" w:rsidP="00CE6A40">
      <w:pPr>
        <w:spacing w:line="276" w:lineRule="auto"/>
        <w:jc w:val="left"/>
        <w:rPr>
          <w:rFonts w:asciiTheme="minorHAnsi" w:hAnsiTheme="minorHAnsi" w:cstheme="minorHAnsi"/>
          <w:sz w:val="22"/>
          <w:szCs w:val="22"/>
        </w:rPr>
      </w:pPr>
      <w:r>
        <w:rPr>
          <w:rFonts w:asciiTheme="minorHAnsi" w:hAnsiTheme="minorHAnsi"/>
          <w:sz w:val="22"/>
        </w:rPr>
        <w:t xml:space="preserve">Période de diffusion et plateformes </w:t>
      </w:r>
    </w:p>
    <w:p w14:paraId="6CD86531" w14:textId="77777777" w:rsidR="008B5CD2" w:rsidRPr="00AE7AF1" w:rsidRDefault="008B5CD2" w:rsidP="00F46697">
      <w:pPr>
        <w:pStyle w:val="ListParagraph"/>
        <w:numPr>
          <w:ilvl w:val="0"/>
          <w:numId w:val="25"/>
        </w:numPr>
        <w:rPr>
          <w:rFonts w:cstheme="minorHAnsi"/>
        </w:rPr>
      </w:pPr>
      <w:r>
        <w:rPr>
          <w:i/>
        </w:rPr>
        <w:t>Le guide Accès Floride</w:t>
      </w:r>
      <w:r>
        <w:t xml:space="preserve"> – du 15 décembre au 31 mars  </w:t>
      </w:r>
    </w:p>
    <w:p w14:paraId="44AEE8B6" w14:textId="77777777" w:rsidR="008B5CD2" w:rsidRPr="00AE7AF1" w:rsidRDefault="008B5CD2" w:rsidP="00FA3CCE">
      <w:pPr>
        <w:pStyle w:val="ListParagraph"/>
        <w:numPr>
          <w:ilvl w:val="0"/>
          <w:numId w:val="25"/>
        </w:numPr>
        <w:spacing w:after="160"/>
        <w:rPr>
          <w:rFonts w:cstheme="minorHAnsi"/>
        </w:rPr>
      </w:pPr>
      <w:r>
        <w:t>La liste d’aventures épiques (français et anglais) – du 1</w:t>
      </w:r>
      <w:r>
        <w:rPr>
          <w:vertAlign w:val="superscript"/>
        </w:rPr>
        <w:t>er</w:t>
      </w:r>
      <w:r>
        <w:t> au 27 décembre</w:t>
      </w:r>
    </w:p>
    <w:p w14:paraId="052254C7" w14:textId="77777777" w:rsidR="008B5CD2" w:rsidRPr="00AE7AF1" w:rsidRDefault="008B5CD2" w:rsidP="00CE6A40">
      <w:pPr>
        <w:spacing w:line="276" w:lineRule="auto"/>
        <w:jc w:val="left"/>
        <w:rPr>
          <w:rFonts w:asciiTheme="minorHAnsi" w:hAnsiTheme="minorHAnsi" w:cstheme="minorHAnsi"/>
          <w:b/>
          <w:bCs/>
          <w:sz w:val="22"/>
          <w:szCs w:val="22"/>
          <w:u w:val="single"/>
        </w:rPr>
      </w:pPr>
      <w:r>
        <w:rPr>
          <w:rFonts w:asciiTheme="minorHAnsi" w:hAnsiTheme="minorHAnsi"/>
          <w:b/>
          <w:sz w:val="22"/>
          <w:u w:val="single"/>
        </w:rPr>
        <w:t>Programmes</w:t>
      </w:r>
    </w:p>
    <w:p w14:paraId="111B14C9" w14:textId="2FF6D7FC" w:rsidR="00AE7AF1" w:rsidRDefault="008B5CD2" w:rsidP="00CE6A40">
      <w:pPr>
        <w:spacing w:line="276" w:lineRule="auto"/>
        <w:jc w:val="left"/>
        <w:rPr>
          <w:rFonts w:asciiTheme="minorHAnsi" w:hAnsiTheme="minorHAnsi" w:cstheme="minorHAnsi"/>
          <w:sz w:val="22"/>
          <w:szCs w:val="22"/>
        </w:rPr>
      </w:pPr>
      <w:r>
        <w:rPr>
          <w:rFonts w:asciiTheme="minorHAnsi" w:hAnsiTheme="minorHAnsi"/>
          <w:sz w:val="22"/>
        </w:rPr>
        <w:t xml:space="preserve">Période de diffusion </w:t>
      </w:r>
    </w:p>
    <w:p w14:paraId="56F9293A" w14:textId="4CC6F19D" w:rsidR="008B5CD2" w:rsidRPr="00AE7AF1" w:rsidRDefault="008B5CD2" w:rsidP="00FA3CCE">
      <w:pPr>
        <w:pStyle w:val="ListParagraph"/>
        <w:numPr>
          <w:ilvl w:val="0"/>
          <w:numId w:val="26"/>
        </w:numPr>
        <w:spacing w:after="160"/>
        <w:rPr>
          <w:rFonts w:cstheme="minorHAnsi"/>
        </w:rPr>
      </w:pPr>
      <w:r>
        <w:t>Du 8 février au 31 mars</w:t>
      </w:r>
    </w:p>
    <w:p w14:paraId="2FAF777A" w14:textId="77777777" w:rsidR="00AE7AF1" w:rsidRDefault="008B5CD2" w:rsidP="00CE6A40">
      <w:pPr>
        <w:spacing w:line="276" w:lineRule="auto"/>
        <w:jc w:val="left"/>
        <w:rPr>
          <w:rFonts w:asciiTheme="minorHAnsi" w:hAnsiTheme="minorHAnsi" w:cstheme="minorHAnsi"/>
          <w:sz w:val="22"/>
          <w:szCs w:val="22"/>
        </w:rPr>
      </w:pPr>
      <w:r>
        <w:rPr>
          <w:rFonts w:asciiTheme="minorHAnsi" w:hAnsiTheme="minorHAnsi"/>
          <w:sz w:val="22"/>
        </w:rPr>
        <w:t xml:space="preserve">Plateformes </w:t>
      </w:r>
    </w:p>
    <w:p w14:paraId="79876240" w14:textId="072FEACE" w:rsidR="008B5CD2" w:rsidRPr="00316687" w:rsidRDefault="008B5CD2" w:rsidP="00FA3CCE">
      <w:pPr>
        <w:pStyle w:val="ListParagraph"/>
        <w:numPr>
          <w:ilvl w:val="0"/>
          <w:numId w:val="26"/>
        </w:numPr>
        <w:spacing w:after="160"/>
        <w:rPr>
          <w:rFonts w:cstheme="minorHAnsi"/>
          <w:lang w:val="en-CA"/>
        </w:rPr>
      </w:pPr>
      <w:r w:rsidRPr="00316687">
        <w:rPr>
          <w:lang w:val="en-CA"/>
        </w:rPr>
        <w:t xml:space="preserve">Kayak, </w:t>
      </w:r>
      <w:proofErr w:type="spellStart"/>
      <w:r w:rsidRPr="00316687">
        <w:rPr>
          <w:lang w:val="en-CA"/>
        </w:rPr>
        <w:t>Tripadvisor</w:t>
      </w:r>
      <w:proofErr w:type="spellEnd"/>
      <w:r w:rsidRPr="00316687">
        <w:rPr>
          <w:lang w:val="en-CA"/>
        </w:rPr>
        <w:t>, Expedia et Open Exchange</w:t>
      </w:r>
    </w:p>
    <w:p w14:paraId="59D136C5" w14:textId="77777777" w:rsidR="008B5CD2" w:rsidRPr="00AE7AF1" w:rsidRDefault="008B5CD2" w:rsidP="00CE6A40">
      <w:pPr>
        <w:spacing w:line="276" w:lineRule="auto"/>
        <w:jc w:val="left"/>
        <w:rPr>
          <w:rFonts w:asciiTheme="minorHAnsi" w:hAnsiTheme="minorHAnsi" w:cstheme="minorHAnsi"/>
          <w:b/>
          <w:bCs/>
          <w:sz w:val="22"/>
          <w:szCs w:val="22"/>
          <w:u w:val="single"/>
        </w:rPr>
      </w:pPr>
      <w:r>
        <w:rPr>
          <w:rFonts w:asciiTheme="minorHAnsi" w:hAnsiTheme="minorHAnsi"/>
          <w:b/>
          <w:sz w:val="22"/>
          <w:u w:val="single"/>
        </w:rPr>
        <w:t>Médias sociaux</w:t>
      </w:r>
    </w:p>
    <w:p w14:paraId="4A2F17C8" w14:textId="544FA159" w:rsidR="00AE7AF1" w:rsidRDefault="008B5CD2" w:rsidP="00CE6A40">
      <w:pPr>
        <w:spacing w:line="276" w:lineRule="auto"/>
        <w:jc w:val="left"/>
        <w:rPr>
          <w:rFonts w:asciiTheme="minorHAnsi" w:hAnsiTheme="minorHAnsi" w:cstheme="minorHAnsi"/>
          <w:sz w:val="22"/>
          <w:szCs w:val="22"/>
        </w:rPr>
      </w:pPr>
      <w:r>
        <w:rPr>
          <w:rFonts w:asciiTheme="minorHAnsi" w:hAnsiTheme="minorHAnsi"/>
          <w:sz w:val="22"/>
        </w:rPr>
        <w:t xml:space="preserve">Période de diffusion </w:t>
      </w:r>
    </w:p>
    <w:p w14:paraId="0BB022EF" w14:textId="77777777" w:rsidR="008B5CD2" w:rsidRPr="00AE7AF1" w:rsidRDefault="008B5CD2" w:rsidP="00FA3CCE">
      <w:pPr>
        <w:pStyle w:val="ListParagraph"/>
        <w:numPr>
          <w:ilvl w:val="0"/>
          <w:numId w:val="26"/>
        </w:numPr>
        <w:spacing w:after="160"/>
        <w:rPr>
          <w:rFonts w:cstheme="minorHAnsi"/>
        </w:rPr>
      </w:pPr>
      <w:r>
        <w:t>Du 8 au 31 mars</w:t>
      </w:r>
    </w:p>
    <w:p w14:paraId="7F38E50A" w14:textId="77777777" w:rsidR="00AE7AF1" w:rsidRDefault="008B5CD2" w:rsidP="00CE6A40">
      <w:pPr>
        <w:spacing w:line="276" w:lineRule="auto"/>
        <w:jc w:val="left"/>
        <w:rPr>
          <w:rFonts w:asciiTheme="minorHAnsi" w:hAnsiTheme="minorHAnsi" w:cstheme="minorHAnsi"/>
          <w:sz w:val="22"/>
          <w:szCs w:val="22"/>
        </w:rPr>
      </w:pPr>
      <w:r>
        <w:rPr>
          <w:rFonts w:asciiTheme="minorHAnsi" w:hAnsiTheme="minorHAnsi"/>
          <w:sz w:val="22"/>
        </w:rPr>
        <w:t xml:space="preserve">Plateformes </w:t>
      </w:r>
    </w:p>
    <w:p w14:paraId="44B7B601" w14:textId="77777777" w:rsidR="008B5CD2" w:rsidRPr="00AE7AF1" w:rsidRDefault="008B5CD2" w:rsidP="00FA3CCE">
      <w:pPr>
        <w:pStyle w:val="ListParagraph"/>
        <w:numPr>
          <w:ilvl w:val="0"/>
          <w:numId w:val="26"/>
        </w:numPr>
        <w:spacing w:after="160"/>
        <w:rPr>
          <w:rFonts w:cstheme="minorHAnsi"/>
        </w:rPr>
      </w:pPr>
      <w:r>
        <w:t>Facebook et Instagram</w:t>
      </w:r>
    </w:p>
    <w:p w14:paraId="56CE2A7D" w14:textId="77777777" w:rsidR="008B5CD2" w:rsidRPr="00AE7AF1" w:rsidRDefault="008B5CD2" w:rsidP="00CE6A40">
      <w:pPr>
        <w:spacing w:line="276" w:lineRule="auto"/>
        <w:jc w:val="left"/>
        <w:rPr>
          <w:rFonts w:asciiTheme="minorHAnsi" w:hAnsiTheme="minorHAnsi" w:cstheme="minorHAnsi"/>
          <w:b/>
          <w:bCs/>
          <w:sz w:val="22"/>
          <w:szCs w:val="22"/>
          <w:u w:val="single"/>
        </w:rPr>
      </w:pPr>
      <w:r>
        <w:rPr>
          <w:rFonts w:asciiTheme="minorHAnsi" w:hAnsiTheme="minorHAnsi"/>
          <w:b/>
          <w:sz w:val="22"/>
          <w:u w:val="single"/>
        </w:rPr>
        <w:t>Moteurs de recherche</w:t>
      </w:r>
    </w:p>
    <w:p w14:paraId="3E40ED5A" w14:textId="0DEDBC3C" w:rsidR="00AE7AF1" w:rsidRDefault="008B5CD2" w:rsidP="00CE6A40">
      <w:pPr>
        <w:spacing w:line="276" w:lineRule="auto"/>
        <w:jc w:val="left"/>
        <w:rPr>
          <w:rFonts w:asciiTheme="minorHAnsi" w:hAnsiTheme="minorHAnsi" w:cstheme="minorHAnsi"/>
          <w:sz w:val="22"/>
          <w:szCs w:val="22"/>
        </w:rPr>
      </w:pPr>
      <w:r>
        <w:rPr>
          <w:rFonts w:asciiTheme="minorHAnsi" w:hAnsiTheme="minorHAnsi"/>
          <w:sz w:val="22"/>
        </w:rPr>
        <w:t xml:space="preserve">Période de diffusion </w:t>
      </w:r>
    </w:p>
    <w:p w14:paraId="5BDE7DC5" w14:textId="77777777" w:rsidR="008B5CD2" w:rsidRPr="00AE7AF1" w:rsidRDefault="008B5CD2" w:rsidP="00FA3CCE">
      <w:pPr>
        <w:pStyle w:val="ListParagraph"/>
        <w:numPr>
          <w:ilvl w:val="0"/>
          <w:numId w:val="26"/>
        </w:numPr>
        <w:spacing w:after="160"/>
        <w:rPr>
          <w:rFonts w:cstheme="minorHAnsi"/>
        </w:rPr>
      </w:pPr>
      <w:r>
        <w:t>Du 23 décembre au 31 mars</w:t>
      </w:r>
    </w:p>
    <w:p w14:paraId="018BD3E0" w14:textId="77777777" w:rsidR="00AE7AF1" w:rsidRDefault="008B5CD2" w:rsidP="00CE6A40">
      <w:pPr>
        <w:spacing w:line="276" w:lineRule="auto"/>
        <w:jc w:val="left"/>
        <w:rPr>
          <w:rFonts w:asciiTheme="minorHAnsi" w:hAnsiTheme="minorHAnsi" w:cstheme="minorHAnsi"/>
          <w:sz w:val="22"/>
          <w:szCs w:val="22"/>
        </w:rPr>
      </w:pPr>
      <w:r>
        <w:rPr>
          <w:rFonts w:asciiTheme="minorHAnsi" w:hAnsiTheme="minorHAnsi"/>
          <w:sz w:val="22"/>
        </w:rPr>
        <w:t xml:space="preserve">Plateformes </w:t>
      </w:r>
    </w:p>
    <w:p w14:paraId="6C4BDBAA" w14:textId="77777777" w:rsidR="00745D4F" w:rsidRPr="00AE7AF1" w:rsidRDefault="008B5CD2" w:rsidP="00FA3CCE">
      <w:pPr>
        <w:pStyle w:val="ListParagraph"/>
        <w:numPr>
          <w:ilvl w:val="0"/>
          <w:numId w:val="26"/>
        </w:numPr>
        <w:spacing w:after="160"/>
        <w:rPr>
          <w:rFonts w:cstheme="minorHAnsi"/>
        </w:rPr>
      </w:pPr>
      <w:r>
        <w:t>Google et Bing</w:t>
      </w:r>
      <w:bookmarkEnd w:id="31"/>
    </w:p>
    <w:p w14:paraId="3536F7CE" w14:textId="77777777" w:rsidR="00C421DA" w:rsidRDefault="00C421DA" w:rsidP="00F46697">
      <w:pPr>
        <w:pStyle w:val="Heading3"/>
      </w:pPr>
    </w:p>
    <w:p w14:paraId="18CD6032" w14:textId="77777777" w:rsidR="00EF5B91" w:rsidRPr="00303032" w:rsidRDefault="00EF5B91" w:rsidP="00F46697">
      <w:pPr>
        <w:pStyle w:val="Heading3"/>
      </w:pPr>
      <w:bookmarkStart w:id="33" w:name="_Toc75287147"/>
      <w:r>
        <w:t>1.2 Objectif</w:t>
      </w:r>
      <w:bookmarkEnd w:id="33"/>
    </w:p>
    <w:p w14:paraId="19F02726" w14:textId="77777777" w:rsidR="0081190E" w:rsidRDefault="0081190E" w:rsidP="00CE6A40">
      <w:pPr>
        <w:jc w:val="left"/>
        <w:rPr>
          <w:rFonts w:asciiTheme="minorHAnsi" w:hAnsiTheme="minorHAnsi" w:cstheme="minorHAnsi"/>
          <w:lang w:val="en-US"/>
        </w:rPr>
      </w:pPr>
    </w:p>
    <w:p w14:paraId="2D1A8D23" w14:textId="77777777" w:rsidR="00745D4F" w:rsidRPr="0081190E" w:rsidRDefault="00EF5B91" w:rsidP="00CE6A40">
      <w:pPr>
        <w:jc w:val="left"/>
        <w:rPr>
          <w:rFonts w:asciiTheme="minorHAnsi" w:hAnsiTheme="minorHAnsi" w:cstheme="minorHAnsi"/>
          <w:sz w:val="22"/>
          <w:szCs w:val="22"/>
        </w:rPr>
      </w:pPr>
      <w:bookmarkStart w:id="34" w:name="_Hlk71535521"/>
      <w:r>
        <w:rPr>
          <w:rFonts w:asciiTheme="minorHAnsi" w:hAnsiTheme="minorHAnsi"/>
          <w:sz w:val="22"/>
        </w:rPr>
        <w:t xml:space="preserve">Cette étude quantitative a pour objectif de recueillir les commentaires de Canadiens afin de : </w:t>
      </w:r>
    </w:p>
    <w:p w14:paraId="6EA53142" w14:textId="63682471" w:rsidR="00745D4F" w:rsidRPr="0081190E" w:rsidRDefault="00C421DA" w:rsidP="00CE6A40">
      <w:pPr>
        <w:numPr>
          <w:ilvl w:val="0"/>
          <w:numId w:val="19"/>
        </w:numPr>
        <w:jc w:val="left"/>
        <w:rPr>
          <w:rFonts w:asciiTheme="minorHAnsi" w:hAnsiTheme="minorHAnsi" w:cstheme="minorHAnsi"/>
          <w:sz w:val="22"/>
          <w:szCs w:val="22"/>
        </w:rPr>
      </w:pPr>
      <w:proofErr w:type="gramStart"/>
      <w:r>
        <w:rPr>
          <w:rFonts w:asciiTheme="minorHAnsi" w:hAnsiTheme="minorHAnsi"/>
          <w:sz w:val="22"/>
        </w:rPr>
        <w:t>évaluer</w:t>
      </w:r>
      <w:proofErr w:type="gramEnd"/>
      <w:r>
        <w:rPr>
          <w:rFonts w:asciiTheme="minorHAnsi" w:hAnsiTheme="minorHAnsi"/>
          <w:sz w:val="22"/>
        </w:rPr>
        <w:t xml:space="preserve"> dans quelle mesure le public connaît la campagne;</w:t>
      </w:r>
    </w:p>
    <w:p w14:paraId="525F9DFF" w14:textId="2FDA3C88" w:rsidR="00745D4F" w:rsidRPr="0081190E" w:rsidRDefault="00C421DA" w:rsidP="00CE6A40">
      <w:pPr>
        <w:numPr>
          <w:ilvl w:val="0"/>
          <w:numId w:val="19"/>
        </w:numPr>
        <w:jc w:val="left"/>
        <w:rPr>
          <w:rFonts w:asciiTheme="minorHAnsi" w:hAnsiTheme="minorHAnsi" w:cstheme="minorHAnsi"/>
          <w:sz w:val="22"/>
          <w:szCs w:val="22"/>
        </w:rPr>
      </w:pPr>
      <w:proofErr w:type="gramStart"/>
      <w:r>
        <w:rPr>
          <w:rFonts w:asciiTheme="minorHAnsi" w:hAnsiTheme="minorHAnsi"/>
          <w:sz w:val="22"/>
        </w:rPr>
        <w:t>comprendre</w:t>
      </w:r>
      <w:proofErr w:type="gramEnd"/>
      <w:r>
        <w:rPr>
          <w:rFonts w:asciiTheme="minorHAnsi" w:hAnsiTheme="minorHAnsi"/>
          <w:sz w:val="22"/>
        </w:rPr>
        <w:t xml:space="preserve"> de quelle façon le public se souvient de la campagne;</w:t>
      </w:r>
    </w:p>
    <w:p w14:paraId="393D2491" w14:textId="567C30FE" w:rsidR="00745D4F" w:rsidRPr="0081190E" w:rsidRDefault="00C421DA" w:rsidP="00CE6A40">
      <w:pPr>
        <w:numPr>
          <w:ilvl w:val="0"/>
          <w:numId w:val="19"/>
        </w:numPr>
        <w:jc w:val="left"/>
        <w:rPr>
          <w:rFonts w:asciiTheme="minorHAnsi" w:hAnsiTheme="minorHAnsi" w:cstheme="minorHAnsi"/>
          <w:sz w:val="22"/>
          <w:szCs w:val="22"/>
        </w:rPr>
      </w:pPr>
      <w:proofErr w:type="gramStart"/>
      <w:r>
        <w:rPr>
          <w:rFonts w:asciiTheme="minorHAnsi" w:hAnsiTheme="minorHAnsi"/>
          <w:sz w:val="22"/>
        </w:rPr>
        <w:t>évaluer</w:t>
      </w:r>
      <w:proofErr w:type="gramEnd"/>
      <w:r>
        <w:rPr>
          <w:rFonts w:asciiTheme="minorHAnsi" w:hAnsiTheme="minorHAnsi"/>
          <w:sz w:val="22"/>
        </w:rPr>
        <w:t xml:space="preserve"> la pertinence de la campagne pour chacun;</w:t>
      </w:r>
    </w:p>
    <w:p w14:paraId="79B09BD9" w14:textId="521611C8" w:rsidR="0081190E" w:rsidRPr="0081190E" w:rsidRDefault="00C421DA" w:rsidP="00CE6A40">
      <w:pPr>
        <w:numPr>
          <w:ilvl w:val="0"/>
          <w:numId w:val="19"/>
        </w:numPr>
        <w:jc w:val="left"/>
        <w:rPr>
          <w:rFonts w:asciiTheme="minorHAnsi" w:hAnsiTheme="minorHAnsi" w:cstheme="minorHAnsi"/>
          <w:sz w:val="22"/>
          <w:szCs w:val="22"/>
        </w:rPr>
      </w:pPr>
      <w:proofErr w:type="gramStart"/>
      <w:r>
        <w:rPr>
          <w:rFonts w:asciiTheme="minorHAnsi" w:hAnsiTheme="minorHAnsi"/>
          <w:sz w:val="22"/>
        </w:rPr>
        <w:t>comprendre</w:t>
      </w:r>
      <w:proofErr w:type="gramEnd"/>
      <w:r>
        <w:rPr>
          <w:rFonts w:asciiTheme="minorHAnsi" w:hAnsiTheme="minorHAnsi"/>
          <w:sz w:val="22"/>
        </w:rPr>
        <w:t xml:space="preserve"> si le public veut en savoir plus sur les restrictions de voyage.</w:t>
      </w:r>
    </w:p>
    <w:p w14:paraId="0757D77C" w14:textId="77777777" w:rsidR="00A07866" w:rsidRDefault="00A07866" w:rsidP="00F46697">
      <w:pPr>
        <w:pStyle w:val="Heading3"/>
      </w:pPr>
      <w:bookmarkStart w:id="35" w:name="_Hlk68096116"/>
      <w:bookmarkEnd w:id="34"/>
    </w:p>
    <w:p w14:paraId="4FF26911" w14:textId="77777777" w:rsidR="00F2477B" w:rsidRPr="00F2477B" w:rsidRDefault="00F2477B" w:rsidP="00F46697">
      <w:pPr>
        <w:pStyle w:val="Heading3"/>
      </w:pPr>
      <w:bookmarkStart w:id="36" w:name="_Toc75287148"/>
      <w:r>
        <w:t>1.3 Exigence de neutralité politique</w:t>
      </w:r>
      <w:bookmarkEnd w:id="36"/>
    </w:p>
    <w:p w14:paraId="21B593C9" w14:textId="77777777" w:rsidR="00F2477B" w:rsidRPr="00316687" w:rsidRDefault="00F2477B" w:rsidP="00CE6A40">
      <w:pPr>
        <w:jc w:val="left"/>
        <w:rPr>
          <w:lang w:val="fr-FR"/>
        </w:rPr>
      </w:pPr>
    </w:p>
    <w:p w14:paraId="4DF33AFE" w14:textId="77777777" w:rsidR="00F2477B" w:rsidRPr="0081190E" w:rsidRDefault="00F2477B" w:rsidP="00CE6A40">
      <w:pPr>
        <w:spacing w:line="276" w:lineRule="auto"/>
        <w:jc w:val="left"/>
        <w:rPr>
          <w:rFonts w:asciiTheme="minorHAnsi" w:hAnsiTheme="minorHAnsi" w:cstheme="minorHAnsi"/>
          <w:b/>
          <w:bCs/>
          <w:sz w:val="22"/>
          <w:szCs w:val="22"/>
        </w:rPr>
      </w:pPr>
      <w:r>
        <w:rPr>
          <w:rFonts w:asciiTheme="minorHAnsi" w:hAnsiTheme="minorHAnsi"/>
          <w:b/>
          <w:sz w:val="22"/>
        </w:rPr>
        <w:t>Attestation de neutralité politique</w:t>
      </w:r>
    </w:p>
    <w:p w14:paraId="072B0C3A" w14:textId="77777777" w:rsidR="00F2477B" w:rsidRPr="0081190E" w:rsidRDefault="00F2477B" w:rsidP="00CE6A40">
      <w:pPr>
        <w:shd w:val="clear" w:color="auto" w:fill="FFFFFF"/>
        <w:spacing w:before="92" w:after="92" w:line="276" w:lineRule="auto"/>
        <w:ind w:right="92"/>
        <w:jc w:val="left"/>
        <w:rPr>
          <w:rFonts w:asciiTheme="minorHAnsi" w:hAnsiTheme="minorHAnsi" w:cstheme="minorHAnsi"/>
          <w:sz w:val="22"/>
          <w:szCs w:val="22"/>
        </w:rPr>
      </w:pPr>
      <w:r>
        <w:rPr>
          <w:rFonts w:asciiTheme="minorHAnsi" w:hAnsiTheme="minorHAnsi"/>
          <w:sz w:val="22"/>
        </w:rPr>
        <w:t>J’atteste, par les présentes, à titre d’agent principal d’</w:t>
      </w:r>
      <w:proofErr w:type="spellStart"/>
      <w:r>
        <w:rPr>
          <w:rFonts w:asciiTheme="minorHAnsi" w:hAnsiTheme="minorHAnsi"/>
          <w:sz w:val="22"/>
        </w:rPr>
        <w:t>Advanis</w:t>
      </w:r>
      <w:proofErr w:type="spellEnd"/>
      <w:r>
        <w:rPr>
          <w:rFonts w:asciiTheme="minorHAnsi" w:hAnsiTheme="minorHAnsi"/>
          <w:sz w:val="22"/>
        </w:rPr>
        <w:t>, l’entière conformité des produits livrables aux exigences en matière de neutralité politique du gouvernement du Canada énoncées dans la Politique sur les communications et l’image de marque et la Directive sur la gestion des communications.</w:t>
      </w:r>
    </w:p>
    <w:p w14:paraId="1980BA68" w14:textId="04159A78" w:rsidR="00F2477B" w:rsidRPr="0081190E" w:rsidRDefault="00F2477B" w:rsidP="00CE6A40">
      <w:pPr>
        <w:shd w:val="clear" w:color="auto" w:fill="FFFFFF"/>
        <w:spacing w:before="92" w:after="92" w:line="276" w:lineRule="auto"/>
        <w:ind w:right="92"/>
        <w:jc w:val="left"/>
        <w:rPr>
          <w:rFonts w:asciiTheme="minorHAnsi" w:hAnsiTheme="minorHAnsi" w:cstheme="minorHAnsi"/>
          <w:sz w:val="22"/>
          <w:szCs w:val="22"/>
        </w:rPr>
      </w:pPr>
      <w:r>
        <w:rPr>
          <w:rFonts w:asciiTheme="minorHAnsi" w:hAnsiTheme="minorHAnsi"/>
          <w:sz w:val="22"/>
        </w:rPr>
        <w:t>Plus particulièrement, les produits livrables ne comprennent pas de renseignements sur les intentions de vote aux élections, les préférences quant aux partis politiques, les positions des partis ou l’évaluation de la performance d’un parti politique ou de ses dirigeants.</w:t>
      </w:r>
    </w:p>
    <w:p w14:paraId="7A7BD722" w14:textId="77777777" w:rsidR="00F2477B" w:rsidRPr="0081190E" w:rsidRDefault="00F2477B" w:rsidP="00CE6A40">
      <w:pPr>
        <w:shd w:val="clear" w:color="auto" w:fill="FFFFFF"/>
        <w:spacing w:before="92" w:after="92" w:line="276" w:lineRule="auto"/>
        <w:ind w:right="92"/>
        <w:jc w:val="left"/>
        <w:rPr>
          <w:rFonts w:cs="Tahoma"/>
          <w:color w:val="000000"/>
          <w:sz w:val="22"/>
          <w:szCs w:val="22"/>
        </w:rPr>
      </w:pPr>
      <w:r>
        <w:rPr>
          <w:rFonts w:asciiTheme="minorHAnsi" w:hAnsiTheme="minorHAnsi"/>
          <w:sz w:val="22"/>
        </w:rPr>
        <w:t>Signé par :</w:t>
      </w:r>
      <w:r>
        <w:rPr>
          <w:i/>
          <w:color w:val="17365D"/>
          <w:sz w:val="22"/>
        </w:rPr>
        <w:t xml:space="preserve"> </w:t>
      </w:r>
      <w:r>
        <w:rPr>
          <w:noProof/>
          <w:color w:val="000000"/>
          <w:lang w:val="en-CA" w:eastAsia="en-CA"/>
        </w:rPr>
        <w:drawing>
          <wp:inline distT="0" distB="0" distL="0" distR="0" wp14:anchorId="51C10277" wp14:editId="74885E5A">
            <wp:extent cx="1604596" cy="397081"/>
            <wp:effectExtent l="19050" t="0" r="0" b="0"/>
            <wp:docPr id="40" name="Image 21" descr="Capture d’écran 2015-12-14 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d’écran 2015-12-14 à 2"/>
                    <pic:cNvPicPr>
                      <a:picLocks noChangeAspect="1" noChangeArrowheads="1"/>
                    </pic:cNvPicPr>
                  </pic:nvPicPr>
                  <pic:blipFill>
                    <a:blip r:embed="rId12" cstate="print"/>
                    <a:srcRect/>
                    <a:stretch>
                      <a:fillRect/>
                    </a:stretch>
                  </pic:blipFill>
                  <pic:spPr bwMode="auto">
                    <a:xfrm>
                      <a:off x="0" y="0"/>
                      <a:ext cx="1610071" cy="398436"/>
                    </a:xfrm>
                    <a:prstGeom prst="rect">
                      <a:avLst/>
                    </a:prstGeom>
                    <a:noFill/>
                    <a:ln w="9525">
                      <a:noFill/>
                      <a:miter lim="800000"/>
                      <a:headEnd/>
                      <a:tailEnd/>
                    </a:ln>
                  </pic:spPr>
                </pic:pic>
              </a:graphicData>
            </a:graphic>
          </wp:inline>
        </w:drawing>
      </w:r>
    </w:p>
    <w:p w14:paraId="7BF92BC2" w14:textId="77777777" w:rsidR="00F2477B" w:rsidRPr="00316687" w:rsidRDefault="00F2477B" w:rsidP="00CE6A40">
      <w:pPr>
        <w:shd w:val="clear" w:color="auto" w:fill="FFFFFF"/>
        <w:spacing w:before="92" w:after="92" w:line="276" w:lineRule="auto"/>
        <w:ind w:right="92"/>
        <w:jc w:val="left"/>
        <w:rPr>
          <w:rFonts w:cs="Tahoma"/>
          <w:color w:val="000000"/>
          <w:sz w:val="22"/>
          <w:szCs w:val="22"/>
          <w:lang w:val="fr-FR"/>
        </w:rPr>
      </w:pPr>
    </w:p>
    <w:p w14:paraId="2110ADC9" w14:textId="77777777" w:rsidR="00F2477B" w:rsidRPr="0081190E" w:rsidRDefault="00F2477B" w:rsidP="00CE6A40">
      <w:pPr>
        <w:shd w:val="clear" w:color="auto" w:fill="FFFFFF"/>
        <w:spacing w:before="92" w:after="92" w:line="276" w:lineRule="auto"/>
        <w:ind w:right="92"/>
        <w:jc w:val="left"/>
        <w:rPr>
          <w:rFonts w:asciiTheme="minorHAnsi" w:hAnsiTheme="minorHAnsi" w:cstheme="minorHAnsi"/>
          <w:sz w:val="22"/>
          <w:szCs w:val="22"/>
        </w:rPr>
      </w:pPr>
      <w:r>
        <w:rPr>
          <w:rFonts w:asciiTheme="minorHAnsi" w:hAnsiTheme="minorHAnsi"/>
          <w:sz w:val="22"/>
        </w:rPr>
        <w:t>Nicolas Toutant, vice-président, Recherche et évaluation</w:t>
      </w:r>
    </w:p>
    <w:bookmarkEnd w:id="35"/>
    <w:p w14:paraId="17E7B8AF" w14:textId="77777777" w:rsidR="00501170" w:rsidRPr="00316687" w:rsidRDefault="00501170" w:rsidP="00CE6A40">
      <w:pPr>
        <w:jc w:val="left"/>
        <w:rPr>
          <w:rFonts w:asciiTheme="minorHAnsi" w:hAnsiTheme="minorHAnsi" w:cstheme="minorHAnsi"/>
          <w:lang w:val="fr-FR"/>
        </w:rPr>
      </w:pPr>
    </w:p>
    <w:p w14:paraId="2FA4E20C" w14:textId="4BD3AB56" w:rsidR="00873B23" w:rsidRPr="00303032" w:rsidRDefault="005E35EA" w:rsidP="00CE6A40">
      <w:pPr>
        <w:pStyle w:val="Heading1"/>
        <w:spacing w:line="276" w:lineRule="auto"/>
        <w:jc w:val="left"/>
        <w:rPr>
          <w:rFonts w:asciiTheme="minorHAnsi" w:hAnsiTheme="minorHAnsi" w:cstheme="minorHAnsi"/>
          <w:smallCaps/>
          <w:noProof/>
        </w:rPr>
      </w:pPr>
      <w:bookmarkStart w:id="37" w:name="_Toc75287149"/>
      <w:r>
        <w:rPr>
          <w:rFonts w:asciiTheme="minorHAnsi" w:hAnsiTheme="minorHAnsi"/>
          <w:smallCaps/>
        </w:rPr>
        <w:t>2. Échantillonnage</w:t>
      </w:r>
      <w:bookmarkStart w:id="38" w:name="_Toc167700307"/>
      <w:bookmarkStart w:id="39" w:name="_Toc168197611"/>
      <w:bookmarkStart w:id="40" w:name="_Toc168224413"/>
      <w:bookmarkStart w:id="41" w:name="_Toc168303252"/>
      <w:bookmarkStart w:id="42" w:name="_Toc168306112"/>
      <w:bookmarkStart w:id="43" w:name="_Toc168389826"/>
      <w:bookmarkStart w:id="44" w:name="_Toc168389980"/>
      <w:bookmarkStart w:id="45" w:name="_Toc188758048"/>
      <w:bookmarkEnd w:id="15"/>
      <w:bookmarkEnd w:id="16"/>
      <w:bookmarkEnd w:id="17"/>
      <w:bookmarkEnd w:id="18"/>
      <w:bookmarkEnd w:id="19"/>
      <w:bookmarkEnd w:id="20"/>
      <w:bookmarkEnd w:id="21"/>
      <w:bookmarkEnd w:id="22"/>
      <w:bookmarkEnd w:id="23"/>
      <w:bookmarkEnd w:id="27"/>
      <w:bookmarkEnd w:id="28"/>
      <w:bookmarkEnd w:id="37"/>
    </w:p>
    <w:p w14:paraId="6380C358" w14:textId="77777777" w:rsidR="00873B23" w:rsidRPr="00303032" w:rsidRDefault="005E35EA" w:rsidP="00F46697">
      <w:pPr>
        <w:pStyle w:val="Heading3"/>
      </w:pPr>
      <w:bookmarkStart w:id="46" w:name="_Toc224359356"/>
      <w:bookmarkStart w:id="47" w:name="_Toc511033667"/>
      <w:bookmarkStart w:id="48" w:name="_Toc75287150"/>
      <w:r>
        <w:t>2.1 Caractéristiques du projet</w:t>
      </w:r>
      <w:bookmarkEnd w:id="46"/>
      <w:bookmarkEnd w:id="47"/>
      <w:bookmarkEnd w:id="48"/>
    </w:p>
    <w:p w14:paraId="5DD2F0C4" w14:textId="77777777" w:rsidR="00873B23" w:rsidRPr="00316687" w:rsidRDefault="00873B23" w:rsidP="00CE6A40">
      <w:pPr>
        <w:spacing w:line="276" w:lineRule="auto"/>
        <w:jc w:val="left"/>
        <w:rPr>
          <w:rFonts w:asciiTheme="minorHAnsi" w:hAnsiTheme="minorHAnsi" w:cstheme="minorHAnsi"/>
          <w:noProof/>
          <w:lang w:val="fr-FR"/>
        </w:rPr>
      </w:pPr>
    </w:p>
    <w:p w14:paraId="006B7B54" w14:textId="77777777" w:rsidR="00F45562" w:rsidRPr="0081190E" w:rsidRDefault="00F45562" w:rsidP="00CE6A40">
      <w:pPr>
        <w:spacing w:line="276" w:lineRule="auto"/>
        <w:jc w:val="left"/>
        <w:rPr>
          <w:rFonts w:asciiTheme="minorHAnsi" w:hAnsiTheme="minorHAnsi" w:cstheme="minorHAnsi"/>
          <w:sz w:val="22"/>
          <w:szCs w:val="22"/>
          <w:highlight w:val="green"/>
        </w:rPr>
      </w:pPr>
      <w:bookmarkStart w:id="49" w:name="_Hlk71537314"/>
      <w:r>
        <w:rPr>
          <w:rFonts w:asciiTheme="minorHAnsi" w:hAnsiTheme="minorHAnsi"/>
          <w:sz w:val="22"/>
        </w:rPr>
        <w:t>L’étude a permis de mesurer si la population cible connaissait les publicités, si elle s’en souvenait, de même que leur incidence. Plus précisément, l’étude visait à évaluer :</w:t>
      </w:r>
    </w:p>
    <w:p w14:paraId="3666FD1D" w14:textId="1260CF7F" w:rsidR="00F45562" w:rsidRPr="0081190E" w:rsidRDefault="00D21F0C" w:rsidP="00F46697">
      <w:pPr>
        <w:pStyle w:val="ListParagraph"/>
        <w:numPr>
          <w:ilvl w:val="0"/>
          <w:numId w:val="20"/>
        </w:numPr>
        <w:rPr>
          <w:rFonts w:eastAsia="Calibri" w:cstheme="minorHAnsi"/>
        </w:rPr>
      </w:pPr>
      <w:proofErr w:type="gramStart"/>
      <w:r>
        <w:t>les</w:t>
      </w:r>
      <w:proofErr w:type="gramEnd"/>
      <w:r>
        <w:t xml:space="preserve"> taux de rappel spontané et de rappel assisté des publicités;</w:t>
      </w:r>
    </w:p>
    <w:p w14:paraId="280912D6" w14:textId="2704F908" w:rsidR="00F45562" w:rsidRPr="0081190E" w:rsidRDefault="00D21F0C" w:rsidP="00F46697">
      <w:pPr>
        <w:pStyle w:val="ListParagraph"/>
        <w:numPr>
          <w:ilvl w:val="0"/>
          <w:numId w:val="20"/>
        </w:numPr>
        <w:rPr>
          <w:rFonts w:eastAsia="Calibri" w:cstheme="minorHAnsi"/>
        </w:rPr>
      </w:pPr>
      <w:proofErr w:type="gramStart"/>
      <w:r>
        <w:t>la</w:t>
      </w:r>
      <w:proofErr w:type="gramEnd"/>
      <w:r>
        <w:t xml:space="preserve"> connaissance de la campagne; </w:t>
      </w:r>
    </w:p>
    <w:p w14:paraId="7F245DC0" w14:textId="153C4DF3" w:rsidR="00F45562" w:rsidRPr="0081190E" w:rsidRDefault="00D21F0C" w:rsidP="00F46697">
      <w:pPr>
        <w:pStyle w:val="ListParagraph"/>
        <w:numPr>
          <w:ilvl w:val="0"/>
          <w:numId w:val="20"/>
        </w:numPr>
        <w:rPr>
          <w:rFonts w:eastAsia="Calibri" w:cstheme="minorHAnsi"/>
        </w:rPr>
      </w:pPr>
      <w:proofErr w:type="gramStart"/>
      <w:r>
        <w:t>les</w:t>
      </w:r>
      <w:proofErr w:type="gramEnd"/>
      <w:r>
        <w:t xml:space="preserve"> messages perçus dans les publicités et leur pertinence pour les Canadiens;</w:t>
      </w:r>
    </w:p>
    <w:p w14:paraId="312D8FED" w14:textId="65033B1F" w:rsidR="00900010" w:rsidRPr="0081190E" w:rsidRDefault="00A27C04" w:rsidP="00F46697">
      <w:pPr>
        <w:pStyle w:val="ListParagraph"/>
        <w:numPr>
          <w:ilvl w:val="0"/>
          <w:numId w:val="20"/>
        </w:numPr>
        <w:rPr>
          <w:rFonts w:cstheme="minorHAnsi"/>
        </w:rPr>
      </w:pPr>
      <w:proofErr w:type="gramStart"/>
      <w:r>
        <w:t>la</w:t>
      </w:r>
      <w:proofErr w:type="gramEnd"/>
      <w:r>
        <w:t xml:space="preserve"> volonté du public d’en savoir plus sur les restrictions de voyage.</w:t>
      </w:r>
    </w:p>
    <w:bookmarkEnd w:id="49"/>
    <w:p w14:paraId="3BF756A2" w14:textId="77777777" w:rsidR="0081190E" w:rsidRPr="00316687" w:rsidRDefault="0081190E" w:rsidP="00CE6A40">
      <w:pPr>
        <w:spacing w:line="276" w:lineRule="auto"/>
        <w:jc w:val="left"/>
        <w:rPr>
          <w:rFonts w:asciiTheme="minorHAnsi" w:hAnsiTheme="minorHAnsi" w:cstheme="minorHAnsi"/>
          <w:sz w:val="22"/>
          <w:szCs w:val="22"/>
          <w:lang w:val="fr-FR"/>
        </w:rPr>
      </w:pPr>
    </w:p>
    <w:p w14:paraId="1AC34F08" w14:textId="0A27694A" w:rsidR="00A86180" w:rsidRDefault="00745D4F" w:rsidP="00CE6A40">
      <w:pPr>
        <w:spacing w:line="276" w:lineRule="auto"/>
        <w:jc w:val="left"/>
        <w:rPr>
          <w:rFonts w:asciiTheme="minorHAnsi" w:hAnsiTheme="minorHAnsi" w:cstheme="minorHAnsi"/>
          <w:sz w:val="22"/>
          <w:szCs w:val="22"/>
        </w:rPr>
      </w:pPr>
      <w:bookmarkStart w:id="50" w:name="_Hlk71536865"/>
      <w:bookmarkStart w:id="51" w:name="_Hlk68096431"/>
      <w:r>
        <w:rPr>
          <w:rFonts w:asciiTheme="minorHAnsi" w:hAnsiTheme="minorHAnsi"/>
          <w:sz w:val="22"/>
        </w:rPr>
        <w:lastRenderedPageBreak/>
        <w:t>Le sondage d’après campagne a été mené du 31 mars au 9 avril 2021. Aucun sondage n’a été effectué avant la campagne.</w:t>
      </w:r>
      <w:bookmarkEnd w:id="50"/>
      <w:r>
        <w:rPr>
          <w:rFonts w:asciiTheme="minorHAnsi" w:hAnsiTheme="minorHAnsi"/>
          <w:sz w:val="22"/>
        </w:rPr>
        <w:t xml:space="preserve"> </w:t>
      </w:r>
      <w:r>
        <w:t>Les Canadiens invités à répondre au sondage provenaient de l’Échantillon populationnel aléatoire (EPA) d’</w:t>
      </w:r>
      <w:proofErr w:type="spellStart"/>
      <w:r>
        <w:t>Advanis</w:t>
      </w:r>
      <w:proofErr w:type="spellEnd"/>
      <w:r>
        <w:t>, une source d’échantillon représentatif recruté en ayant recours à l’échantillonnage aléatoire.</w:t>
      </w:r>
      <w:r>
        <w:rPr>
          <w:rFonts w:asciiTheme="minorHAnsi" w:hAnsiTheme="minorHAnsi"/>
          <w:sz w:val="22"/>
        </w:rPr>
        <w:t xml:space="preserve"> En tout, 2 269 personnes ont répondu au sondage, et le taux de réponse était de 27,08 % et la marge d’erreur de 2 % (19 fois sur 20 à un intervalle de confiance de 95 %). </w:t>
      </w:r>
      <w:bookmarkStart w:id="52" w:name="_Toc224359357"/>
      <w:bookmarkEnd w:id="38"/>
      <w:bookmarkEnd w:id="39"/>
      <w:bookmarkEnd w:id="40"/>
      <w:bookmarkEnd w:id="41"/>
      <w:bookmarkEnd w:id="42"/>
      <w:bookmarkEnd w:id="43"/>
      <w:bookmarkEnd w:id="44"/>
      <w:bookmarkEnd w:id="45"/>
      <w:bookmarkEnd w:id="51"/>
    </w:p>
    <w:p w14:paraId="51BBB900" w14:textId="77777777" w:rsidR="0025019A" w:rsidRPr="00316687" w:rsidRDefault="0025019A" w:rsidP="00CE6A40">
      <w:pPr>
        <w:spacing w:line="276" w:lineRule="auto"/>
        <w:jc w:val="left"/>
        <w:rPr>
          <w:rFonts w:asciiTheme="minorHAnsi" w:hAnsiTheme="minorHAnsi" w:cstheme="minorHAnsi"/>
          <w:lang w:val="fr-FR"/>
        </w:rPr>
      </w:pPr>
    </w:p>
    <w:p w14:paraId="29B51FB3" w14:textId="77777777" w:rsidR="00873B23" w:rsidRPr="00303032" w:rsidRDefault="005E35EA" w:rsidP="00F46697">
      <w:pPr>
        <w:pStyle w:val="Heading3"/>
      </w:pPr>
      <w:bookmarkStart w:id="53" w:name="_Toc511033668"/>
      <w:bookmarkStart w:id="54" w:name="_Toc75287151"/>
      <w:r>
        <w:t>2.2 Plan d’échantillonnage</w:t>
      </w:r>
      <w:bookmarkEnd w:id="52"/>
      <w:bookmarkEnd w:id="53"/>
      <w:bookmarkEnd w:id="54"/>
    </w:p>
    <w:p w14:paraId="248DE2AE" w14:textId="77777777" w:rsidR="00873B23" w:rsidRPr="00316687" w:rsidRDefault="00873B23" w:rsidP="00CE6A40">
      <w:pPr>
        <w:spacing w:line="276" w:lineRule="auto"/>
        <w:jc w:val="left"/>
        <w:rPr>
          <w:rFonts w:asciiTheme="minorHAnsi" w:hAnsiTheme="minorHAnsi" w:cstheme="minorHAnsi"/>
          <w:lang w:val="fr-FR"/>
        </w:rPr>
      </w:pPr>
    </w:p>
    <w:p w14:paraId="723E0014" w14:textId="0A41AB47" w:rsidR="00940651" w:rsidRPr="0081190E" w:rsidRDefault="0014295A" w:rsidP="00CE6A40">
      <w:pPr>
        <w:spacing w:line="276" w:lineRule="auto"/>
        <w:jc w:val="left"/>
        <w:rPr>
          <w:rFonts w:asciiTheme="minorHAnsi" w:hAnsiTheme="minorHAnsi" w:cstheme="minorHAnsi"/>
          <w:sz w:val="22"/>
          <w:szCs w:val="22"/>
        </w:rPr>
      </w:pPr>
      <w:bookmarkStart w:id="55" w:name="_Hlk68093462"/>
      <w:r>
        <w:rPr>
          <w:rFonts w:asciiTheme="minorHAnsi" w:hAnsiTheme="minorHAnsi"/>
          <w:sz w:val="22"/>
        </w:rPr>
        <w:t xml:space="preserve">La population cible dans le cadre de ce projet était les Canadiens, de l’ensemble des provinces et des territoires, âgés de 18 ans et plus. Pour ce sondage d’après campagne, on visait un nombre de questionnaires remplis de 2 000 (adultes canadiens). </w:t>
      </w:r>
    </w:p>
    <w:p w14:paraId="4F95FB6C" w14:textId="77777777" w:rsidR="00497790" w:rsidRPr="00316687" w:rsidRDefault="00497790" w:rsidP="00CE6A40">
      <w:pPr>
        <w:spacing w:line="276" w:lineRule="auto"/>
        <w:jc w:val="left"/>
        <w:rPr>
          <w:rFonts w:asciiTheme="minorHAnsi" w:hAnsiTheme="minorHAnsi" w:cstheme="minorHAnsi"/>
          <w:sz w:val="22"/>
          <w:szCs w:val="22"/>
          <w:lang w:val="fr-FR"/>
        </w:rPr>
      </w:pPr>
    </w:p>
    <w:p w14:paraId="47DB3753" w14:textId="77777777" w:rsidR="00497790" w:rsidRPr="0081190E" w:rsidRDefault="00497790" w:rsidP="00CE6A40">
      <w:pPr>
        <w:spacing w:line="276" w:lineRule="auto"/>
        <w:jc w:val="left"/>
        <w:rPr>
          <w:rFonts w:asciiTheme="minorHAnsi" w:hAnsiTheme="minorHAnsi" w:cstheme="minorHAnsi"/>
          <w:sz w:val="22"/>
          <w:szCs w:val="22"/>
        </w:rPr>
      </w:pPr>
      <w:r>
        <w:rPr>
          <w:rFonts w:asciiTheme="minorHAnsi" w:hAnsiTheme="minorHAnsi"/>
          <w:sz w:val="22"/>
        </w:rPr>
        <w:t>Des questions du sondage ont permis d’exclure les réponses des personnes de moins de 18 ans, des personnes qui ne vivaient pas au Canada et des personnes qui travaillaient pour une firme de recherche en marketing, un magazine ou un quotidien, une agence de publicité ou de conception graphique, un parti politique, une station radiophonique ou de télévision, une firme de relations publiques, ou le gouvernement fédéral ou un gouvernement provincial.</w:t>
      </w:r>
    </w:p>
    <w:bookmarkEnd w:id="55"/>
    <w:p w14:paraId="3FE643DE" w14:textId="77777777" w:rsidR="007412E8" w:rsidRPr="00316687" w:rsidRDefault="007412E8" w:rsidP="00CE6A40">
      <w:pPr>
        <w:jc w:val="left"/>
        <w:rPr>
          <w:rFonts w:asciiTheme="minorHAnsi" w:hAnsiTheme="minorHAnsi" w:cstheme="minorHAnsi"/>
          <w:sz w:val="22"/>
          <w:szCs w:val="22"/>
          <w:lang w:val="fr-FR"/>
        </w:rPr>
      </w:pPr>
    </w:p>
    <w:p w14:paraId="7FC677E2" w14:textId="05BB5284" w:rsidR="00497790" w:rsidRPr="0081190E" w:rsidRDefault="003C212E" w:rsidP="00CE6A40">
      <w:pPr>
        <w:pStyle w:val="Caption"/>
        <w:keepNext/>
        <w:spacing w:line="276" w:lineRule="auto"/>
        <w:jc w:val="left"/>
        <w:rPr>
          <w:rFonts w:asciiTheme="minorHAnsi" w:hAnsiTheme="minorHAnsi" w:cstheme="minorHAnsi"/>
          <w:sz w:val="22"/>
          <w:szCs w:val="22"/>
        </w:rPr>
      </w:pPr>
      <w:r>
        <w:rPr>
          <w:rFonts w:asciiTheme="minorHAnsi" w:hAnsiTheme="minorHAnsi"/>
          <w:sz w:val="22"/>
        </w:rPr>
        <w:t>Tableau 1 : Plan d’échantillonnage par province/région du Canada</w:t>
      </w:r>
    </w:p>
    <w:tbl>
      <w:tblPr>
        <w:tblW w:w="5000" w:type="pct"/>
        <w:tblCellMar>
          <w:left w:w="70" w:type="dxa"/>
          <w:right w:w="70" w:type="dxa"/>
        </w:tblCellMar>
        <w:tblLook w:val="04A0" w:firstRow="1" w:lastRow="0" w:firstColumn="1" w:lastColumn="0" w:noHBand="0" w:noVBand="1"/>
      </w:tblPr>
      <w:tblGrid>
        <w:gridCol w:w="2825"/>
        <w:gridCol w:w="3010"/>
        <w:gridCol w:w="3571"/>
      </w:tblGrid>
      <w:tr w:rsidR="00844C6D" w:rsidRPr="0081190E" w14:paraId="216A2436" w14:textId="77777777">
        <w:trPr>
          <w:trHeight w:val="74"/>
        </w:trPr>
        <w:tc>
          <w:tcPr>
            <w:tcW w:w="1502" w:type="pct"/>
            <w:tcBorders>
              <w:top w:val="single" w:sz="4" w:space="0" w:color="auto"/>
              <w:left w:val="nil"/>
              <w:bottom w:val="single" w:sz="4" w:space="0" w:color="auto"/>
              <w:right w:val="nil"/>
            </w:tcBorders>
            <w:shd w:val="clear" w:color="auto" w:fill="auto"/>
            <w:vAlign w:val="center"/>
          </w:tcPr>
          <w:p w14:paraId="7BF209F1" w14:textId="77777777" w:rsidR="00844C6D" w:rsidRPr="0081190E" w:rsidRDefault="00844C6D" w:rsidP="00CE6A40">
            <w:pPr>
              <w:spacing w:line="240" w:lineRule="auto"/>
              <w:jc w:val="left"/>
              <w:rPr>
                <w:rFonts w:asciiTheme="minorHAnsi" w:eastAsia="Times New Roman" w:hAnsiTheme="minorHAnsi" w:cstheme="minorHAnsi"/>
                <w:b/>
                <w:bCs/>
                <w:color w:val="000000"/>
                <w:sz w:val="22"/>
                <w:szCs w:val="22"/>
              </w:rPr>
            </w:pPr>
            <w:r>
              <w:rPr>
                <w:rFonts w:asciiTheme="minorHAnsi" w:hAnsiTheme="minorHAnsi"/>
                <w:b/>
                <w:color w:val="000000"/>
                <w:sz w:val="22"/>
              </w:rPr>
              <w:t>Région</w:t>
            </w:r>
          </w:p>
        </w:tc>
        <w:tc>
          <w:tcPr>
            <w:tcW w:w="1600" w:type="pct"/>
            <w:tcBorders>
              <w:top w:val="single" w:sz="4" w:space="0" w:color="auto"/>
              <w:left w:val="nil"/>
              <w:bottom w:val="single" w:sz="4" w:space="0" w:color="auto"/>
              <w:right w:val="nil"/>
            </w:tcBorders>
            <w:shd w:val="clear" w:color="auto" w:fill="auto"/>
            <w:vAlign w:val="center"/>
          </w:tcPr>
          <w:p w14:paraId="0F7451AC" w14:textId="77777777" w:rsidR="00844C6D" w:rsidRPr="0081190E" w:rsidRDefault="00844C6D" w:rsidP="00CE6A40">
            <w:pPr>
              <w:spacing w:line="240" w:lineRule="auto"/>
              <w:jc w:val="left"/>
              <w:rPr>
                <w:rFonts w:asciiTheme="minorHAnsi" w:eastAsia="Times New Roman" w:hAnsiTheme="minorHAnsi" w:cstheme="minorHAnsi"/>
                <w:b/>
                <w:bCs/>
                <w:color w:val="000000"/>
                <w:sz w:val="22"/>
                <w:szCs w:val="22"/>
              </w:rPr>
            </w:pPr>
            <w:r>
              <w:rPr>
                <w:rFonts w:asciiTheme="minorHAnsi" w:hAnsiTheme="minorHAnsi"/>
                <w:b/>
                <w:color w:val="000000"/>
                <w:sz w:val="22"/>
              </w:rPr>
              <w:t>Pourcentage de la population</w:t>
            </w:r>
          </w:p>
        </w:tc>
        <w:tc>
          <w:tcPr>
            <w:tcW w:w="1898" w:type="pct"/>
            <w:tcBorders>
              <w:top w:val="single" w:sz="4" w:space="0" w:color="auto"/>
              <w:left w:val="nil"/>
              <w:bottom w:val="single" w:sz="4" w:space="0" w:color="auto"/>
              <w:right w:val="nil"/>
            </w:tcBorders>
            <w:shd w:val="clear" w:color="auto" w:fill="auto"/>
            <w:vAlign w:val="center"/>
          </w:tcPr>
          <w:p w14:paraId="7C6DF558" w14:textId="77777777" w:rsidR="00844C6D" w:rsidRPr="0081190E" w:rsidRDefault="00844C6D" w:rsidP="00CE6A40">
            <w:pPr>
              <w:spacing w:line="240" w:lineRule="auto"/>
              <w:jc w:val="left"/>
              <w:rPr>
                <w:rFonts w:asciiTheme="minorHAnsi" w:eastAsia="Times New Roman" w:hAnsiTheme="minorHAnsi" w:cstheme="minorHAnsi"/>
                <w:b/>
                <w:bCs/>
                <w:color w:val="000000"/>
                <w:sz w:val="22"/>
                <w:szCs w:val="22"/>
              </w:rPr>
            </w:pPr>
            <w:r>
              <w:rPr>
                <w:rFonts w:asciiTheme="minorHAnsi" w:hAnsiTheme="minorHAnsi"/>
                <w:b/>
                <w:color w:val="000000"/>
                <w:sz w:val="22"/>
              </w:rPr>
              <w:t>Taille d’échantillon idéale</w:t>
            </w:r>
          </w:p>
        </w:tc>
      </w:tr>
      <w:tr w:rsidR="00844C6D" w:rsidRPr="0081190E" w14:paraId="093BFD02" w14:textId="77777777">
        <w:trPr>
          <w:trHeight w:val="363"/>
        </w:trPr>
        <w:tc>
          <w:tcPr>
            <w:tcW w:w="1502" w:type="pct"/>
            <w:tcBorders>
              <w:top w:val="single" w:sz="4" w:space="0" w:color="auto"/>
              <w:left w:val="nil"/>
              <w:bottom w:val="single" w:sz="8" w:space="0" w:color="auto"/>
              <w:right w:val="nil"/>
            </w:tcBorders>
            <w:shd w:val="clear" w:color="auto" w:fill="auto"/>
            <w:vAlign w:val="center"/>
          </w:tcPr>
          <w:p w14:paraId="7FFBED2D" w14:textId="77777777" w:rsidR="00844C6D" w:rsidRPr="0081190E" w:rsidRDefault="00844C6D" w:rsidP="00CE6A40">
            <w:pPr>
              <w:spacing w:line="240" w:lineRule="auto"/>
              <w:jc w:val="left"/>
              <w:rPr>
                <w:rFonts w:asciiTheme="minorHAnsi" w:eastAsia="Times New Roman" w:hAnsiTheme="minorHAnsi" w:cstheme="minorHAnsi"/>
                <w:b/>
                <w:bCs/>
                <w:color w:val="000000"/>
                <w:sz w:val="22"/>
                <w:szCs w:val="22"/>
              </w:rPr>
            </w:pPr>
            <w:r>
              <w:rPr>
                <w:rFonts w:asciiTheme="minorHAnsi" w:hAnsiTheme="minorHAnsi"/>
                <w:b/>
                <w:color w:val="000000"/>
                <w:sz w:val="22"/>
              </w:rPr>
              <w:t>T.-N.-L.</w:t>
            </w:r>
          </w:p>
        </w:tc>
        <w:tc>
          <w:tcPr>
            <w:tcW w:w="1600" w:type="pct"/>
            <w:tcBorders>
              <w:top w:val="single" w:sz="4" w:space="0" w:color="auto"/>
              <w:left w:val="nil"/>
              <w:bottom w:val="single" w:sz="8" w:space="0" w:color="auto"/>
              <w:right w:val="nil"/>
            </w:tcBorders>
            <w:shd w:val="clear" w:color="auto" w:fill="auto"/>
            <w:vAlign w:val="center"/>
          </w:tcPr>
          <w:p w14:paraId="7EC6D513" w14:textId="77777777" w:rsidR="00844C6D" w:rsidRPr="0081190E" w:rsidRDefault="00844C6D"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color w:val="000000"/>
                <w:sz w:val="22"/>
              </w:rPr>
              <w:t>1,4 %</w:t>
            </w:r>
          </w:p>
        </w:tc>
        <w:tc>
          <w:tcPr>
            <w:tcW w:w="1898" w:type="pct"/>
            <w:tcBorders>
              <w:top w:val="single" w:sz="4" w:space="0" w:color="auto"/>
              <w:left w:val="nil"/>
              <w:bottom w:val="single" w:sz="8" w:space="0" w:color="auto"/>
              <w:right w:val="nil"/>
            </w:tcBorders>
            <w:shd w:val="clear" w:color="auto" w:fill="auto"/>
            <w:vAlign w:val="center"/>
          </w:tcPr>
          <w:p w14:paraId="2CE93250" w14:textId="77777777" w:rsidR="00844C6D" w:rsidRPr="0081190E" w:rsidRDefault="00844C6D"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color w:val="000000"/>
                <w:sz w:val="22"/>
              </w:rPr>
              <w:t>28</w:t>
            </w:r>
          </w:p>
        </w:tc>
      </w:tr>
      <w:tr w:rsidR="00844C6D" w:rsidRPr="0081190E" w14:paraId="2E623D1A" w14:textId="77777777">
        <w:trPr>
          <w:trHeight w:val="315"/>
        </w:trPr>
        <w:tc>
          <w:tcPr>
            <w:tcW w:w="1502" w:type="pct"/>
            <w:tcBorders>
              <w:top w:val="nil"/>
              <w:left w:val="nil"/>
              <w:bottom w:val="single" w:sz="8" w:space="0" w:color="auto"/>
              <w:right w:val="nil"/>
            </w:tcBorders>
            <w:shd w:val="clear" w:color="auto" w:fill="auto"/>
            <w:vAlign w:val="center"/>
          </w:tcPr>
          <w:p w14:paraId="5D65F650" w14:textId="77777777" w:rsidR="00844C6D" w:rsidRPr="0081190E" w:rsidRDefault="00844C6D" w:rsidP="00CE6A40">
            <w:pPr>
              <w:spacing w:line="240" w:lineRule="auto"/>
              <w:jc w:val="left"/>
              <w:rPr>
                <w:rFonts w:asciiTheme="minorHAnsi" w:eastAsia="Times New Roman" w:hAnsiTheme="minorHAnsi" w:cstheme="minorHAnsi"/>
                <w:b/>
                <w:bCs/>
                <w:color w:val="000000"/>
                <w:sz w:val="22"/>
                <w:szCs w:val="22"/>
              </w:rPr>
            </w:pPr>
            <w:r>
              <w:rPr>
                <w:rFonts w:asciiTheme="minorHAnsi" w:hAnsiTheme="minorHAnsi"/>
                <w:b/>
                <w:color w:val="000000"/>
                <w:sz w:val="22"/>
              </w:rPr>
              <w:t>Î.-P.-É.</w:t>
            </w:r>
          </w:p>
        </w:tc>
        <w:tc>
          <w:tcPr>
            <w:tcW w:w="1600" w:type="pct"/>
            <w:tcBorders>
              <w:top w:val="nil"/>
              <w:left w:val="nil"/>
              <w:bottom w:val="single" w:sz="8" w:space="0" w:color="auto"/>
              <w:right w:val="nil"/>
            </w:tcBorders>
            <w:shd w:val="clear" w:color="auto" w:fill="auto"/>
            <w:vAlign w:val="center"/>
          </w:tcPr>
          <w:p w14:paraId="2BA74AEF" w14:textId="355F140D" w:rsidR="00844C6D" w:rsidRPr="0081190E" w:rsidRDefault="00844C6D"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color w:val="000000"/>
                <w:sz w:val="22"/>
              </w:rPr>
              <w:t>0,45 %</w:t>
            </w:r>
          </w:p>
        </w:tc>
        <w:tc>
          <w:tcPr>
            <w:tcW w:w="1898" w:type="pct"/>
            <w:tcBorders>
              <w:top w:val="nil"/>
              <w:left w:val="nil"/>
              <w:bottom w:val="single" w:sz="8" w:space="0" w:color="auto"/>
              <w:right w:val="nil"/>
            </w:tcBorders>
            <w:shd w:val="clear" w:color="auto" w:fill="auto"/>
            <w:vAlign w:val="center"/>
          </w:tcPr>
          <w:p w14:paraId="4BF26D91" w14:textId="77777777" w:rsidR="00844C6D" w:rsidRPr="0081190E" w:rsidRDefault="00844C6D"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color w:val="000000"/>
                <w:sz w:val="22"/>
              </w:rPr>
              <w:t>9</w:t>
            </w:r>
          </w:p>
        </w:tc>
      </w:tr>
      <w:tr w:rsidR="00844C6D" w:rsidRPr="0081190E" w14:paraId="33FA9037" w14:textId="77777777">
        <w:trPr>
          <w:trHeight w:val="315"/>
        </w:trPr>
        <w:tc>
          <w:tcPr>
            <w:tcW w:w="1502" w:type="pct"/>
            <w:tcBorders>
              <w:top w:val="nil"/>
              <w:left w:val="nil"/>
              <w:bottom w:val="single" w:sz="8" w:space="0" w:color="auto"/>
              <w:right w:val="nil"/>
            </w:tcBorders>
            <w:shd w:val="clear" w:color="auto" w:fill="auto"/>
            <w:vAlign w:val="center"/>
          </w:tcPr>
          <w:p w14:paraId="09CED7BB" w14:textId="77777777" w:rsidR="00844C6D" w:rsidRPr="0081190E" w:rsidRDefault="00844C6D" w:rsidP="00CE6A40">
            <w:pPr>
              <w:spacing w:line="240" w:lineRule="auto"/>
              <w:jc w:val="left"/>
              <w:rPr>
                <w:rFonts w:asciiTheme="minorHAnsi" w:eastAsia="Times New Roman" w:hAnsiTheme="minorHAnsi" w:cstheme="minorHAnsi"/>
                <w:b/>
                <w:bCs/>
                <w:color w:val="000000"/>
                <w:sz w:val="22"/>
                <w:szCs w:val="22"/>
              </w:rPr>
            </w:pPr>
            <w:r>
              <w:rPr>
                <w:rFonts w:asciiTheme="minorHAnsi" w:hAnsiTheme="minorHAnsi"/>
                <w:b/>
                <w:color w:val="000000"/>
                <w:sz w:val="22"/>
              </w:rPr>
              <w:t>N.-É.</w:t>
            </w:r>
          </w:p>
        </w:tc>
        <w:tc>
          <w:tcPr>
            <w:tcW w:w="1600" w:type="pct"/>
            <w:tcBorders>
              <w:top w:val="nil"/>
              <w:left w:val="nil"/>
              <w:bottom w:val="single" w:sz="8" w:space="0" w:color="auto"/>
              <w:right w:val="nil"/>
            </w:tcBorders>
            <w:shd w:val="clear" w:color="auto" w:fill="auto"/>
            <w:vAlign w:val="center"/>
          </w:tcPr>
          <w:p w14:paraId="5F36C6C5" w14:textId="77777777" w:rsidR="00844C6D" w:rsidRPr="0081190E" w:rsidRDefault="00844C6D"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color w:val="000000"/>
                <w:sz w:val="22"/>
              </w:rPr>
              <w:t>2,6 %</w:t>
            </w:r>
          </w:p>
        </w:tc>
        <w:tc>
          <w:tcPr>
            <w:tcW w:w="1898" w:type="pct"/>
            <w:tcBorders>
              <w:top w:val="nil"/>
              <w:left w:val="nil"/>
              <w:bottom w:val="single" w:sz="8" w:space="0" w:color="auto"/>
              <w:right w:val="nil"/>
            </w:tcBorders>
            <w:shd w:val="clear" w:color="auto" w:fill="auto"/>
            <w:vAlign w:val="center"/>
          </w:tcPr>
          <w:p w14:paraId="5374695A" w14:textId="77777777" w:rsidR="00844C6D" w:rsidRPr="0081190E" w:rsidRDefault="00844C6D"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color w:val="000000"/>
                <w:sz w:val="22"/>
              </w:rPr>
              <w:t>52</w:t>
            </w:r>
          </w:p>
        </w:tc>
      </w:tr>
      <w:tr w:rsidR="00844C6D" w:rsidRPr="0081190E" w14:paraId="0A8F7A64" w14:textId="77777777">
        <w:trPr>
          <w:trHeight w:val="315"/>
        </w:trPr>
        <w:tc>
          <w:tcPr>
            <w:tcW w:w="1502" w:type="pct"/>
            <w:tcBorders>
              <w:top w:val="nil"/>
              <w:left w:val="nil"/>
              <w:bottom w:val="single" w:sz="8" w:space="0" w:color="auto"/>
              <w:right w:val="nil"/>
            </w:tcBorders>
            <w:shd w:val="clear" w:color="auto" w:fill="auto"/>
            <w:vAlign w:val="center"/>
          </w:tcPr>
          <w:p w14:paraId="2E7B64C0" w14:textId="77777777" w:rsidR="00844C6D" w:rsidRPr="0081190E" w:rsidRDefault="00844C6D" w:rsidP="00CE6A40">
            <w:pPr>
              <w:spacing w:line="240" w:lineRule="auto"/>
              <w:jc w:val="left"/>
              <w:rPr>
                <w:rFonts w:asciiTheme="minorHAnsi" w:eastAsia="Times New Roman" w:hAnsiTheme="minorHAnsi" w:cstheme="minorHAnsi"/>
                <w:b/>
                <w:bCs/>
                <w:color w:val="000000"/>
                <w:sz w:val="22"/>
                <w:szCs w:val="22"/>
              </w:rPr>
            </w:pPr>
            <w:r>
              <w:rPr>
                <w:rFonts w:asciiTheme="minorHAnsi" w:hAnsiTheme="minorHAnsi"/>
                <w:b/>
                <w:color w:val="000000"/>
                <w:sz w:val="22"/>
              </w:rPr>
              <w:t>N.-B.</w:t>
            </w:r>
          </w:p>
        </w:tc>
        <w:tc>
          <w:tcPr>
            <w:tcW w:w="1600" w:type="pct"/>
            <w:tcBorders>
              <w:top w:val="nil"/>
              <w:left w:val="nil"/>
              <w:bottom w:val="single" w:sz="8" w:space="0" w:color="auto"/>
              <w:right w:val="nil"/>
            </w:tcBorders>
            <w:shd w:val="clear" w:color="auto" w:fill="auto"/>
            <w:vAlign w:val="center"/>
          </w:tcPr>
          <w:p w14:paraId="4ED4DA43" w14:textId="77777777" w:rsidR="00844C6D" w:rsidRPr="0081190E" w:rsidRDefault="00844C6D"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color w:val="000000"/>
                <w:sz w:val="22"/>
              </w:rPr>
              <w:t>2,1 %</w:t>
            </w:r>
          </w:p>
        </w:tc>
        <w:tc>
          <w:tcPr>
            <w:tcW w:w="1898" w:type="pct"/>
            <w:tcBorders>
              <w:top w:val="nil"/>
              <w:left w:val="nil"/>
              <w:bottom w:val="single" w:sz="8" w:space="0" w:color="auto"/>
              <w:right w:val="nil"/>
            </w:tcBorders>
            <w:shd w:val="clear" w:color="auto" w:fill="auto"/>
            <w:vAlign w:val="center"/>
          </w:tcPr>
          <w:p w14:paraId="56C6253D" w14:textId="77777777" w:rsidR="00844C6D" w:rsidRPr="0081190E" w:rsidRDefault="00844C6D"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color w:val="000000"/>
                <w:sz w:val="22"/>
              </w:rPr>
              <w:t>42</w:t>
            </w:r>
          </w:p>
        </w:tc>
      </w:tr>
      <w:tr w:rsidR="00844C6D" w:rsidRPr="0081190E" w14:paraId="4496CDC9" w14:textId="77777777">
        <w:trPr>
          <w:trHeight w:val="315"/>
        </w:trPr>
        <w:tc>
          <w:tcPr>
            <w:tcW w:w="1502" w:type="pct"/>
            <w:tcBorders>
              <w:top w:val="nil"/>
              <w:left w:val="nil"/>
              <w:bottom w:val="single" w:sz="8" w:space="0" w:color="auto"/>
              <w:right w:val="nil"/>
            </w:tcBorders>
            <w:shd w:val="clear" w:color="auto" w:fill="auto"/>
            <w:vAlign w:val="center"/>
          </w:tcPr>
          <w:p w14:paraId="3D571104" w14:textId="77777777" w:rsidR="00844C6D" w:rsidRPr="0081190E" w:rsidRDefault="00844C6D" w:rsidP="00CE6A40">
            <w:pPr>
              <w:spacing w:line="240" w:lineRule="auto"/>
              <w:jc w:val="left"/>
              <w:rPr>
                <w:rFonts w:asciiTheme="minorHAnsi" w:eastAsia="Times New Roman" w:hAnsiTheme="minorHAnsi" w:cstheme="minorHAnsi"/>
                <w:b/>
                <w:bCs/>
                <w:color w:val="000000"/>
                <w:sz w:val="22"/>
                <w:szCs w:val="22"/>
              </w:rPr>
            </w:pPr>
            <w:proofErr w:type="spellStart"/>
            <w:r>
              <w:rPr>
                <w:rFonts w:asciiTheme="minorHAnsi" w:hAnsiTheme="minorHAnsi"/>
                <w:b/>
                <w:color w:val="000000"/>
                <w:sz w:val="22"/>
              </w:rPr>
              <w:t>Qc</w:t>
            </w:r>
            <w:proofErr w:type="spellEnd"/>
          </w:p>
        </w:tc>
        <w:tc>
          <w:tcPr>
            <w:tcW w:w="1600" w:type="pct"/>
            <w:tcBorders>
              <w:top w:val="nil"/>
              <w:left w:val="nil"/>
              <w:bottom w:val="single" w:sz="8" w:space="0" w:color="auto"/>
              <w:right w:val="nil"/>
            </w:tcBorders>
            <w:shd w:val="clear" w:color="auto" w:fill="auto"/>
            <w:vAlign w:val="center"/>
          </w:tcPr>
          <w:p w14:paraId="50349341" w14:textId="77777777" w:rsidR="00844C6D" w:rsidRPr="0081190E" w:rsidRDefault="00844C6D"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color w:val="000000"/>
                <w:sz w:val="22"/>
              </w:rPr>
              <w:t>22,9 %</w:t>
            </w:r>
          </w:p>
        </w:tc>
        <w:tc>
          <w:tcPr>
            <w:tcW w:w="1898" w:type="pct"/>
            <w:tcBorders>
              <w:top w:val="nil"/>
              <w:left w:val="nil"/>
              <w:bottom w:val="single" w:sz="8" w:space="0" w:color="auto"/>
              <w:right w:val="nil"/>
            </w:tcBorders>
            <w:shd w:val="clear" w:color="auto" w:fill="auto"/>
            <w:vAlign w:val="center"/>
          </w:tcPr>
          <w:p w14:paraId="0C02056D" w14:textId="77777777" w:rsidR="00844C6D" w:rsidRPr="0081190E" w:rsidRDefault="00844C6D"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color w:val="000000"/>
                <w:sz w:val="22"/>
              </w:rPr>
              <w:t>458</w:t>
            </w:r>
          </w:p>
        </w:tc>
      </w:tr>
      <w:tr w:rsidR="00844C6D" w:rsidRPr="0081190E" w14:paraId="261004B2" w14:textId="77777777">
        <w:trPr>
          <w:trHeight w:val="315"/>
        </w:trPr>
        <w:tc>
          <w:tcPr>
            <w:tcW w:w="1502" w:type="pct"/>
            <w:tcBorders>
              <w:top w:val="nil"/>
              <w:left w:val="nil"/>
              <w:bottom w:val="single" w:sz="8" w:space="0" w:color="auto"/>
              <w:right w:val="nil"/>
            </w:tcBorders>
            <w:shd w:val="clear" w:color="auto" w:fill="auto"/>
            <w:vAlign w:val="center"/>
          </w:tcPr>
          <w:p w14:paraId="686171C8" w14:textId="77777777" w:rsidR="00844C6D" w:rsidRPr="0081190E" w:rsidRDefault="00844C6D" w:rsidP="00CE6A40">
            <w:pPr>
              <w:spacing w:line="240" w:lineRule="auto"/>
              <w:jc w:val="left"/>
              <w:rPr>
                <w:rFonts w:asciiTheme="minorHAnsi" w:eastAsia="Times New Roman" w:hAnsiTheme="minorHAnsi" w:cstheme="minorHAnsi"/>
                <w:b/>
                <w:bCs/>
                <w:color w:val="000000"/>
                <w:sz w:val="22"/>
                <w:szCs w:val="22"/>
              </w:rPr>
            </w:pPr>
            <w:r>
              <w:rPr>
                <w:rFonts w:asciiTheme="minorHAnsi" w:hAnsiTheme="minorHAnsi"/>
                <w:b/>
                <w:color w:val="000000"/>
                <w:sz w:val="22"/>
              </w:rPr>
              <w:t>Ont.</w:t>
            </w:r>
          </w:p>
        </w:tc>
        <w:tc>
          <w:tcPr>
            <w:tcW w:w="1600" w:type="pct"/>
            <w:tcBorders>
              <w:top w:val="nil"/>
              <w:left w:val="nil"/>
              <w:bottom w:val="single" w:sz="8" w:space="0" w:color="auto"/>
              <w:right w:val="nil"/>
            </w:tcBorders>
            <w:shd w:val="clear" w:color="auto" w:fill="auto"/>
            <w:vAlign w:val="center"/>
          </w:tcPr>
          <w:p w14:paraId="7D56F6B8" w14:textId="77777777" w:rsidR="00844C6D" w:rsidRPr="0081190E" w:rsidRDefault="00844C6D"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color w:val="000000"/>
                <w:sz w:val="22"/>
              </w:rPr>
              <w:t>38,7 %</w:t>
            </w:r>
          </w:p>
        </w:tc>
        <w:tc>
          <w:tcPr>
            <w:tcW w:w="1898" w:type="pct"/>
            <w:tcBorders>
              <w:top w:val="nil"/>
              <w:left w:val="nil"/>
              <w:bottom w:val="single" w:sz="8" w:space="0" w:color="auto"/>
              <w:right w:val="nil"/>
            </w:tcBorders>
            <w:shd w:val="clear" w:color="auto" w:fill="auto"/>
            <w:vAlign w:val="center"/>
          </w:tcPr>
          <w:p w14:paraId="0C43F4B9" w14:textId="77777777" w:rsidR="00844C6D" w:rsidRPr="0081190E" w:rsidRDefault="00844C6D"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color w:val="000000"/>
                <w:sz w:val="22"/>
              </w:rPr>
              <w:t>774</w:t>
            </w:r>
          </w:p>
        </w:tc>
      </w:tr>
      <w:tr w:rsidR="00844C6D" w:rsidRPr="0081190E" w14:paraId="5B01BB87" w14:textId="77777777">
        <w:trPr>
          <w:trHeight w:val="315"/>
        </w:trPr>
        <w:tc>
          <w:tcPr>
            <w:tcW w:w="1502" w:type="pct"/>
            <w:tcBorders>
              <w:top w:val="nil"/>
              <w:left w:val="nil"/>
              <w:bottom w:val="single" w:sz="8" w:space="0" w:color="auto"/>
              <w:right w:val="nil"/>
            </w:tcBorders>
            <w:shd w:val="clear" w:color="auto" w:fill="auto"/>
            <w:vAlign w:val="center"/>
          </w:tcPr>
          <w:p w14:paraId="4F90EFF0" w14:textId="77777777" w:rsidR="00844C6D" w:rsidRPr="0081190E" w:rsidRDefault="00844C6D" w:rsidP="00CE6A40">
            <w:pPr>
              <w:spacing w:line="240" w:lineRule="auto"/>
              <w:jc w:val="left"/>
              <w:rPr>
                <w:rFonts w:asciiTheme="minorHAnsi" w:eastAsia="Times New Roman" w:hAnsiTheme="minorHAnsi" w:cstheme="minorHAnsi"/>
                <w:b/>
                <w:bCs/>
                <w:color w:val="000000"/>
                <w:sz w:val="22"/>
                <w:szCs w:val="22"/>
              </w:rPr>
            </w:pPr>
            <w:r>
              <w:rPr>
                <w:rFonts w:asciiTheme="minorHAnsi" w:hAnsiTheme="minorHAnsi"/>
                <w:b/>
                <w:color w:val="000000"/>
                <w:sz w:val="22"/>
              </w:rPr>
              <w:t>Man.</w:t>
            </w:r>
          </w:p>
        </w:tc>
        <w:tc>
          <w:tcPr>
            <w:tcW w:w="1600" w:type="pct"/>
            <w:tcBorders>
              <w:top w:val="nil"/>
              <w:left w:val="nil"/>
              <w:bottom w:val="single" w:sz="8" w:space="0" w:color="auto"/>
              <w:right w:val="nil"/>
            </w:tcBorders>
            <w:shd w:val="clear" w:color="auto" w:fill="auto"/>
            <w:vAlign w:val="center"/>
          </w:tcPr>
          <w:p w14:paraId="0651AAC6" w14:textId="77777777" w:rsidR="00844C6D" w:rsidRPr="0081190E" w:rsidRDefault="00844C6D"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color w:val="000000"/>
                <w:sz w:val="22"/>
              </w:rPr>
              <w:t>3,6 %</w:t>
            </w:r>
          </w:p>
        </w:tc>
        <w:tc>
          <w:tcPr>
            <w:tcW w:w="1898" w:type="pct"/>
            <w:tcBorders>
              <w:top w:val="nil"/>
              <w:left w:val="nil"/>
              <w:bottom w:val="single" w:sz="8" w:space="0" w:color="auto"/>
              <w:right w:val="nil"/>
            </w:tcBorders>
            <w:shd w:val="clear" w:color="auto" w:fill="auto"/>
            <w:vAlign w:val="center"/>
          </w:tcPr>
          <w:p w14:paraId="06112694" w14:textId="77777777" w:rsidR="00844C6D" w:rsidRPr="0081190E" w:rsidRDefault="00844C6D"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color w:val="000000"/>
                <w:sz w:val="22"/>
              </w:rPr>
              <w:t>72</w:t>
            </w:r>
          </w:p>
        </w:tc>
      </w:tr>
      <w:tr w:rsidR="00844C6D" w:rsidRPr="0081190E" w14:paraId="30032AB4" w14:textId="77777777">
        <w:trPr>
          <w:trHeight w:val="315"/>
        </w:trPr>
        <w:tc>
          <w:tcPr>
            <w:tcW w:w="1502" w:type="pct"/>
            <w:tcBorders>
              <w:top w:val="nil"/>
              <w:left w:val="nil"/>
              <w:bottom w:val="single" w:sz="8" w:space="0" w:color="auto"/>
              <w:right w:val="nil"/>
            </w:tcBorders>
            <w:shd w:val="clear" w:color="auto" w:fill="auto"/>
            <w:vAlign w:val="center"/>
          </w:tcPr>
          <w:p w14:paraId="6C8419FC" w14:textId="77777777" w:rsidR="00844C6D" w:rsidRPr="0081190E" w:rsidRDefault="00844C6D" w:rsidP="00CE6A40">
            <w:pPr>
              <w:spacing w:line="240" w:lineRule="auto"/>
              <w:jc w:val="left"/>
              <w:rPr>
                <w:rFonts w:asciiTheme="minorHAnsi" w:eastAsia="Times New Roman" w:hAnsiTheme="minorHAnsi" w:cstheme="minorHAnsi"/>
                <w:b/>
                <w:bCs/>
                <w:color w:val="000000"/>
                <w:sz w:val="22"/>
                <w:szCs w:val="22"/>
              </w:rPr>
            </w:pPr>
            <w:proofErr w:type="spellStart"/>
            <w:r>
              <w:rPr>
                <w:rFonts w:asciiTheme="minorHAnsi" w:hAnsiTheme="minorHAnsi"/>
                <w:b/>
                <w:color w:val="000000"/>
                <w:sz w:val="22"/>
              </w:rPr>
              <w:t>Sask</w:t>
            </w:r>
            <w:proofErr w:type="spellEnd"/>
            <w:r>
              <w:rPr>
                <w:rFonts w:asciiTheme="minorHAnsi" w:hAnsiTheme="minorHAnsi"/>
                <w:b/>
                <w:color w:val="000000"/>
                <w:sz w:val="22"/>
              </w:rPr>
              <w:t>.</w:t>
            </w:r>
          </w:p>
        </w:tc>
        <w:tc>
          <w:tcPr>
            <w:tcW w:w="1600" w:type="pct"/>
            <w:tcBorders>
              <w:top w:val="nil"/>
              <w:left w:val="nil"/>
              <w:bottom w:val="single" w:sz="8" w:space="0" w:color="auto"/>
              <w:right w:val="nil"/>
            </w:tcBorders>
            <w:shd w:val="clear" w:color="auto" w:fill="auto"/>
            <w:vAlign w:val="center"/>
          </w:tcPr>
          <w:p w14:paraId="22E5C0A0" w14:textId="77777777" w:rsidR="00844C6D" w:rsidRPr="0081190E" w:rsidRDefault="00844C6D"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color w:val="000000"/>
                <w:sz w:val="22"/>
              </w:rPr>
              <w:t>3,2 %</w:t>
            </w:r>
          </w:p>
        </w:tc>
        <w:tc>
          <w:tcPr>
            <w:tcW w:w="1898" w:type="pct"/>
            <w:tcBorders>
              <w:top w:val="nil"/>
              <w:left w:val="nil"/>
              <w:bottom w:val="single" w:sz="8" w:space="0" w:color="auto"/>
              <w:right w:val="nil"/>
            </w:tcBorders>
            <w:shd w:val="clear" w:color="auto" w:fill="auto"/>
            <w:vAlign w:val="center"/>
          </w:tcPr>
          <w:p w14:paraId="631B7923" w14:textId="77777777" w:rsidR="00844C6D" w:rsidRPr="0081190E" w:rsidRDefault="00844C6D"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color w:val="000000"/>
                <w:sz w:val="22"/>
              </w:rPr>
              <w:t>64</w:t>
            </w:r>
          </w:p>
        </w:tc>
      </w:tr>
      <w:tr w:rsidR="00844C6D" w:rsidRPr="0081190E" w14:paraId="686DC42A" w14:textId="77777777">
        <w:trPr>
          <w:trHeight w:val="315"/>
        </w:trPr>
        <w:tc>
          <w:tcPr>
            <w:tcW w:w="1502" w:type="pct"/>
            <w:tcBorders>
              <w:top w:val="nil"/>
              <w:left w:val="nil"/>
              <w:bottom w:val="single" w:sz="8" w:space="0" w:color="auto"/>
              <w:right w:val="nil"/>
            </w:tcBorders>
            <w:shd w:val="clear" w:color="auto" w:fill="auto"/>
            <w:vAlign w:val="center"/>
          </w:tcPr>
          <w:p w14:paraId="0489FFF4" w14:textId="77777777" w:rsidR="00844C6D" w:rsidRPr="0081190E" w:rsidRDefault="00844C6D" w:rsidP="00CE6A40">
            <w:pPr>
              <w:spacing w:line="240" w:lineRule="auto"/>
              <w:jc w:val="left"/>
              <w:rPr>
                <w:rFonts w:asciiTheme="minorHAnsi" w:eastAsia="Times New Roman" w:hAnsiTheme="minorHAnsi" w:cstheme="minorHAnsi"/>
                <w:b/>
                <w:bCs/>
                <w:color w:val="000000"/>
                <w:sz w:val="22"/>
                <w:szCs w:val="22"/>
              </w:rPr>
            </w:pPr>
            <w:proofErr w:type="spellStart"/>
            <w:r>
              <w:rPr>
                <w:rFonts w:asciiTheme="minorHAnsi" w:hAnsiTheme="minorHAnsi"/>
                <w:b/>
                <w:color w:val="000000"/>
                <w:sz w:val="22"/>
              </w:rPr>
              <w:t>Alb</w:t>
            </w:r>
            <w:proofErr w:type="spellEnd"/>
            <w:r>
              <w:rPr>
                <w:rFonts w:asciiTheme="minorHAnsi" w:hAnsiTheme="minorHAnsi"/>
                <w:b/>
                <w:color w:val="000000"/>
                <w:sz w:val="22"/>
              </w:rPr>
              <w:t>.</w:t>
            </w:r>
          </w:p>
        </w:tc>
        <w:tc>
          <w:tcPr>
            <w:tcW w:w="1600" w:type="pct"/>
            <w:tcBorders>
              <w:top w:val="nil"/>
              <w:left w:val="nil"/>
              <w:bottom w:val="single" w:sz="8" w:space="0" w:color="auto"/>
              <w:right w:val="nil"/>
            </w:tcBorders>
            <w:shd w:val="clear" w:color="auto" w:fill="auto"/>
            <w:vAlign w:val="center"/>
          </w:tcPr>
          <w:p w14:paraId="3D2CEED6" w14:textId="77777777" w:rsidR="00844C6D" w:rsidRPr="0081190E" w:rsidRDefault="00844C6D"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color w:val="000000"/>
                <w:sz w:val="22"/>
              </w:rPr>
              <w:t>11,6 %</w:t>
            </w:r>
          </w:p>
        </w:tc>
        <w:tc>
          <w:tcPr>
            <w:tcW w:w="1898" w:type="pct"/>
            <w:tcBorders>
              <w:top w:val="nil"/>
              <w:left w:val="nil"/>
              <w:bottom w:val="single" w:sz="8" w:space="0" w:color="auto"/>
              <w:right w:val="nil"/>
            </w:tcBorders>
            <w:shd w:val="clear" w:color="auto" w:fill="auto"/>
            <w:vAlign w:val="center"/>
          </w:tcPr>
          <w:p w14:paraId="7FD34E3F" w14:textId="77777777" w:rsidR="00844C6D" w:rsidRPr="0081190E" w:rsidRDefault="00844C6D"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color w:val="000000"/>
                <w:sz w:val="22"/>
              </w:rPr>
              <w:t>232</w:t>
            </w:r>
          </w:p>
        </w:tc>
      </w:tr>
      <w:tr w:rsidR="00844C6D" w:rsidRPr="0081190E" w14:paraId="20ED4A16" w14:textId="77777777">
        <w:trPr>
          <w:trHeight w:val="315"/>
        </w:trPr>
        <w:tc>
          <w:tcPr>
            <w:tcW w:w="1502" w:type="pct"/>
            <w:tcBorders>
              <w:top w:val="nil"/>
              <w:left w:val="nil"/>
              <w:bottom w:val="single" w:sz="8" w:space="0" w:color="auto"/>
              <w:right w:val="nil"/>
            </w:tcBorders>
            <w:shd w:val="clear" w:color="auto" w:fill="auto"/>
            <w:vAlign w:val="center"/>
          </w:tcPr>
          <w:p w14:paraId="560B7412" w14:textId="77777777" w:rsidR="00844C6D" w:rsidRPr="0081190E" w:rsidRDefault="00844C6D" w:rsidP="00CE6A40">
            <w:pPr>
              <w:spacing w:line="240" w:lineRule="auto"/>
              <w:jc w:val="left"/>
              <w:rPr>
                <w:rFonts w:asciiTheme="minorHAnsi" w:eastAsia="Times New Roman" w:hAnsiTheme="minorHAnsi" w:cstheme="minorHAnsi"/>
                <w:b/>
                <w:bCs/>
                <w:color w:val="000000"/>
                <w:sz w:val="22"/>
                <w:szCs w:val="22"/>
              </w:rPr>
            </w:pPr>
            <w:r>
              <w:rPr>
                <w:rFonts w:asciiTheme="minorHAnsi" w:hAnsiTheme="minorHAnsi"/>
                <w:b/>
                <w:color w:val="000000"/>
                <w:sz w:val="22"/>
              </w:rPr>
              <w:t>C.-B.</w:t>
            </w:r>
          </w:p>
        </w:tc>
        <w:tc>
          <w:tcPr>
            <w:tcW w:w="1600" w:type="pct"/>
            <w:tcBorders>
              <w:top w:val="nil"/>
              <w:left w:val="nil"/>
              <w:bottom w:val="single" w:sz="8" w:space="0" w:color="auto"/>
              <w:right w:val="nil"/>
            </w:tcBorders>
            <w:shd w:val="clear" w:color="auto" w:fill="auto"/>
            <w:vAlign w:val="center"/>
          </w:tcPr>
          <w:p w14:paraId="1070B733" w14:textId="77777777" w:rsidR="00844C6D" w:rsidRPr="0081190E" w:rsidRDefault="00844C6D"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color w:val="000000"/>
                <w:sz w:val="22"/>
              </w:rPr>
              <w:t>13,1 %</w:t>
            </w:r>
          </w:p>
        </w:tc>
        <w:tc>
          <w:tcPr>
            <w:tcW w:w="1898" w:type="pct"/>
            <w:tcBorders>
              <w:top w:val="nil"/>
              <w:left w:val="nil"/>
              <w:bottom w:val="single" w:sz="8" w:space="0" w:color="auto"/>
              <w:right w:val="nil"/>
            </w:tcBorders>
            <w:shd w:val="clear" w:color="auto" w:fill="auto"/>
            <w:vAlign w:val="center"/>
          </w:tcPr>
          <w:p w14:paraId="4F30DF24" w14:textId="77777777" w:rsidR="00844C6D" w:rsidRPr="0081190E" w:rsidRDefault="00844C6D"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color w:val="000000"/>
                <w:sz w:val="22"/>
              </w:rPr>
              <w:t>262</w:t>
            </w:r>
          </w:p>
        </w:tc>
      </w:tr>
      <w:tr w:rsidR="00844C6D" w:rsidRPr="0081190E" w14:paraId="04E85FC7" w14:textId="77777777">
        <w:trPr>
          <w:trHeight w:val="315"/>
        </w:trPr>
        <w:tc>
          <w:tcPr>
            <w:tcW w:w="1502" w:type="pct"/>
            <w:tcBorders>
              <w:top w:val="nil"/>
              <w:left w:val="nil"/>
              <w:bottom w:val="single" w:sz="8" w:space="0" w:color="auto"/>
              <w:right w:val="nil"/>
            </w:tcBorders>
            <w:shd w:val="clear" w:color="auto" w:fill="auto"/>
            <w:vAlign w:val="center"/>
          </w:tcPr>
          <w:p w14:paraId="4A3FF7F2" w14:textId="77777777" w:rsidR="00844C6D" w:rsidRPr="0081190E" w:rsidRDefault="00844C6D" w:rsidP="00CE6A40">
            <w:pPr>
              <w:spacing w:line="240" w:lineRule="auto"/>
              <w:jc w:val="left"/>
              <w:rPr>
                <w:rFonts w:asciiTheme="minorHAnsi" w:eastAsia="Times New Roman" w:hAnsiTheme="minorHAnsi" w:cstheme="minorHAnsi"/>
                <w:b/>
                <w:bCs/>
                <w:color w:val="000000"/>
                <w:sz w:val="22"/>
                <w:szCs w:val="22"/>
              </w:rPr>
            </w:pPr>
            <w:r>
              <w:rPr>
                <w:rFonts w:asciiTheme="minorHAnsi" w:hAnsiTheme="minorHAnsi"/>
                <w:b/>
                <w:color w:val="000000"/>
                <w:sz w:val="22"/>
              </w:rPr>
              <w:t>Territoires</w:t>
            </w:r>
          </w:p>
        </w:tc>
        <w:tc>
          <w:tcPr>
            <w:tcW w:w="1600" w:type="pct"/>
            <w:tcBorders>
              <w:top w:val="nil"/>
              <w:left w:val="nil"/>
              <w:bottom w:val="single" w:sz="8" w:space="0" w:color="auto"/>
              <w:right w:val="nil"/>
            </w:tcBorders>
            <w:shd w:val="clear" w:color="auto" w:fill="auto"/>
            <w:vAlign w:val="center"/>
          </w:tcPr>
          <w:p w14:paraId="1317E379" w14:textId="1B911150" w:rsidR="00844C6D" w:rsidRPr="0081190E" w:rsidRDefault="00844C6D"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color w:val="000000"/>
                <w:sz w:val="22"/>
              </w:rPr>
              <w:t>0,35 %</w:t>
            </w:r>
          </w:p>
        </w:tc>
        <w:tc>
          <w:tcPr>
            <w:tcW w:w="1898" w:type="pct"/>
            <w:tcBorders>
              <w:top w:val="nil"/>
              <w:left w:val="nil"/>
              <w:bottom w:val="single" w:sz="8" w:space="0" w:color="auto"/>
              <w:right w:val="nil"/>
            </w:tcBorders>
            <w:shd w:val="clear" w:color="auto" w:fill="auto"/>
            <w:vAlign w:val="center"/>
          </w:tcPr>
          <w:p w14:paraId="167E434B" w14:textId="77777777" w:rsidR="00844C6D" w:rsidRPr="0081190E" w:rsidRDefault="00844C6D"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color w:val="000000"/>
                <w:sz w:val="22"/>
              </w:rPr>
              <w:t>7</w:t>
            </w:r>
          </w:p>
        </w:tc>
      </w:tr>
      <w:tr w:rsidR="00844C6D" w:rsidRPr="0081190E" w14:paraId="1220592F" w14:textId="77777777">
        <w:trPr>
          <w:trHeight w:val="315"/>
        </w:trPr>
        <w:tc>
          <w:tcPr>
            <w:tcW w:w="1502" w:type="pct"/>
            <w:tcBorders>
              <w:top w:val="nil"/>
              <w:left w:val="nil"/>
              <w:bottom w:val="single" w:sz="8" w:space="0" w:color="auto"/>
              <w:right w:val="nil"/>
            </w:tcBorders>
            <w:shd w:val="clear" w:color="auto" w:fill="auto"/>
            <w:vAlign w:val="center"/>
          </w:tcPr>
          <w:p w14:paraId="61AF0C5D" w14:textId="77777777" w:rsidR="00844C6D" w:rsidRPr="0081190E" w:rsidRDefault="00844C6D" w:rsidP="00CE6A40">
            <w:pPr>
              <w:spacing w:line="240" w:lineRule="auto"/>
              <w:jc w:val="left"/>
              <w:rPr>
                <w:rFonts w:asciiTheme="minorHAnsi" w:eastAsia="Times New Roman" w:hAnsiTheme="minorHAnsi" w:cstheme="minorHAnsi"/>
                <w:b/>
                <w:bCs/>
                <w:color w:val="000000"/>
                <w:sz w:val="22"/>
                <w:szCs w:val="22"/>
              </w:rPr>
            </w:pPr>
            <w:r>
              <w:rPr>
                <w:rFonts w:asciiTheme="minorHAnsi" w:hAnsiTheme="minorHAnsi"/>
                <w:b/>
                <w:color w:val="000000"/>
                <w:sz w:val="22"/>
              </w:rPr>
              <w:t>TOTAL</w:t>
            </w:r>
          </w:p>
        </w:tc>
        <w:tc>
          <w:tcPr>
            <w:tcW w:w="1600" w:type="pct"/>
            <w:tcBorders>
              <w:top w:val="nil"/>
              <w:left w:val="nil"/>
              <w:bottom w:val="single" w:sz="8" w:space="0" w:color="auto"/>
              <w:right w:val="nil"/>
            </w:tcBorders>
            <w:shd w:val="clear" w:color="auto" w:fill="auto"/>
            <w:vAlign w:val="center"/>
          </w:tcPr>
          <w:p w14:paraId="137A3909" w14:textId="7E59365D" w:rsidR="00844C6D" w:rsidRPr="0081190E" w:rsidRDefault="00844C6D" w:rsidP="00CE6A40">
            <w:pPr>
              <w:spacing w:line="240" w:lineRule="auto"/>
              <w:jc w:val="left"/>
              <w:rPr>
                <w:rFonts w:asciiTheme="minorHAnsi" w:eastAsia="Times New Roman" w:hAnsiTheme="minorHAnsi" w:cstheme="minorHAnsi"/>
                <w:b/>
                <w:bCs/>
                <w:color w:val="000000"/>
                <w:sz w:val="22"/>
                <w:szCs w:val="22"/>
              </w:rPr>
            </w:pPr>
            <w:r>
              <w:rPr>
                <w:rFonts w:asciiTheme="minorHAnsi" w:hAnsiTheme="minorHAnsi"/>
                <w:b/>
                <w:color w:val="000000"/>
                <w:sz w:val="22"/>
              </w:rPr>
              <w:t>100 %</w:t>
            </w:r>
          </w:p>
        </w:tc>
        <w:tc>
          <w:tcPr>
            <w:tcW w:w="1898" w:type="pct"/>
            <w:tcBorders>
              <w:top w:val="nil"/>
              <w:left w:val="nil"/>
              <w:bottom w:val="single" w:sz="8" w:space="0" w:color="auto"/>
              <w:right w:val="nil"/>
            </w:tcBorders>
            <w:shd w:val="clear" w:color="auto" w:fill="auto"/>
            <w:vAlign w:val="center"/>
          </w:tcPr>
          <w:p w14:paraId="52EABB4D" w14:textId="77777777" w:rsidR="00844C6D" w:rsidRPr="0081190E" w:rsidRDefault="00844C6D" w:rsidP="00CE6A40">
            <w:pPr>
              <w:spacing w:line="240" w:lineRule="auto"/>
              <w:jc w:val="left"/>
              <w:rPr>
                <w:rFonts w:asciiTheme="minorHAnsi" w:eastAsia="Times New Roman" w:hAnsiTheme="minorHAnsi" w:cstheme="minorHAnsi"/>
                <w:b/>
                <w:bCs/>
                <w:color w:val="000000"/>
                <w:sz w:val="22"/>
                <w:szCs w:val="22"/>
              </w:rPr>
            </w:pPr>
            <w:r>
              <w:rPr>
                <w:rFonts w:asciiTheme="minorHAnsi" w:hAnsiTheme="minorHAnsi"/>
                <w:b/>
                <w:color w:val="000000"/>
                <w:sz w:val="22"/>
              </w:rPr>
              <w:t>2000</w:t>
            </w:r>
          </w:p>
        </w:tc>
      </w:tr>
    </w:tbl>
    <w:p w14:paraId="64EA4AE4" w14:textId="42B41ACC" w:rsidR="003D75ED" w:rsidRDefault="003D75ED" w:rsidP="00CE6A40">
      <w:pPr>
        <w:pStyle w:val="Heading1"/>
        <w:spacing w:line="276" w:lineRule="auto"/>
        <w:jc w:val="left"/>
        <w:rPr>
          <w:rFonts w:asciiTheme="minorHAnsi" w:hAnsiTheme="minorHAnsi" w:cstheme="minorHAnsi"/>
          <w:smallCaps/>
        </w:rPr>
      </w:pPr>
    </w:p>
    <w:p w14:paraId="1274CD2B" w14:textId="77777777" w:rsidR="003D75ED" w:rsidRDefault="003D75ED">
      <w:pPr>
        <w:spacing w:line="240" w:lineRule="auto"/>
        <w:jc w:val="left"/>
        <w:rPr>
          <w:rFonts w:asciiTheme="minorHAnsi" w:hAnsiTheme="minorHAnsi" w:cstheme="minorHAnsi"/>
          <w:b/>
          <w:bCs/>
          <w:smallCaps/>
          <w:kern w:val="32"/>
          <w:sz w:val="32"/>
          <w:szCs w:val="32"/>
        </w:rPr>
      </w:pPr>
      <w:r>
        <w:rPr>
          <w:rFonts w:asciiTheme="minorHAnsi" w:hAnsiTheme="minorHAnsi" w:cstheme="minorHAnsi"/>
          <w:smallCaps/>
        </w:rPr>
        <w:br w:type="page"/>
      </w:r>
    </w:p>
    <w:p w14:paraId="0B47FB0D" w14:textId="4FF7224B" w:rsidR="00303032" w:rsidRPr="00303032" w:rsidRDefault="00337163" w:rsidP="00CE6A40">
      <w:pPr>
        <w:pStyle w:val="Heading1"/>
        <w:spacing w:line="276" w:lineRule="auto"/>
        <w:jc w:val="left"/>
        <w:rPr>
          <w:rFonts w:asciiTheme="minorHAnsi" w:hAnsiTheme="minorHAnsi" w:cstheme="minorHAnsi"/>
          <w:smallCaps/>
        </w:rPr>
      </w:pPr>
      <w:bookmarkStart w:id="56" w:name="_Toc75287152"/>
      <w:r>
        <w:rPr>
          <w:rFonts w:asciiTheme="minorHAnsi" w:hAnsiTheme="minorHAnsi"/>
          <w:smallCaps/>
        </w:rPr>
        <w:lastRenderedPageBreak/>
        <w:t>3. Invitations</w:t>
      </w:r>
      <w:bookmarkEnd w:id="56"/>
    </w:p>
    <w:p w14:paraId="6376DC9D" w14:textId="77777777" w:rsidR="0055511A" w:rsidRPr="00303032" w:rsidRDefault="0055511A" w:rsidP="00CE6A40">
      <w:pPr>
        <w:spacing w:line="276" w:lineRule="auto"/>
        <w:jc w:val="left"/>
        <w:rPr>
          <w:rFonts w:asciiTheme="minorHAnsi" w:hAnsiTheme="minorHAnsi" w:cstheme="minorHAnsi"/>
          <w:lang w:val="en-CA"/>
        </w:rPr>
      </w:pPr>
    </w:p>
    <w:p w14:paraId="61FA6A65" w14:textId="77777777" w:rsidR="0055511A" w:rsidRPr="00303032" w:rsidRDefault="00337163" w:rsidP="00F46697">
      <w:pPr>
        <w:pStyle w:val="Heading3"/>
      </w:pPr>
      <w:bookmarkStart w:id="57" w:name="_Toc511033670"/>
      <w:bookmarkStart w:id="58" w:name="_Toc75287153"/>
      <w:r>
        <w:t>3.1 Détails des invitations et des rappels par courriel et messagerie texte</w:t>
      </w:r>
      <w:bookmarkEnd w:id="57"/>
      <w:bookmarkEnd w:id="58"/>
    </w:p>
    <w:p w14:paraId="5ED08C17" w14:textId="77777777" w:rsidR="0055511A" w:rsidRPr="00316687" w:rsidRDefault="0055511A" w:rsidP="00CE6A40">
      <w:pPr>
        <w:spacing w:line="276" w:lineRule="auto"/>
        <w:jc w:val="left"/>
        <w:rPr>
          <w:rFonts w:asciiTheme="minorHAnsi" w:hAnsiTheme="minorHAnsi" w:cstheme="minorHAnsi"/>
          <w:smallCaps/>
          <w:lang w:val="fr-FR"/>
        </w:rPr>
      </w:pPr>
    </w:p>
    <w:p w14:paraId="019B41AD" w14:textId="06269166" w:rsidR="00106790" w:rsidRPr="0081190E" w:rsidRDefault="000D4307" w:rsidP="00CE6A40">
      <w:pPr>
        <w:spacing w:line="276" w:lineRule="auto"/>
        <w:jc w:val="left"/>
        <w:rPr>
          <w:rFonts w:asciiTheme="minorHAnsi" w:hAnsiTheme="minorHAnsi" w:cstheme="minorHAnsi"/>
          <w:sz w:val="22"/>
          <w:szCs w:val="22"/>
        </w:rPr>
      </w:pPr>
      <w:bookmarkStart w:id="59" w:name="_Hlk68093513"/>
      <w:r>
        <w:rPr>
          <w:rFonts w:asciiTheme="minorHAnsi" w:hAnsiTheme="minorHAnsi"/>
          <w:sz w:val="22"/>
        </w:rPr>
        <w:t>Des invitations ont été envoyées par messagerie texte et regroupées par province pour veiller à ce qu’elles soient envoyées à des heures appropriées dans chaque fuseau horaire.</w:t>
      </w:r>
    </w:p>
    <w:p w14:paraId="3C332BDE" w14:textId="77777777" w:rsidR="00106790" w:rsidRPr="00316687" w:rsidRDefault="00106790" w:rsidP="00CE6A40">
      <w:pPr>
        <w:spacing w:line="276" w:lineRule="auto"/>
        <w:jc w:val="left"/>
        <w:rPr>
          <w:rFonts w:asciiTheme="minorHAnsi" w:hAnsiTheme="minorHAnsi" w:cstheme="minorHAnsi"/>
          <w:sz w:val="22"/>
          <w:szCs w:val="22"/>
          <w:lang w:val="fr-FR"/>
        </w:rPr>
      </w:pPr>
    </w:p>
    <w:p w14:paraId="1226A8F6" w14:textId="18871264" w:rsidR="000F4E60" w:rsidRPr="0081190E" w:rsidRDefault="00C029C9" w:rsidP="00CE6A40">
      <w:pPr>
        <w:spacing w:line="276" w:lineRule="auto"/>
        <w:jc w:val="left"/>
        <w:rPr>
          <w:rFonts w:asciiTheme="minorHAnsi" w:hAnsiTheme="minorHAnsi" w:cstheme="minorHAnsi"/>
          <w:sz w:val="22"/>
          <w:szCs w:val="22"/>
        </w:rPr>
      </w:pPr>
      <w:r>
        <w:rPr>
          <w:rFonts w:asciiTheme="minorHAnsi" w:hAnsiTheme="minorHAnsi"/>
          <w:sz w:val="22"/>
        </w:rPr>
        <w:t>Un message de rappel a été envoyé trois jours après l’envoi de l’invitation initiale aux personnes qui n’avaient pas rempli le questionnaire ou qui n’avaient pas été exclues du sondage. Jusqu’à deux messages de rappel ont été envoyés. En tout, 18 686 messages texte ont été envoyés au cours de la collecte de données pour cette étude.</w:t>
      </w:r>
      <w:bookmarkEnd w:id="59"/>
    </w:p>
    <w:p w14:paraId="702CA4FB" w14:textId="77777777" w:rsidR="005D13C7" w:rsidRPr="00316687" w:rsidRDefault="005D13C7" w:rsidP="00CE6A40">
      <w:pPr>
        <w:spacing w:line="276" w:lineRule="auto"/>
        <w:jc w:val="left"/>
        <w:rPr>
          <w:rFonts w:asciiTheme="minorHAnsi" w:hAnsiTheme="minorHAnsi" w:cstheme="minorHAnsi"/>
          <w:sz w:val="22"/>
          <w:szCs w:val="22"/>
          <w:lang w:val="fr-FR"/>
        </w:rPr>
      </w:pPr>
    </w:p>
    <w:p w14:paraId="7BC21330" w14:textId="702FF243" w:rsidR="000F6307" w:rsidRPr="0081190E" w:rsidRDefault="005D13C7" w:rsidP="00CE6A40">
      <w:pPr>
        <w:pStyle w:val="Caption"/>
        <w:keepNext/>
        <w:spacing w:line="276" w:lineRule="auto"/>
        <w:jc w:val="left"/>
        <w:rPr>
          <w:sz w:val="22"/>
          <w:szCs w:val="22"/>
        </w:rPr>
      </w:pPr>
      <w:r>
        <w:rPr>
          <w:rFonts w:asciiTheme="minorHAnsi" w:hAnsiTheme="minorHAnsi"/>
          <w:sz w:val="22"/>
        </w:rPr>
        <w:t>Tableau 2 : Nombre d’invitations et de rappels envoyés par messagerie texte </w:t>
      </w:r>
    </w:p>
    <w:tbl>
      <w:tblPr>
        <w:tblW w:w="5220" w:type="dxa"/>
        <w:jc w:val="center"/>
        <w:tblLook w:val="04A0" w:firstRow="1" w:lastRow="0" w:firstColumn="1" w:lastColumn="0" w:noHBand="0" w:noVBand="1"/>
      </w:tblPr>
      <w:tblGrid>
        <w:gridCol w:w="1780"/>
        <w:gridCol w:w="1720"/>
        <w:gridCol w:w="1720"/>
      </w:tblGrid>
      <w:tr w:rsidR="009F2E86" w:rsidRPr="0081190E" w14:paraId="70B0D5B4" w14:textId="77777777">
        <w:trPr>
          <w:trHeight w:val="330"/>
          <w:jc w:val="center"/>
        </w:trPr>
        <w:tc>
          <w:tcPr>
            <w:tcW w:w="1780" w:type="dxa"/>
            <w:tcBorders>
              <w:top w:val="single" w:sz="4" w:space="0" w:color="auto"/>
              <w:left w:val="nil"/>
              <w:bottom w:val="double" w:sz="6" w:space="0" w:color="auto"/>
              <w:right w:val="nil"/>
            </w:tcBorders>
            <w:shd w:val="clear" w:color="auto" w:fill="auto"/>
            <w:noWrap/>
            <w:vAlign w:val="center"/>
          </w:tcPr>
          <w:p w14:paraId="5F6708C1" w14:textId="77777777" w:rsidR="009F2E86" w:rsidRPr="0081190E" w:rsidRDefault="009F2E86" w:rsidP="00CE6A40">
            <w:pPr>
              <w:spacing w:line="240" w:lineRule="auto"/>
              <w:jc w:val="left"/>
              <w:rPr>
                <w:rFonts w:asciiTheme="minorHAnsi" w:eastAsia="Times New Roman" w:hAnsiTheme="minorHAnsi" w:cstheme="minorHAnsi"/>
                <w:b/>
                <w:bCs/>
                <w:sz w:val="22"/>
                <w:szCs w:val="22"/>
              </w:rPr>
            </w:pPr>
            <w:r>
              <w:rPr>
                <w:rFonts w:asciiTheme="minorHAnsi" w:hAnsiTheme="minorHAnsi"/>
                <w:b/>
                <w:sz w:val="22"/>
              </w:rPr>
              <w:t>ID du message</w:t>
            </w:r>
          </w:p>
        </w:tc>
        <w:tc>
          <w:tcPr>
            <w:tcW w:w="1720" w:type="dxa"/>
            <w:tcBorders>
              <w:top w:val="single" w:sz="4" w:space="0" w:color="auto"/>
              <w:left w:val="nil"/>
              <w:bottom w:val="double" w:sz="6" w:space="0" w:color="auto"/>
              <w:right w:val="nil"/>
            </w:tcBorders>
            <w:vAlign w:val="center"/>
          </w:tcPr>
          <w:p w14:paraId="0EC7B8BF" w14:textId="77777777" w:rsidR="009F2E86" w:rsidRPr="0081190E" w:rsidRDefault="009F2E86" w:rsidP="00CE6A40">
            <w:pPr>
              <w:spacing w:line="240" w:lineRule="auto"/>
              <w:jc w:val="left"/>
              <w:rPr>
                <w:rFonts w:asciiTheme="minorHAnsi" w:eastAsia="Times New Roman" w:hAnsiTheme="minorHAnsi" w:cstheme="minorHAnsi"/>
                <w:b/>
                <w:bCs/>
                <w:sz w:val="22"/>
                <w:szCs w:val="22"/>
              </w:rPr>
            </w:pPr>
            <w:r>
              <w:rPr>
                <w:rFonts w:asciiTheme="minorHAnsi" w:hAnsiTheme="minorHAnsi"/>
                <w:b/>
                <w:sz w:val="22"/>
              </w:rPr>
              <w:t>Objet</w:t>
            </w:r>
          </w:p>
        </w:tc>
        <w:tc>
          <w:tcPr>
            <w:tcW w:w="1720" w:type="dxa"/>
            <w:tcBorders>
              <w:top w:val="single" w:sz="4" w:space="0" w:color="auto"/>
              <w:left w:val="nil"/>
              <w:bottom w:val="double" w:sz="6" w:space="0" w:color="auto"/>
              <w:right w:val="nil"/>
            </w:tcBorders>
            <w:shd w:val="clear" w:color="auto" w:fill="auto"/>
            <w:noWrap/>
            <w:vAlign w:val="center"/>
          </w:tcPr>
          <w:p w14:paraId="1F0728B1" w14:textId="77777777" w:rsidR="009F2E86" w:rsidRPr="0081190E" w:rsidRDefault="009F2E86" w:rsidP="00CE6A40">
            <w:pPr>
              <w:spacing w:line="240" w:lineRule="auto"/>
              <w:jc w:val="left"/>
              <w:rPr>
                <w:rFonts w:asciiTheme="minorHAnsi" w:eastAsia="Times New Roman" w:hAnsiTheme="minorHAnsi" w:cstheme="minorHAnsi"/>
                <w:b/>
                <w:bCs/>
                <w:sz w:val="22"/>
                <w:szCs w:val="22"/>
              </w:rPr>
            </w:pPr>
            <w:r>
              <w:rPr>
                <w:rFonts w:asciiTheme="minorHAnsi" w:hAnsiTheme="minorHAnsi"/>
                <w:b/>
                <w:sz w:val="22"/>
              </w:rPr>
              <w:t xml:space="preserve">Total de messages envoyés </w:t>
            </w:r>
          </w:p>
        </w:tc>
      </w:tr>
      <w:tr w:rsidR="009F2E86" w:rsidRPr="0081190E" w14:paraId="66195B50" w14:textId="77777777">
        <w:trPr>
          <w:trHeight w:val="315"/>
          <w:jc w:val="center"/>
        </w:trPr>
        <w:tc>
          <w:tcPr>
            <w:tcW w:w="1780" w:type="dxa"/>
            <w:tcBorders>
              <w:top w:val="nil"/>
              <w:left w:val="nil"/>
              <w:bottom w:val="single" w:sz="4" w:space="0" w:color="auto"/>
              <w:right w:val="nil"/>
            </w:tcBorders>
            <w:shd w:val="clear" w:color="auto" w:fill="auto"/>
            <w:noWrap/>
            <w:vAlign w:val="center"/>
          </w:tcPr>
          <w:p w14:paraId="4B035E90" w14:textId="77777777" w:rsidR="009F2E86" w:rsidRPr="0081190E" w:rsidRDefault="009F2E86" w:rsidP="00CE6A40">
            <w:pPr>
              <w:spacing w:line="240" w:lineRule="auto"/>
              <w:jc w:val="left"/>
              <w:rPr>
                <w:rFonts w:asciiTheme="minorHAnsi" w:eastAsia="Times New Roman" w:hAnsiTheme="minorHAnsi" w:cstheme="minorHAnsi"/>
                <w:sz w:val="22"/>
                <w:szCs w:val="22"/>
              </w:rPr>
            </w:pPr>
            <w:r>
              <w:rPr>
                <w:rFonts w:asciiTheme="minorHAnsi" w:hAnsiTheme="minorHAnsi"/>
                <w:sz w:val="22"/>
              </w:rPr>
              <w:t>1</w:t>
            </w:r>
          </w:p>
        </w:tc>
        <w:tc>
          <w:tcPr>
            <w:tcW w:w="1720" w:type="dxa"/>
            <w:tcBorders>
              <w:top w:val="nil"/>
              <w:left w:val="nil"/>
              <w:bottom w:val="single" w:sz="4" w:space="0" w:color="auto"/>
              <w:right w:val="nil"/>
            </w:tcBorders>
            <w:vAlign w:val="center"/>
          </w:tcPr>
          <w:p w14:paraId="5B4FA409" w14:textId="77777777" w:rsidR="009F2E86" w:rsidRPr="0081190E" w:rsidRDefault="009F2E86" w:rsidP="00CE6A40">
            <w:pPr>
              <w:spacing w:line="240" w:lineRule="auto"/>
              <w:jc w:val="left"/>
              <w:rPr>
                <w:rFonts w:asciiTheme="minorHAnsi" w:eastAsia="Times New Roman" w:hAnsiTheme="minorHAnsi" w:cstheme="minorHAnsi"/>
                <w:sz w:val="22"/>
                <w:szCs w:val="22"/>
              </w:rPr>
            </w:pPr>
            <w:r>
              <w:rPr>
                <w:rFonts w:asciiTheme="minorHAnsi" w:hAnsiTheme="minorHAnsi"/>
                <w:sz w:val="22"/>
              </w:rPr>
              <w:t>Invitation (anglais)</w:t>
            </w:r>
          </w:p>
        </w:tc>
        <w:tc>
          <w:tcPr>
            <w:tcW w:w="1720" w:type="dxa"/>
            <w:tcBorders>
              <w:top w:val="nil"/>
              <w:left w:val="nil"/>
              <w:bottom w:val="single" w:sz="4" w:space="0" w:color="auto"/>
              <w:right w:val="nil"/>
            </w:tcBorders>
            <w:shd w:val="clear" w:color="auto" w:fill="auto"/>
            <w:noWrap/>
            <w:vAlign w:val="center"/>
          </w:tcPr>
          <w:p w14:paraId="1954D26D" w14:textId="77777777" w:rsidR="009F2E86" w:rsidRPr="0081190E" w:rsidRDefault="00DF1F92" w:rsidP="00CE6A40">
            <w:pPr>
              <w:spacing w:line="240" w:lineRule="auto"/>
              <w:jc w:val="left"/>
              <w:rPr>
                <w:rFonts w:asciiTheme="minorHAnsi" w:eastAsia="Times New Roman" w:hAnsiTheme="minorHAnsi" w:cstheme="minorHAnsi"/>
                <w:sz w:val="22"/>
                <w:szCs w:val="22"/>
              </w:rPr>
            </w:pPr>
            <w:r>
              <w:rPr>
                <w:rFonts w:asciiTheme="minorHAnsi" w:hAnsiTheme="minorHAnsi"/>
                <w:sz w:val="22"/>
              </w:rPr>
              <w:t>9 463</w:t>
            </w:r>
          </w:p>
        </w:tc>
      </w:tr>
      <w:tr w:rsidR="009F2E86" w:rsidRPr="0081190E" w14:paraId="386D30BF" w14:textId="77777777">
        <w:trPr>
          <w:trHeight w:val="300"/>
          <w:jc w:val="center"/>
        </w:trPr>
        <w:tc>
          <w:tcPr>
            <w:tcW w:w="1780" w:type="dxa"/>
            <w:tcBorders>
              <w:top w:val="single" w:sz="4" w:space="0" w:color="auto"/>
              <w:left w:val="nil"/>
              <w:bottom w:val="single" w:sz="4" w:space="0" w:color="auto"/>
              <w:right w:val="nil"/>
            </w:tcBorders>
            <w:shd w:val="clear" w:color="auto" w:fill="auto"/>
            <w:noWrap/>
            <w:vAlign w:val="center"/>
          </w:tcPr>
          <w:p w14:paraId="75D10358" w14:textId="77777777" w:rsidR="009F2E86" w:rsidRPr="0081190E" w:rsidRDefault="009F2E86" w:rsidP="00CE6A40">
            <w:pPr>
              <w:spacing w:line="240" w:lineRule="auto"/>
              <w:jc w:val="left"/>
              <w:rPr>
                <w:rFonts w:asciiTheme="minorHAnsi" w:eastAsia="Times New Roman" w:hAnsiTheme="minorHAnsi" w:cstheme="minorHAnsi"/>
                <w:sz w:val="22"/>
                <w:szCs w:val="22"/>
              </w:rPr>
            </w:pPr>
            <w:r>
              <w:rPr>
                <w:rFonts w:asciiTheme="minorHAnsi" w:hAnsiTheme="minorHAnsi"/>
                <w:sz w:val="22"/>
              </w:rPr>
              <w:t>2</w:t>
            </w:r>
          </w:p>
        </w:tc>
        <w:tc>
          <w:tcPr>
            <w:tcW w:w="1720" w:type="dxa"/>
            <w:tcBorders>
              <w:top w:val="single" w:sz="4" w:space="0" w:color="auto"/>
              <w:left w:val="nil"/>
              <w:bottom w:val="single" w:sz="4" w:space="0" w:color="auto"/>
              <w:right w:val="nil"/>
            </w:tcBorders>
            <w:vAlign w:val="center"/>
          </w:tcPr>
          <w:p w14:paraId="6E7A4DC3" w14:textId="77777777" w:rsidR="009F2E86" w:rsidRPr="0081190E" w:rsidRDefault="009F2E86" w:rsidP="00CE6A40">
            <w:pPr>
              <w:spacing w:line="240" w:lineRule="auto"/>
              <w:jc w:val="left"/>
              <w:rPr>
                <w:rFonts w:asciiTheme="minorHAnsi" w:eastAsia="Times New Roman" w:hAnsiTheme="minorHAnsi" w:cstheme="minorHAnsi"/>
                <w:sz w:val="22"/>
                <w:szCs w:val="22"/>
              </w:rPr>
            </w:pPr>
            <w:r>
              <w:rPr>
                <w:rFonts w:asciiTheme="minorHAnsi" w:hAnsiTheme="minorHAnsi"/>
                <w:sz w:val="22"/>
              </w:rPr>
              <w:t>Invitation (français)</w:t>
            </w:r>
          </w:p>
        </w:tc>
        <w:tc>
          <w:tcPr>
            <w:tcW w:w="1720" w:type="dxa"/>
            <w:tcBorders>
              <w:top w:val="single" w:sz="4" w:space="0" w:color="auto"/>
              <w:left w:val="nil"/>
              <w:bottom w:val="single" w:sz="4" w:space="0" w:color="auto"/>
              <w:right w:val="nil"/>
            </w:tcBorders>
            <w:shd w:val="clear" w:color="auto" w:fill="auto"/>
            <w:noWrap/>
            <w:vAlign w:val="center"/>
          </w:tcPr>
          <w:p w14:paraId="65062959" w14:textId="77777777" w:rsidR="009F2E86" w:rsidRPr="0081190E" w:rsidRDefault="00DF1F92" w:rsidP="00CE6A40">
            <w:pPr>
              <w:spacing w:line="240" w:lineRule="auto"/>
              <w:jc w:val="left"/>
              <w:rPr>
                <w:rFonts w:asciiTheme="minorHAnsi" w:eastAsia="Times New Roman" w:hAnsiTheme="minorHAnsi" w:cstheme="minorHAnsi"/>
                <w:sz w:val="22"/>
                <w:szCs w:val="22"/>
              </w:rPr>
            </w:pPr>
            <w:r>
              <w:rPr>
                <w:rFonts w:asciiTheme="minorHAnsi" w:hAnsiTheme="minorHAnsi"/>
                <w:sz w:val="22"/>
              </w:rPr>
              <w:t>2 110</w:t>
            </w:r>
          </w:p>
        </w:tc>
      </w:tr>
      <w:tr w:rsidR="009F2E86" w:rsidRPr="0081190E" w14:paraId="779CE368" w14:textId="77777777">
        <w:trPr>
          <w:trHeight w:val="300"/>
          <w:jc w:val="center"/>
        </w:trPr>
        <w:tc>
          <w:tcPr>
            <w:tcW w:w="1780" w:type="dxa"/>
            <w:tcBorders>
              <w:top w:val="single" w:sz="4" w:space="0" w:color="auto"/>
              <w:left w:val="nil"/>
              <w:bottom w:val="single" w:sz="4" w:space="0" w:color="auto"/>
              <w:right w:val="nil"/>
            </w:tcBorders>
            <w:shd w:val="clear" w:color="auto" w:fill="auto"/>
            <w:noWrap/>
            <w:vAlign w:val="center"/>
          </w:tcPr>
          <w:p w14:paraId="4FF3DB10" w14:textId="77777777" w:rsidR="009F2E86" w:rsidRPr="0081190E" w:rsidRDefault="009F2E86" w:rsidP="00CE6A40">
            <w:pPr>
              <w:spacing w:line="240" w:lineRule="auto"/>
              <w:jc w:val="left"/>
              <w:rPr>
                <w:rFonts w:asciiTheme="minorHAnsi" w:eastAsia="Times New Roman" w:hAnsiTheme="minorHAnsi" w:cstheme="minorHAnsi"/>
                <w:sz w:val="22"/>
                <w:szCs w:val="22"/>
              </w:rPr>
            </w:pPr>
            <w:r>
              <w:rPr>
                <w:rFonts w:asciiTheme="minorHAnsi" w:hAnsiTheme="minorHAnsi"/>
                <w:sz w:val="22"/>
              </w:rPr>
              <w:t>3</w:t>
            </w:r>
          </w:p>
        </w:tc>
        <w:tc>
          <w:tcPr>
            <w:tcW w:w="1720" w:type="dxa"/>
            <w:tcBorders>
              <w:top w:val="single" w:sz="4" w:space="0" w:color="auto"/>
              <w:left w:val="nil"/>
              <w:bottom w:val="single" w:sz="4" w:space="0" w:color="auto"/>
              <w:right w:val="nil"/>
            </w:tcBorders>
            <w:vAlign w:val="center"/>
          </w:tcPr>
          <w:p w14:paraId="5927E02F" w14:textId="77777777" w:rsidR="009F2E86" w:rsidRPr="0081190E" w:rsidRDefault="009F2E86" w:rsidP="00CE6A40">
            <w:pPr>
              <w:spacing w:line="240" w:lineRule="auto"/>
              <w:jc w:val="left"/>
              <w:rPr>
                <w:rFonts w:asciiTheme="minorHAnsi" w:eastAsia="Times New Roman" w:hAnsiTheme="minorHAnsi" w:cstheme="minorHAnsi"/>
                <w:sz w:val="22"/>
                <w:szCs w:val="22"/>
              </w:rPr>
            </w:pPr>
            <w:r>
              <w:rPr>
                <w:rFonts w:asciiTheme="minorHAnsi" w:hAnsiTheme="minorHAnsi"/>
                <w:sz w:val="22"/>
              </w:rPr>
              <w:t>Rappel n</w:t>
            </w:r>
            <w:r>
              <w:rPr>
                <w:rFonts w:asciiTheme="minorHAnsi" w:hAnsiTheme="minorHAnsi"/>
                <w:sz w:val="22"/>
                <w:vertAlign w:val="superscript"/>
              </w:rPr>
              <w:t>o</w:t>
            </w:r>
            <w:r>
              <w:rPr>
                <w:rFonts w:asciiTheme="minorHAnsi" w:hAnsiTheme="minorHAnsi"/>
                <w:sz w:val="22"/>
              </w:rPr>
              <w:t> 1 (anglais)</w:t>
            </w:r>
          </w:p>
        </w:tc>
        <w:tc>
          <w:tcPr>
            <w:tcW w:w="1720" w:type="dxa"/>
            <w:tcBorders>
              <w:top w:val="single" w:sz="4" w:space="0" w:color="auto"/>
              <w:left w:val="nil"/>
              <w:bottom w:val="single" w:sz="4" w:space="0" w:color="auto"/>
              <w:right w:val="nil"/>
            </w:tcBorders>
            <w:shd w:val="clear" w:color="auto" w:fill="auto"/>
            <w:noWrap/>
            <w:vAlign w:val="center"/>
          </w:tcPr>
          <w:p w14:paraId="69D05013" w14:textId="77777777" w:rsidR="009F2E86" w:rsidRPr="0081190E" w:rsidRDefault="00DF1F92" w:rsidP="00CE6A40">
            <w:pPr>
              <w:spacing w:line="240" w:lineRule="auto"/>
              <w:jc w:val="left"/>
              <w:rPr>
                <w:rFonts w:asciiTheme="minorHAnsi" w:eastAsia="Times New Roman" w:hAnsiTheme="minorHAnsi" w:cstheme="minorHAnsi"/>
                <w:sz w:val="22"/>
                <w:szCs w:val="22"/>
              </w:rPr>
            </w:pPr>
            <w:r>
              <w:rPr>
                <w:rFonts w:asciiTheme="minorHAnsi" w:hAnsiTheme="minorHAnsi"/>
                <w:sz w:val="22"/>
              </w:rPr>
              <w:t>4 047</w:t>
            </w:r>
          </w:p>
        </w:tc>
      </w:tr>
      <w:tr w:rsidR="009F2E86" w:rsidRPr="0081190E" w14:paraId="06E55E7B" w14:textId="77777777">
        <w:trPr>
          <w:trHeight w:val="300"/>
          <w:jc w:val="center"/>
        </w:trPr>
        <w:tc>
          <w:tcPr>
            <w:tcW w:w="1780" w:type="dxa"/>
            <w:tcBorders>
              <w:top w:val="single" w:sz="4" w:space="0" w:color="auto"/>
              <w:left w:val="nil"/>
              <w:bottom w:val="single" w:sz="4" w:space="0" w:color="auto"/>
              <w:right w:val="nil"/>
            </w:tcBorders>
            <w:shd w:val="clear" w:color="auto" w:fill="auto"/>
            <w:noWrap/>
            <w:vAlign w:val="center"/>
          </w:tcPr>
          <w:p w14:paraId="58CD0C4F" w14:textId="77777777" w:rsidR="009F2E86" w:rsidRPr="0081190E" w:rsidRDefault="009F2E86" w:rsidP="00CE6A40">
            <w:pPr>
              <w:spacing w:line="240" w:lineRule="auto"/>
              <w:jc w:val="left"/>
              <w:rPr>
                <w:rFonts w:asciiTheme="minorHAnsi" w:eastAsia="Times New Roman" w:hAnsiTheme="minorHAnsi" w:cstheme="minorHAnsi"/>
                <w:sz w:val="22"/>
                <w:szCs w:val="22"/>
              </w:rPr>
            </w:pPr>
            <w:r>
              <w:rPr>
                <w:rFonts w:asciiTheme="minorHAnsi" w:hAnsiTheme="minorHAnsi"/>
                <w:sz w:val="22"/>
              </w:rPr>
              <w:t>4</w:t>
            </w:r>
          </w:p>
        </w:tc>
        <w:tc>
          <w:tcPr>
            <w:tcW w:w="1720" w:type="dxa"/>
            <w:tcBorders>
              <w:top w:val="single" w:sz="4" w:space="0" w:color="auto"/>
              <w:left w:val="nil"/>
              <w:bottom w:val="single" w:sz="4" w:space="0" w:color="auto"/>
              <w:right w:val="nil"/>
            </w:tcBorders>
            <w:vAlign w:val="center"/>
          </w:tcPr>
          <w:p w14:paraId="4D5E1288" w14:textId="77777777" w:rsidR="009F2E86" w:rsidRPr="0081190E" w:rsidRDefault="009F2E86" w:rsidP="00CE6A40">
            <w:pPr>
              <w:spacing w:line="240" w:lineRule="auto"/>
              <w:jc w:val="left"/>
              <w:rPr>
                <w:rFonts w:asciiTheme="minorHAnsi" w:eastAsia="Times New Roman" w:hAnsiTheme="minorHAnsi" w:cstheme="minorHAnsi"/>
                <w:sz w:val="22"/>
                <w:szCs w:val="22"/>
              </w:rPr>
            </w:pPr>
            <w:r>
              <w:rPr>
                <w:rFonts w:asciiTheme="minorHAnsi" w:hAnsiTheme="minorHAnsi"/>
                <w:sz w:val="22"/>
              </w:rPr>
              <w:t>Rappel n</w:t>
            </w:r>
            <w:r>
              <w:rPr>
                <w:rFonts w:asciiTheme="minorHAnsi" w:hAnsiTheme="minorHAnsi"/>
                <w:sz w:val="22"/>
                <w:vertAlign w:val="superscript"/>
              </w:rPr>
              <w:t>o</w:t>
            </w:r>
            <w:r>
              <w:rPr>
                <w:rFonts w:asciiTheme="minorHAnsi" w:hAnsiTheme="minorHAnsi"/>
                <w:sz w:val="22"/>
              </w:rPr>
              <w:t> 1 (français)</w:t>
            </w:r>
          </w:p>
        </w:tc>
        <w:tc>
          <w:tcPr>
            <w:tcW w:w="1720" w:type="dxa"/>
            <w:tcBorders>
              <w:top w:val="single" w:sz="4" w:space="0" w:color="auto"/>
              <w:left w:val="nil"/>
              <w:bottom w:val="single" w:sz="4" w:space="0" w:color="auto"/>
              <w:right w:val="nil"/>
            </w:tcBorders>
            <w:shd w:val="clear" w:color="auto" w:fill="auto"/>
            <w:noWrap/>
            <w:vAlign w:val="center"/>
          </w:tcPr>
          <w:p w14:paraId="2CF9D176" w14:textId="77777777" w:rsidR="009F2E86" w:rsidRPr="0081190E" w:rsidRDefault="00DF1F92" w:rsidP="00CE6A40">
            <w:pPr>
              <w:spacing w:line="240" w:lineRule="auto"/>
              <w:jc w:val="left"/>
              <w:rPr>
                <w:rFonts w:asciiTheme="minorHAnsi" w:eastAsia="Times New Roman" w:hAnsiTheme="minorHAnsi" w:cstheme="minorHAnsi"/>
                <w:sz w:val="22"/>
                <w:szCs w:val="22"/>
              </w:rPr>
            </w:pPr>
            <w:r>
              <w:rPr>
                <w:rFonts w:asciiTheme="minorHAnsi" w:hAnsiTheme="minorHAnsi"/>
                <w:sz w:val="22"/>
              </w:rPr>
              <w:t>1 516</w:t>
            </w:r>
          </w:p>
        </w:tc>
      </w:tr>
      <w:tr w:rsidR="009F2E86" w:rsidRPr="0081190E" w14:paraId="16606E3B" w14:textId="77777777">
        <w:trPr>
          <w:trHeight w:val="300"/>
          <w:jc w:val="center"/>
        </w:trPr>
        <w:tc>
          <w:tcPr>
            <w:tcW w:w="1780" w:type="dxa"/>
            <w:tcBorders>
              <w:top w:val="single" w:sz="4" w:space="0" w:color="auto"/>
              <w:left w:val="nil"/>
              <w:bottom w:val="single" w:sz="4" w:space="0" w:color="auto"/>
              <w:right w:val="nil"/>
            </w:tcBorders>
            <w:shd w:val="clear" w:color="auto" w:fill="auto"/>
            <w:noWrap/>
            <w:vAlign w:val="center"/>
          </w:tcPr>
          <w:p w14:paraId="28665A85" w14:textId="77777777" w:rsidR="009F2E86" w:rsidRPr="0081190E" w:rsidRDefault="009F2E86" w:rsidP="00CE6A40">
            <w:pPr>
              <w:spacing w:line="240" w:lineRule="auto"/>
              <w:jc w:val="left"/>
              <w:rPr>
                <w:rFonts w:asciiTheme="minorHAnsi" w:eastAsia="Times New Roman" w:hAnsiTheme="minorHAnsi" w:cstheme="minorHAnsi"/>
                <w:sz w:val="22"/>
                <w:szCs w:val="22"/>
              </w:rPr>
            </w:pPr>
            <w:r>
              <w:rPr>
                <w:rFonts w:asciiTheme="minorHAnsi" w:hAnsiTheme="minorHAnsi"/>
                <w:sz w:val="22"/>
              </w:rPr>
              <w:t>5</w:t>
            </w:r>
          </w:p>
        </w:tc>
        <w:tc>
          <w:tcPr>
            <w:tcW w:w="1720" w:type="dxa"/>
            <w:tcBorders>
              <w:top w:val="single" w:sz="4" w:space="0" w:color="auto"/>
              <w:left w:val="nil"/>
              <w:bottom w:val="single" w:sz="4" w:space="0" w:color="auto"/>
              <w:right w:val="nil"/>
            </w:tcBorders>
            <w:vAlign w:val="center"/>
          </w:tcPr>
          <w:p w14:paraId="79AB5EE1" w14:textId="77777777" w:rsidR="009F2E86" w:rsidRPr="0081190E" w:rsidRDefault="009F2E86" w:rsidP="00CE6A40">
            <w:pPr>
              <w:spacing w:line="240" w:lineRule="auto"/>
              <w:jc w:val="left"/>
              <w:rPr>
                <w:rFonts w:asciiTheme="minorHAnsi" w:eastAsia="Times New Roman" w:hAnsiTheme="minorHAnsi" w:cstheme="minorHAnsi"/>
                <w:sz w:val="22"/>
                <w:szCs w:val="22"/>
              </w:rPr>
            </w:pPr>
            <w:r>
              <w:rPr>
                <w:rFonts w:asciiTheme="minorHAnsi" w:hAnsiTheme="minorHAnsi"/>
                <w:sz w:val="22"/>
              </w:rPr>
              <w:t>Rappel n</w:t>
            </w:r>
            <w:r>
              <w:rPr>
                <w:rFonts w:asciiTheme="minorHAnsi" w:hAnsiTheme="minorHAnsi"/>
                <w:sz w:val="22"/>
                <w:vertAlign w:val="superscript"/>
              </w:rPr>
              <w:t>o</w:t>
            </w:r>
            <w:r>
              <w:rPr>
                <w:rFonts w:asciiTheme="minorHAnsi" w:hAnsiTheme="minorHAnsi"/>
                <w:sz w:val="22"/>
              </w:rPr>
              <w:t> 2 (anglais)</w:t>
            </w:r>
          </w:p>
        </w:tc>
        <w:tc>
          <w:tcPr>
            <w:tcW w:w="1720" w:type="dxa"/>
            <w:tcBorders>
              <w:top w:val="single" w:sz="4" w:space="0" w:color="auto"/>
              <w:left w:val="nil"/>
              <w:bottom w:val="single" w:sz="4" w:space="0" w:color="auto"/>
              <w:right w:val="nil"/>
            </w:tcBorders>
            <w:shd w:val="clear" w:color="auto" w:fill="auto"/>
            <w:noWrap/>
            <w:vAlign w:val="center"/>
          </w:tcPr>
          <w:p w14:paraId="3E63D147" w14:textId="77777777" w:rsidR="009F2E86" w:rsidRPr="0081190E" w:rsidRDefault="00C81DEE" w:rsidP="00CE6A40">
            <w:pPr>
              <w:spacing w:line="240" w:lineRule="auto"/>
              <w:jc w:val="left"/>
              <w:rPr>
                <w:rFonts w:asciiTheme="minorHAnsi" w:eastAsia="Times New Roman" w:hAnsiTheme="minorHAnsi" w:cstheme="minorHAnsi"/>
                <w:sz w:val="22"/>
                <w:szCs w:val="22"/>
              </w:rPr>
            </w:pPr>
            <w:r>
              <w:rPr>
                <w:rFonts w:asciiTheme="minorHAnsi" w:hAnsiTheme="minorHAnsi"/>
                <w:sz w:val="22"/>
              </w:rPr>
              <w:t xml:space="preserve">   149</w:t>
            </w:r>
          </w:p>
        </w:tc>
      </w:tr>
      <w:tr w:rsidR="009F2E86" w:rsidRPr="0081190E" w14:paraId="435AECAB" w14:textId="77777777">
        <w:trPr>
          <w:trHeight w:val="315"/>
          <w:jc w:val="center"/>
        </w:trPr>
        <w:tc>
          <w:tcPr>
            <w:tcW w:w="1780" w:type="dxa"/>
            <w:tcBorders>
              <w:top w:val="single" w:sz="4" w:space="0" w:color="auto"/>
              <w:left w:val="nil"/>
              <w:bottom w:val="double" w:sz="6" w:space="0" w:color="auto"/>
              <w:right w:val="nil"/>
            </w:tcBorders>
            <w:shd w:val="clear" w:color="auto" w:fill="auto"/>
            <w:noWrap/>
            <w:vAlign w:val="center"/>
          </w:tcPr>
          <w:p w14:paraId="0C719452" w14:textId="77777777" w:rsidR="009F2E86" w:rsidRPr="0081190E" w:rsidRDefault="009F2E86" w:rsidP="00CE6A40">
            <w:pPr>
              <w:spacing w:line="240" w:lineRule="auto"/>
              <w:jc w:val="left"/>
              <w:rPr>
                <w:rFonts w:asciiTheme="minorHAnsi" w:eastAsia="Times New Roman" w:hAnsiTheme="minorHAnsi" w:cstheme="minorHAnsi"/>
                <w:sz w:val="22"/>
                <w:szCs w:val="22"/>
              </w:rPr>
            </w:pPr>
            <w:r>
              <w:rPr>
                <w:rFonts w:asciiTheme="minorHAnsi" w:hAnsiTheme="minorHAnsi"/>
                <w:sz w:val="22"/>
              </w:rPr>
              <w:t>6</w:t>
            </w:r>
          </w:p>
        </w:tc>
        <w:tc>
          <w:tcPr>
            <w:tcW w:w="1720" w:type="dxa"/>
            <w:tcBorders>
              <w:top w:val="single" w:sz="4" w:space="0" w:color="auto"/>
              <w:left w:val="nil"/>
              <w:bottom w:val="double" w:sz="6" w:space="0" w:color="auto"/>
              <w:right w:val="nil"/>
            </w:tcBorders>
            <w:vAlign w:val="center"/>
          </w:tcPr>
          <w:p w14:paraId="7C53BAD1" w14:textId="77777777" w:rsidR="009F2E86" w:rsidRPr="0081190E" w:rsidRDefault="009F2E86" w:rsidP="00CE6A40">
            <w:pPr>
              <w:spacing w:line="240" w:lineRule="auto"/>
              <w:jc w:val="left"/>
              <w:rPr>
                <w:rFonts w:asciiTheme="minorHAnsi" w:eastAsia="Times New Roman" w:hAnsiTheme="minorHAnsi" w:cstheme="minorHAnsi"/>
                <w:sz w:val="22"/>
                <w:szCs w:val="22"/>
              </w:rPr>
            </w:pPr>
            <w:r>
              <w:rPr>
                <w:rFonts w:asciiTheme="minorHAnsi" w:hAnsiTheme="minorHAnsi"/>
                <w:sz w:val="22"/>
              </w:rPr>
              <w:t>Rappel n</w:t>
            </w:r>
            <w:r>
              <w:rPr>
                <w:rFonts w:asciiTheme="minorHAnsi" w:hAnsiTheme="minorHAnsi"/>
                <w:sz w:val="22"/>
                <w:vertAlign w:val="superscript"/>
              </w:rPr>
              <w:t>o</w:t>
            </w:r>
            <w:r>
              <w:rPr>
                <w:rFonts w:asciiTheme="minorHAnsi" w:hAnsiTheme="minorHAnsi"/>
                <w:sz w:val="22"/>
              </w:rPr>
              <w:t> 2 (français)</w:t>
            </w:r>
          </w:p>
        </w:tc>
        <w:tc>
          <w:tcPr>
            <w:tcW w:w="1720" w:type="dxa"/>
            <w:tcBorders>
              <w:top w:val="single" w:sz="4" w:space="0" w:color="auto"/>
              <w:left w:val="nil"/>
              <w:bottom w:val="double" w:sz="6" w:space="0" w:color="auto"/>
              <w:right w:val="nil"/>
            </w:tcBorders>
            <w:shd w:val="clear" w:color="auto" w:fill="auto"/>
            <w:noWrap/>
            <w:vAlign w:val="center"/>
          </w:tcPr>
          <w:p w14:paraId="3332EA80" w14:textId="77777777" w:rsidR="009F2E86" w:rsidRPr="0081190E" w:rsidRDefault="00DF1F92" w:rsidP="00CE6A40">
            <w:pPr>
              <w:spacing w:line="240" w:lineRule="auto"/>
              <w:jc w:val="left"/>
              <w:rPr>
                <w:rFonts w:asciiTheme="minorHAnsi" w:eastAsia="Times New Roman" w:hAnsiTheme="minorHAnsi" w:cstheme="minorHAnsi"/>
                <w:sz w:val="22"/>
                <w:szCs w:val="22"/>
              </w:rPr>
            </w:pPr>
            <w:r>
              <w:rPr>
                <w:rFonts w:asciiTheme="minorHAnsi" w:hAnsiTheme="minorHAnsi"/>
                <w:sz w:val="22"/>
              </w:rPr>
              <w:t>1 401</w:t>
            </w:r>
          </w:p>
        </w:tc>
      </w:tr>
      <w:tr w:rsidR="009F2E86" w:rsidRPr="0081190E" w14:paraId="1C639A9B" w14:textId="77777777">
        <w:trPr>
          <w:trHeight w:val="315"/>
          <w:jc w:val="center"/>
        </w:trPr>
        <w:tc>
          <w:tcPr>
            <w:tcW w:w="1780" w:type="dxa"/>
            <w:tcBorders>
              <w:top w:val="nil"/>
              <w:left w:val="nil"/>
              <w:bottom w:val="nil"/>
              <w:right w:val="nil"/>
            </w:tcBorders>
            <w:shd w:val="clear" w:color="auto" w:fill="auto"/>
            <w:noWrap/>
            <w:vAlign w:val="center"/>
          </w:tcPr>
          <w:p w14:paraId="1236307E" w14:textId="77777777" w:rsidR="009F2E86" w:rsidRPr="0081190E" w:rsidRDefault="009F2E86" w:rsidP="00CE6A40">
            <w:pPr>
              <w:spacing w:line="240" w:lineRule="auto"/>
              <w:jc w:val="left"/>
              <w:rPr>
                <w:rFonts w:asciiTheme="minorHAnsi" w:eastAsia="Times New Roman" w:hAnsiTheme="minorHAnsi" w:cstheme="minorHAnsi"/>
                <w:b/>
                <w:bCs/>
                <w:sz w:val="22"/>
                <w:szCs w:val="22"/>
              </w:rPr>
            </w:pPr>
            <w:r>
              <w:rPr>
                <w:rFonts w:asciiTheme="minorHAnsi" w:hAnsiTheme="minorHAnsi"/>
                <w:b/>
                <w:sz w:val="22"/>
              </w:rPr>
              <w:t>Total</w:t>
            </w:r>
          </w:p>
        </w:tc>
        <w:tc>
          <w:tcPr>
            <w:tcW w:w="1720" w:type="dxa"/>
            <w:tcBorders>
              <w:top w:val="nil"/>
              <w:left w:val="nil"/>
              <w:bottom w:val="nil"/>
              <w:right w:val="nil"/>
            </w:tcBorders>
            <w:vAlign w:val="center"/>
          </w:tcPr>
          <w:p w14:paraId="43EF197B" w14:textId="77777777" w:rsidR="009F2E86" w:rsidRPr="0081190E" w:rsidRDefault="009F2E86" w:rsidP="00CE6A40">
            <w:pPr>
              <w:spacing w:line="240" w:lineRule="auto"/>
              <w:jc w:val="left"/>
              <w:rPr>
                <w:rFonts w:asciiTheme="minorHAnsi" w:eastAsia="Times New Roman" w:hAnsiTheme="minorHAnsi" w:cstheme="minorHAnsi"/>
                <w:b/>
                <w:bCs/>
                <w:sz w:val="22"/>
                <w:szCs w:val="22"/>
                <w:lang w:val="en-CA" w:eastAsia="en-CA"/>
              </w:rPr>
            </w:pPr>
          </w:p>
        </w:tc>
        <w:tc>
          <w:tcPr>
            <w:tcW w:w="1720" w:type="dxa"/>
            <w:tcBorders>
              <w:top w:val="nil"/>
              <w:left w:val="nil"/>
              <w:bottom w:val="nil"/>
              <w:right w:val="nil"/>
            </w:tcBorders>
            <w:shd w:val="clear" w:color="auto" w:fill="auto"/>
            <w:noWrap/>
            <w:vAlign w:val="center"/>
          </w:tcPr>
          <w:p w14:paraId="46B15701" w14:textId="77777777" w:rsidR="009F2E86" w:rsidRPr="0081190E" w:rsidRDefault="00DF1F92" w:rsidP="00CE6A40">
            <w:pPr>
              <w:spacing w:line="240" w:lineRule="auto"/>
              <w:jc w:val="left"/>
              <w:rPr>
                <w:rFonts w:asciiTheme="minorHAnsi" w:eastAsia="Times New Roman" w:hAnsiTheme="minorHAnsi" w:cstheme="minorHAnsi"/>
                <w:b/>
                <w:bCs/>
                <w:sz w:val="22"/>
                <w:szCs w:val="22"/>
              </w:rPr>
            </w:pPr>
            <w:r>
              <w:rPr>
                <w:rFonts w:asciiTheme="minorHAnsi" w:hAnsiTheme="minorHAnsi"/>
                <w:b/>
                <w:sz w:val="22"/>
              </w:rPr>
              <w:t>18 686</w:t>
            </w:r>
          </w:p>
        </w:tc>
      </w:tr>
    </w:tbl>
    <w:p w14:paraId="07377D95" w14:textId="77777777" w:rsidR="0031682E" w:rsidRPr="0081190E" w:rsidRDefault="0031682E" w:rsidP="00CE6A40">
      <w:pPr>
        <w:spacing w:line="276" w:lineRule="auto"/>
        <w:jc w:val="left"/>
        <w:rPr>
          <w:rFonts w:asciiTheme="minorHAnsi" w:hAnsiTheme="minorHAnsi" w:cstheme="minorHAnsi"/>
          <w:sz w:val="22"/>
          <w:szCs w:val="22"/>
          <w:lang w:val="en-CA"/>
        </w:rPr>
      </w:pPr>
    </w:p>
    <w:p w14:paraId="76D961FE" w14:textId="63127ADE" w:rsidR="00497790" w:rsidRPr="0081190E" w:rsidRDefault="00497790" w:rsidP="00CE6A40">
      <w:pPr>
        <w:spacing w:line="276" w:lineRule="auto"/>
        <w:jc w:val="left"/>
        <w:rPr>
          <w:rFonts w:asciiTheme="minorHAnsi" w:hAnsiTheme="minorHAnsi" w:cstheme="minorHAnsi"/>
          <w:sz w:val="22"/>
          <w:szCs w:val="22"/>
        </w:rPr>
      </w:pPr>
      <w:bookmarkStart w:id="60" w:name="_Hlk68093534"/>
      <w:r>
        <w:rPr>
          <w:rFonts w:asciiTheme="minorHAnsi" w:hAnsiTheme="minorHAnsi"/>
          <w:sz w:val="22"/>
        </w:rPr>
        <w:t xml:space="preserve">Un essai préalable a été effectué le 31 mars. Il était demandé aux participants de formuler des commentaires sur le sondage. Au moins 15 questionnaires ont été remplis en anglais et 15 en français au cours de la période d’essai préalable. Aucun problème n’a été relevé dans le questionnaire et dans le processus de collecte de données lors des essais préalables réalisés dans l’une ou l’autre des langues. </w:t>
      </w:r>
    </w:p>
    <w:p w14:paraId="0C913534" w14:textId="77777777" w:rsidR="00497790" w:rsidRPr="00316687" w:rsidRDefault="00497790" w:rsidP="00CE6A40">
      <w:pPr>
        <w:spacing w:line="276" w:lineRule="auto"/>
        <w:jc w:val="left"/>
        <w:rPr>
          <w:rFonts w:asciiTheme="minorHAnsi" w:hAnsiTheme="minorHAnsi" w:cstheme="minorHAnsi"/>
          <w:sz w:val="22"/>
          <w:szCs w:val="22"/>
          <w:lang w:val="fr-FR"/>
        </w:rPr>
      </w:pPr>
    </w:p>
    <w:p w14:paraId="39B2BCF8" w14:textId="4A2417D6" w:rsidR="0081190E" w:rsidRDefault="00F85DCA" w:rsidP="00CE6A40">
      <w:pPr>
        <w:spacing w:line="276" w:lineRule="auto"/>
        <w:jc w:val="left"/>
        <w:rPr>
          <w:rFonts w:asciiTheme="minorHAnsi" w:hAnsiTheme="minorHAnsi" w:cstheme="minorHAnsi"/>
          <w:sz w:val="22"/>
          <w:szCs w:val="22"/>
        </w:rPr>
      </w:pPr>
      <w:r>
        <w:rPr>
          <w:rFonts w:asciiTheme="minorHAnsi" w:hAnsiTheme="minorHAnsi"/>
          <w:sz w:val="22"/>
        </w:rPr>
        <w:t>Une adresse courriel et un numéro de téléphone de soutien étaient fournis dans le questionnaire pour les problèmes d’ordre technique. Un numéro unique était intégré à l’hyperlien de chaque questionnaire pour éviter d’obtenir des réponses en double d’un même participant.</w:t>
      </w:r>
      <w:r>
        <w:rPr>
          <w:rFonts w:asciiTheme="minorHAnsi" w:hAnsiTheme="minorHAnsi"/>
          <w:sz w:val="22"/>
        </w:rPr>
        <w:br w:type="page"/>
      </w:r>
    </w:p>
    <w:p w14:paraId="19084EF6" w14:textId="65B34887" w:rsidR="00873B23" w:rsidRPr="00303032" w:rsidRDefault="00337163" w:rsidP="00CE6A40">
      <w:pPr>
        <w:pStyle w:val="Heading1"/>
        <w:spacing w:line="276" w:lineRule="auto"/>
        <w:jc w:val="left"/>
        <w:rPr>
          <w:rFonts w:asciiTheme="minorHAnsi" w:hAnsiTheme="minorHAnsi" w:cstheme="minorHAnsi"/>
        </w:rPr>
      </w:pPr>
      <w:bookmarkStart w:id="61" w:name="_Toc511033672"/>
      <w:bookmarkStart w:id="62" w:name="_Toc75287154"/>
      <w:bookmarkEnd w:id="60"/>
      <w:bookmarkEnd w:id="61"/>
      <w:r>
        <w:rPr>
          <w:rFonts w:asciiTheme="minorHAnsi" w:hAnsiTheme="minorHAnsi"/>
        </w:rPr>
        <w:lastRenderedPageBreak/>
        <w:t>4. Nombre de questionnaires remplis et nombre visé</w:t>
      </w:r>
      <w:bookmarkEnd w:id="62"/>
    </w:p>
    <w:p w14:paraId="6EC9F72D" w14:textId="29F25071" w:rsidR="00873B23" w:rsidRPr="00F463B7" w:rsidRDefault="00873B23" w:rsidP="00CE6A40">
      <w:pPr>
        <w:spacing w:line="276" w:lineRule="auto"/>
        <w:jc w:val="left"/>
        <w:rPr>
          <w:rFonts w:asciiTheme="minorHAnsi" w:hAnsiTheme="minorHAnsi" w:cstheme="minorHAnsi"/>
          <w:sz w:val="22"/>
          <w:szCs w:val="22"/>
        </w:rPr>
      </w:pPr>
      <w:bookmarkStart w:id="63" w:name="_Hlk68093555"/>
      <w:r>
        <w:rPr>
          <w:rFonts w:asciiTheme="minorHAnsi" w:hAnsiTheme="minorHAnsi"/>
          <w:sz w:val="22"/>
        </w:rPr>
        <w:t xml:space="preserve">En tout, 11 573 Canadiens ont été invités à participer au sondage en ligne. Le temps moyen requis pour répondre au questionnaire était de neuf minutes. </w:t>
      </w:r>
      <w:bookmarkStart w:id="64" w:name="_Hlk68093375"/>
      <w:r>
        <w:t xml:space="preserve">Un total de </w:t>
      </w:r>
      <w:r>
        <w:rPr>
          <w:rFonts w:asciiTheme="minorHAnsi" w:hAnsiTheme="minorHAnsi"/>
          <w:sz w:val="22"/>
        </w:rPr>
        <w:t xml:space="preserve">2 269 questionnaires en ligne ont été remplis au cours de la </w:t>
      </w:r>
      <w:bookmarkEnd w:id="64"/>
      <w:r>
        <w:rPr>
          <w:rFonts w:asciiTheme="minorHAnsi" w:hAnsiTheme="minorHAnsi"/>
          <w:sz w:val="22"/>
        </w:rPr>
        <w:t>période de collecte de données.</w:t>
      </w:r>
    </w:p>
    <w:bookmarkEnd w:id="63"/>
    <w:p w14:paraId="551C61F2" w14:textId="77777777" w:rsidR="00873B23" w:rsidRPr="00316687" w:rsidRDefault="00873B23" w:rsidP="00CE6A40">
      <w:pPr>
        <w:shd w:val="clear" w:color="auto" w:fill="FFFFFF"/>
        <w:spacing w:line="276" w:lineRule="auto"/>
        <w:jc w:val="left"/>
        <w:rPr>
          <w:rFonts w:asciiTheme="minorHAnsi" w:hAnsiTheme="minorHAnsi" w:cstheme="minorHAnsi"/>
          <w:color w:val="000000"/>
          <w:sz w:val="22"/>
          <w:szCs w:val="22"/>
          <w:lang w:val="fr-FR" w:eastAsia="fr-CA"/>
        </w:rPr>
      </w:pPr>
    </w:p>
    <w:p w14:paraId="3CE670A2" w14:textId="77777777" w:rsidR="00873B23" w:rsidRPr="00303032" w:rsidRDefault="00337163" w:rsidP="00F46697">
      <w:pPr>
        <w:pStyle w:val="Heading3"/>
      </w:pPr>
      <w:bookmarkStart w:id="65" w:name="_Toc75287155"/>
      <w:bookmarkStart w:id="66" w:name="_Toc224359364"/>
      <w:r>
        <w:t>4.1. Nombre de questionnaires remplis et nombre visé</w:t>
      </w:r>
      <w:bookmarkEnd w:id="65"/>
    </w:p>
    <w:p w14:paraId="6F7BCA05" w14:textId="77777777" w:rsidR="004F1836" w:rsidRPr="00316687" w:rsidRDefault="004F1836" w:rsidP="00CE6A40">
      <w:pPr>
        <w:spacing w:line="276" w:lineRule="auto"/>
        <w:jc w:val="left"/>
        <w:rPr>
          <w:rFonts w:asciiTheme="minorHAnsi" w:hAnsiTheme="minorHAnsi" w:cstheme="minorHAnsi"/>
          <w:sz w:val="22"/>
          <w:szCs w:val="22"/>
          <w:lang w:val="fr-FR"/>
        </w:rPr>
      </w:pPr>
    </w:p>
    <w:p w14:paraId="7B02137B" w14:textId="4C5AE9DB" w:rsidR="00F3654B" w:rsidRPr="00F463B7" w:rsidRDefault="00F3654B" w:rsidP="00CE6A40">
      <w:pPr>
        <w:pStyle w:val="Caption"/>
        <w:keepNext/>
        <w:spacing w:line="276" w:lineRule="auto"/>
        <w:jc w:val="left"/>
        <w:rPr>
          <w:rFonts w:asciiTheme="minorHAnsi" w:hAnsiTheme="minorHAnsi" w:cstheme="minorHAnsi"/>
          <w:sz w:val="22"/>
          <w:szCs w:val="22"/>
        </w:rPr>
      </w:pPr>
      <w:r>
        <w:rPr>
          <w:rFonts w:asciiTheme="minorHAnsi" w:hAnsiTheme="minorHAnsi"/>
          <w:sz w:val="22"/>
        </w:rPr>
        <w:t>Tableau 3 : Nombre de questionnaires remplis et nombre visé de questionnaires remplis par province</w:t>
      </w:r>
    </w:p>
    <w:tbl>
      <w:tblPr>
        <w:tblStyle w:val="PlainTable21"/>
        <w:tblpPr w:leftFromText="180" w:rightFromText="180" w:vertAnchor="text" w:horzAnchor="margin" w:tblpXSpec="center" w:tblpY="69"/>
        <w:tblW w:w="5000" w:type="pct"/>
        <w:tblLook w:val="04A0" w:firstRow="1" w:lastRow="0" w:firstColumn="1" w:lastColumn="0" w:noHBand="0" w:noVBand="1"/>
      </w:tblPr>
      <w:tblGrid>
        <w:gridCol w:w="3919"/>
        <w:gridCol w:w="2812"/>
        <w:gridCol w:w="2675"/>
      </w:tblGrid>
      <w:tr w:rsidR="00DF1F92" w:rsidRPr="00F463B7" w14:paraId="0F919C4B" w14:textId="77777777">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083" w:type="pct"/>
            <w:tcBorders>
              <w:bottom w:val="double" w:sz="6" w:space="0" w:color="auto"/>
            </w:tcBorders>
            <w:noWrap/>
            <w:vAlign w:val="center"/>
          </w:tcPr>
          <w:bookmarkEnd w:id="66"/>
          <w:p w14:paraId="19B244A8" w14:textId="77777777" w:rsidR="00DF1F92" w:rsidRPr="00F463B7" w:rsidRDefault="000F6632" w:rsidP="00CE6A40">
            <w:pPr>
              <w:spacing w:line="240" w:lineRule="auto"/>
              <w:jc w:val="left"/>
              <w:rPr>
                <w:rFonts w:asciiTheme="minorHAnsi" w:hAnsiTheme="minorHAnsi" w:cstheme="minorHAnsi"/>
                <w:sz w:val="22"/>
                <w:szCs w:val="22"/>
              </w:rPr>
            </w:pPr>
            <w:r>
              <w:rPr>
                <w:rFonts w:asciiTheme="minorHAnsi" w:hAnsiTheme="minorHAnsi"/>
                <w:sz w:val="22"/>
              </w:rPr>
              <w:t>Province ou région</w:t>
            </w:r>
          </w:p>
        </w:tc>
        <w:tc>
          <w:tcPr>
            <w:tcW w:w="1495" w:type="pct"/>
            <w:tcBorders>
              <w:bottom w:val="double" w:sz="6" w:space="0" w:color="auto"/>
            </w:tcBorders>
            <w:vAlign w:val="center"/>
          </w:tcPr>
          <w:p w14:paraId="670094F4" w14:textId="77777777" w:rsidR="00DF1F92" w:rsidRPr="00F463B7" w:rsidRDefault="00DF1F92" w:rsidP="00CE6A40">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2"/>
                <w:szCs w:val="22"/>
              </w:rPr>
            </w:pPr>
            <w:r>
              <w:rPr>
                <w:rFonts w:asciiTheme="minorHAnsi" w:hAnsiTheme="minorHAnsi"/>
                <w:b w:val="0"/>
                <w:color w:val="000000"/>
                <w:sz w:val="22"/>
              </w:rPr>
              <w:t>Nombre de questionnaires en ligne remplis</w:t>
            </w:r>
          </w:p>
        </w:tc>
        <w:tc>
          <w:tcPr>
            <w:tcW w:w="1422" w:type="pct"/>
            <w:tcBorders>
              <w:bottom w:val="double" w:sz="6" w:space="0" w:color="auto"/>
            </w:tcBorders>
            <w:vAlign w:val="center"/>
          </w:tcPr>
          <w:p w14:paraId="1C5F5020" w14:textId="77777777" w:rsidR="00DF1F92" w:rsidRPr="00F463B7" w:rsidRDefault="00DF1F92" w:rsidP="00CE6A40">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2"/>
                <w:szCs w:val="22"/>
              </w:rPr>
            </w:pPr>
            <w:r>
              <w:rPr>
                <w:rFonts w:asciiTheme="minorHAnsi" w:hAnsiTheme="minorHAnsi"/>
                <w:b w:val="0"/>
                <w:color w:val="000000"/>
                <w:sz w:val="22"/>
              </w:rPr>
              <w:t>Nombre visé</w:t>
            </w:r>
          </w:p>
        </w:tc>
      </w:tr>
      <w:tr w:rsidR="00DF1F92" w:rsidRPr="00F463B7" w14:paraId="5591A9DE"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83" w:type="pct"/>
            <w:tcBorders>
              <w:top w:val="double" w:sz="6" w:space="0" w:color="auto"/>
            </w:tcBorders>
            <w:noWrap/>
            <w:vAlign w:val="center"/>
          </w:tcPr>
          <w:p w14:paraId="6025935B" w14:textId="77777777" w:rsidR="00DF1F92" w:rsidRPr="00F463B7" w:rsidRDefault="00B85F70" w:rsidP="00CE6A40">
            <w:pPr>
              <w:spacing w:line="240" w:lineRule="auto"/>
              <w:jc w:val="left"/>
              <w:rPr>
                <w:rFonts w:asciiTheme="minorHAnsi" w:eastAsia="Times New Roman" w:hAnsiTheme="minorHAnsi" w:cstheme="minorHAnsi"/>
                <w:b w:val="0"/>
                <w:bCs w:val="0"/>
                <w:color w:val="000000"/>
                <w:sz w:val="22"/>
                <w:szCs w:val="22"/>
              </w:rPr>
            </w:pPr>
            <w:r>
              <w:rPr>
                <w:rFonts w:asciiTheme="minorHAnsi" w:hAnsiTheme="minorHAnsi"/>
                <w:b w:val="0"/>
                <w:color w:val="000000"/>
                <w:sz w:val="22"/>
              </w:rPr>
              <w:t>Nouvelle-Écosse</w:t>
            </w:r>
          </w:p>
        </w:tc>
        <w:tc>
          <w:tcPr>
            <w:tcW w:w="1495" w:type="pct"/>
            <w:tcBorders>
              <w:top w:val="double" w:sz="6" w:space="0" w:color="auto"/>
            </w:tcBorders>
            <w:vAlign w:val="center"/>
          </w:tcPr>
          <w:p w14:paraId="1C92E70C" w14:textId="77777777" w:rsidR="00DF1F92" w:rsidRPr="00F463B7" w:rsidRDefault="00B85F70" w:rsidP="00CE6A40">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hAnsiTheme="minorHAnsi"/>
                <w:color w:val="000000"/>
                <w:sz w:val="22"/>
              </w:rPr>
              <w:t>81</w:t>
            </w:r>
          </w:p>
        </w:tc>
        <w:tc>
          <w:tcPr>
            <w:tcW w:w="1422" w:type="pct"/>
            <w:tcBorders>
              <w:top w:val="double" w:sz="6" w:space="0" w:color="auto"/>
            </w:tcBorders>
            <w:vAlign w:val="center"/>
          </w:tcPr>
          <w:p w14:paraId="4AB67ACB" w14:textId="77777777" w:rsidR="00DF1F92" w:rsidRPr="00F463B7" w:rsidRDefault="00B85F70" w:rsidP="00CE6A40">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hAnsiTheme="minorHAnsi"/>
                <w:color w:val="000000"/>
                <w:sz w:val="22"/>
              </w:rPr>
              <w:t>52</w:t>
            </w:r>
          </w:p>
        </w:tc>
      </w:tr>
      <w:tr w:rsidR="00EE5D4E" w:rsidRPr="00F463B7" w14:paraId="2F3BB032" w14:textId="77777777">
        <w:trPr>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502E879C" w14:textId="77777777" w:rsidR="00EE5D4E" w:rsidRPr="00A07866" w:rsidRDefault="00B85F70" w:rsidP="00CE6A40">
            <w:pPr>
              <w:spacing w:line="240" w:lineRule="auto"/>
              <w:jc w:val="left"/>
              <w:rPr>
                <w:rFonts w:asciiTheme="minorHAnsi" w:eastAsia="Times New Roman" w:hAnsiTheme="minorHAnsi" w:cstheme="minorHAnsi"/>
                <w:b w:val="0"/>
                <w:bCs w:val="0"/>
                <w:color w:val="000000"/>
                <w:sz w:val="22"/>
                <w:szCs w:val="22"/>
              </w:rPr>
            </w:pPr>
            <w:r>
              <w:rPr>
                <w:rFonts w:asciiTheme="minorHAnsi" w:hAnsiTheme="minorHAnsi"/>
                <w:b w:val="0"/>
                <w:color w:val="000000"/>
                <w:sz w:val="22"/>
              </w:rPr>
              <w:t>Terre-Neuve-et-Labrador</w:t>
            </w:r>
          </w:p>
        </w:tc>
        <w:tc>
          <w:tcPr>
            <w:tcW w:w="1495" w:type="pct"/>
            <w:vAlign w:val="center"/>
          </w:tcPr>
          <w:p w14:paraId="24153CF9" w14:textId="77777777" w:rsidR="00EE5D4E" w:rsidRPr="00F463B7" w:rsidRDefault="00B85F70" w:rsidP="00CE6A40">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hAnsiTheme="minorHAnsi"/>
                <w:color w:val="000000"/>
                <w:sz w:val="22"/>
              </w:rPr>
              <w:t>37</w:t>
            </w:r>
          </w:p>
        </w:tc>
        <w:tc>
          <w:tcPr>
            <w:tcW w:w="1422" w:type="pct"/>
            <w:vAlign w:val="center"/>
          </w:tcPr>
          <w:p w14:paraId="5DD0D301" w14:textId="77777777" w:rsidR="00EE5D4E" w:rsidRPr="00F463B7" w:rsidRDefault="00B85F70" w:rsidP="00CE6A40">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hAnsiTheme="minorHAnsi"/>
                <w:color w:val="000000"/>
                <w:sz w:val="22"/>
              </w:rPr>
              <w:t>28</w:t>
            </w:r>
          </w:p>
        </w:tc>
      </w:tr>
      <w:tr w:rsidR="00EE5D4E" w:rsidRPr="00F463B7" w14:paraId="2C32B06F"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1FE3380C" w14:textId="77777777" w:rsidR="00EE5D4E" w:rsidRPr="00A07866" w:rsidRDefault="00B85F70" w:rsidP="00CE6A40">
            <w:pPr>
              <w:spacing w:line="240" w:lineRule="auto"/>
              <w:jc w:val="left"/>
              <w:rPr>
                <w:rFonts w:asciiTheme="minorHAnsi" w:eastAsia="Times New Roman" w:hAnsiTheme="minorHAnsi" w:cstheme="minorHAnsi"/>
                <w:b w:val="0"/>
                <w:bCs w:val="0"/>
                <w:color w:val="000000"/>
                <w:sz w:val="22"/>
                <w:szCs w:val="22"/>
              </w:rPr>
            </w:pPr>
            <w:r>
              <w:rPr>
                <w:rFonts w:asciiTheme="minorHAnsi" w:hAnsiTheme="minorHAnsi"/>
                <w:b w:val="0"/>
                <w:color w:val="000000"/>
                <w:sz w:val="22"/>
              </w:rPr>
              <w:t>Nouveau-Brunswick</w:t>
            </w:r>
          </w:p>
        </w:tc>
        <w:tc>
          <w:tcPr>
            <w:tcW w:w="1495" w:type="pct"/>
            <w:vAlign w:val="center"/>
          </w:tcPr>
          <w:p w14:paraId="6AE9DB94" w14:textId="77777777" w:rsidR="00EE5D4E" w:rsidRPr="00F463B7" w:rsidRDefault="00B85F70" w:rsidP="00CE6A40">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hAnsiTheme="minorHAnsi"/>
                <w:color w:val="000000"/>
                <w:sz w:val="22"/>
              </w:rPr>
              <w:t>38</w:t>
            </w:r>
          </w:p>
        </w:tc>
        <w:tc>
          <w:tcPr>
            <w:tcW w:w="1422" w:type="pct"/>
            <w:vAlign w:val="center"/>
          </w:tcPr>
          <w:p w14:paraId="2899B7F3" w14:textId="77777777" w:rsidR="00EE5D4E" w:rsidRPr="00F463B7" w:rsidRDefault="00B85F70" w:rsidP="00CE6A40">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hAnsiTheme="minorHAnsi"/>
                <w:color w:val="000000"/>
                <w:sz w:val="22"/>
              </w:rPr>
              <w:t>42</w:t>
            </w:r>
          </w:p>
        </w:tc>
      </w:tr>
      <w:tr w:rsidR="00EE5D4E" w:rsidRPr="00F463B7" w14:paraId="504283DE" w14:textId="77777777">
        <w:trPr>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2FA74CEB" w14:textId="77777777" w:rsidR="00EE5D4E" w:rsidRPr="00A07866" w:rsidRDefault="00B85F70" w:rsidP="00CE6A40">
            <w:pPr>
              <w:spacing w:line="240" w:lineRule="auto"/>
              <w:jc w:val="left"/>
              <w:rPr>
                <w:rFonts w:asciiTheme="minorHAnsi" w:eastAsia="Times New Roman" w:hAnsiTheme="minorHAnsi" w:cstheme="minorHAnsi"/>
                <w:b w:val="0"/>
                <w:bCs w:val="0"/>
                <w:color w:val="000000"/>
                <w:sz w:val="22"/>
                <w:szCs w:val="22"/>
              </w:rPr>
            </w:pPr>
            <w:r>
              <w:rPr>
                <w:rFonts w:asciiTheme="minorHAnsi" w:hAnsiTheme="minorHAnsi"/>
                <w:b w:val="0"/>
                <w:color w:val="000000"/>
                <w:sz w:val="22"/>
              </w:rPr>
              <w:t>Île-du-Prince-Édouard</w:t>
            </w:r>
          </w:p>
        </w:tc>
        <w:tc>
          <w:tcPr>
            <w:tcW w:w="1495" w:type="pct"/>
            <w:vAlign w:val="center"/>
          </w:tcPr>
          <w:p w14:paraId="403EAEDC" w14:textId="77777777" w:rsidR="00EE5D4E" w:rsidRPr="00F463B7" w:rsidRDefault="00B85F70" w:rsidP="00CE6A40">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hAnsiTheme="minorHAnsi"/>
                <w:color w:val="000000"/>
                <w:sz w:val="22"/>
              </w:rPr>
              <w:t>6</w:t>
            </w:r>
          </w:p>
        </w:tc>
        <w:tc>
          <w:tcPr>
            <w:tcW w:w="1422" w:type="pct"/>
            <w:vAlign w:val="center"/>
          </w:tcPr>
          <w:p w14:paraId="3FC6FF72" w14:textId="77777777" w:rsidR="00EE5D4E" w:rsidRPr="00F463B7" w:rsidRDefault="00B85F70" w:rsidP="00CE6A40">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hAnsiTheme="minorHAnsi"/>
                <w:color w:val="000000"/>
                <w:sz w:val="22"/>
              </w:rPr>
              <w:t>9</w:t>
            </w:r>
          </w:p>
        </w:tc>
      </w:tr>
      <w:tr w:rsidR="00B85F70" w:rsidRPr="00F463B7" w14:paraId="778455EA"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22C9B21E" w14:textId="77777777" w:rsidR="00B85F70" w:rsidRPr="00A07866" w:rsidRDefault="00B85F70" w:rsidP="00CE6A40">
            <w:pPr>
              <w:spacing w:line="240" w:lineRule="auto"/>
              <w:jc w:val="left"/>
              <w:rPr>
                <w:rFonts w:asciiTheme="minorHAnsi" w:eastAsia="Times New Roman" w:hAnsiTheme="minorHAnsi" w:cstheme="minorHAnsi"/>
                <w:b w:val="0"/>
                <w:bCs w:val="0"/>
                <w:color w:val="000000"/>
                <w:sz w:val="22"/>
                <w:szCs w:val="22"/>
              </w:rPr>
            </w:pPr>
            <w:r>
              <w:rPr>
                <w:rFonts w:asciiTheme="minorHAnsi" w:hAnsiTheme="minorHAnsi"/>
                <w:b w:val="0"/>
                <w:color w:val="000000"/>
                <w:sz w:val="22"/>
              </w:rPr>
              <w:t>Québec</w:t>
            </w:r>
          </w:p>
        </w:tc>
        <w:tc>
          <w:tcPr>
            <w:tcW w:w="1495" w:type="pct"/>
            <w:vAlign w:val="center"/>
          </w:tcPr>
          <w:p w14:paraId="2EC2F3E7" w14:textId="77777777" w:rsidR="00B85F70" w:rsidRPr="00F463B7" w:rsidRDefault="00B85F70" w:rsidP="00CE6A40">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hAnsiTheme="minorHAnsi"/>
                <w:color w:val="000000"/>
                <w:sz w:val="22"/>
              </w:rPr>
              <w:t>463</w:t>
            </w:r>
          </w:p>
        </w:tc>
        <w:tc>
          <w:tcPr>
            <w:tcW w:w="1422" w:type="pct"/>
            <w:vAlign w:val="center"/>
          </w:tcPr>
          <w:p w14:paraId="0813B7F1" w14:textId="77777777" w:rsidR="00B85F70" w:rsidRPr="00F463B7" w:rsidRDefault="00B85F70" w:rsidP="00CE6A40">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hAnsiTheme="minorHAnsi"/>
                <w:color w:val="000000"/>
                <w:sz w:val="22"/>
              </w:rPr>
              <w:t>458</w:t>
            </w:r>
          </w:p>
        </w:tc>
      </w:tr>
      <w:tr w:rsidR="00DF1F92" w:rsidRPr="00F463B7" w14:paraId="61C911E6" w14:textId="77777777">
        <w:trPr>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2AE0E925" w14:textId="77777777" w:rsidR="00DF1F92" w:rsidRPr="00F463B7" w:rsidRDefault="00DF1F92" w:rsidP="00CE6A40">
            <w:pPr>
              <w:spacing w:line="240" w:lineRule="auto"/>
              <w:jc w:val="left"/>
              <w:rPr>
                <w:rFonts w:asciiTheme="minorHAnsi" w:eastAsia="Times New Roman" w:hAnsiTheme="minorHAnsi" w:cstheme="minorHAnsi"/>
                <w:b w:val="0"/>
                <w:bCs w:val="0"/>
                <w:color w:val="000000"/>
                <w:sz w:val="22"/>
                <w:szCs w:val="22"/>
              </w:rPr>
            </w:pPr>
            <w:r>
              <w:rPr>
                <w:rFonts w:asciiTheme="minorHAnsi" w:hAnsiTheme="minorHAnsi"/>
                <w:b w:val="0"/>
                <w:color w:val="000000"/>
                <w:sz w:val="22"/>
              </w:rPr>
              <w:t>Ontario</w:t>
            </w:r>
          </w:p>
        </w:tc>
        <w:tc>
          <w:tcPr>
            <w:tcW w:w="1495" w:type="pct"/>
            <w:vAlign w:val="center"/>
          </w:tcPr>
          <w:p w14:paraId="115D0317" w14:textId="77777777" w:rsidR="00DF1F92" w:rsidRPr="00F463B7" w:rsidRDefault="00475798" w:rsidP="00CE6A40">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hAnsiTheme="minorHAnsi"/>
                <w:color w:val="000000"/>
                <w:sz w:val="22"/>
              </w:rPr>
              <w:t>848</w:t>
            </w:r>
          </w:p>
        </w:tc>
        <w:tc>
          <w:tcPr>
            <w:tcW w:w="1422" w:type="pct"/>
            <w:vAlign w:val="center"/>
          </w:tcPr>
          <w:p w14:paraId="384C4A3F" w14:textId="77777777" w:rsidR="00DF1F92" w:rsidRPr="00F463B7" w:rsidRDefault="00DF1F92" w:rsidP="00CE6A40">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hAnsiTheme="minorHAnsi"/>
                <w:color w:val="000000"/>
                <w:sz w:val="22"/>
              </w:rPr>
              <w:t>774</w:t>
            </w:r>
          </w:p>
        </w:tc>
      </w:tr>
      <w:tr w:rsidR="00DF1F92" w:rsidRPr="00F463B7" w14:paraId="05E65A66"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79C09B8A" w14:textId="77777777" w:rsidR="00DF1F92" w:rsidRPr="00F463B7" w:rsidRDefault="00DF1F92" w:rsidP="00CE6A40">
            <w:pPr>
              <w:spacing w:line="240" w:lineRule="auto"/>
              <w:jc w:val="left"/>
              <w:rPr>
                <w:rFonts w:asciiTheme="minorHAnsi" w:eastAsia="Times New Roman" w:hAnsiTheme="minorHAnsi" w:cstheme="minorHAnsi"/>
                <w:b w:val="0"/>
                <w:bCs w:val="0"/>
                <w:color w:val="000000"/>
                <w:sz w:val="22"/>
                <w:szCs w:val="22"/>
              </w:rPr>
            </w:pPr>
            <w:r>
              <w:rPr>
                <w:rFonts w:asciiTheme="minorHAnsi" w:hAnsiTheme="minorHAnsi"/>
                <w:b w:val="0"/>
                <w:color w:val="000000"/>
                <w:sz w:val="22"/>
              </w:rPr>
              <w:t>Manitoba</w:t>
            </w:r>
          </w:p>
        </w:tc>
        <w:tc>
          <w:tcPr>
            <w:tcW w:w="1495" w:type="pct"/>
            <w:vAlign w:val="center"/>
          </w:tcPr>
          <w:p w14:paraId="6D1BE80E" w14:textId="77777777" w:rsidR="00DF1F92" w:rsidRPr="00F463B7" w:rsidRDefault="00475798" w:rsidP="00CE6A40">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hAnsiTheme="minorHAnsi"/>
                <w:color w:val="000000"/>
                <w:sz w:val="22"/>
              </w:rPr>
              <w:t>66</w:t>
            </w:r>
          </w:p>
        </w:tc>
        <w:tc>
          <w:tcPr>
            <w:tcW w:w="1422" w:type="pct"/>
            <w:vAlign w:val="center"/>
          </w:tcPr>
          <w:p w14:paraId="62A242B7" w14:textId="77777777" w:rsidR="00DF1F92" w:rsidRPr="00F463B7" w:rsidRDefault="00DF1F92" w:rsidP="00CE6A40">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hAnsiTheme="minorHAnsi"/>
                <w:color w:val="000000"/>
                <w:sz w:val="22"/>
              </w:rPr>
              <w:t>72</w:t>
            </w:r>
          </w:p>
        </w:tc>
      </w:tr>
      <w:tr w:rsidR="00DF1F92" w:rsidRPr="00F463B7" w14:paraId="7B1773FF" w14:textId="77777777">
        <w:trPr>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7126AE74" w14:textId="77777777" w:rsidR="00DF1F92" w:rsidRPr="00F463B7" w:rsidRDefault="00DF1F92" w:rsidP="00CE6A40">
            <w:pPr>
              <w:spacing w:line="240" w:lineRule="auto"/>
              <w:jc w:val="left"/>
              <w:rPr>
                <w:rFonts w:asciiTheme="minorHAnsi" w:eastAsia="Times New Roman" w:hAnsiTheme="minorHAnsi" w:cstheme="minorHAnsi"/>
                <w:b w:val="0"/>
                <w:bCs w:val="0"/>
                <w:color w:val="000000"/>
                <w:sz w:val="22"/>
                <w:szCs w:val="22"/>
              </w:rPr>
            </w:pPr>
            <w:r>
              <w:rPr>
                <w:rFonts w:asciiTheme="minorHAnsi" w:hAnsiTheme="minorHAnsi"/>
                <w:b w:val="0"/>
                <w:color w:val="000000"/>
                <w:sz w:val="22"/>
              </w:rPr>
              <w:t>Saskatchewan</w:t>
            </w:r>
          </w:p>
        </w:tc>
        <w:tc>
          <w:tcPr>
            <w:tcW w:w="1495" w:type="pct"/>
            <w:vAlign w:val="center"/>
          </w:tcPr>
          <w:p w14:paraId="73FF8934" w14:textId="77777777" w:rsidR="00DF1F92" w:rsidRPr="00F463B7" w:rsidRDefault="00475798" w:rsidP="00CE6A40">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hAnsiTheme="minorHAnsi"/>
                <w:color w:val="000000"/>
                <w:sz w:val="22"/>
              </w:rPr>
              <w:t>111</w:t>
            </w:r>
          </w:p>
        </w:tc>
        <w:tc>
          <w:tcPr>
            <w:tcW w:w="1422" w:type="pct"/>
            <w:vAlign w:val="center"/>
          </w:tcPr>
          <w:p w14:paraId="2D3F93D7" w14:textId="77777777" w:rsidR="00DF1F92" w:rsidRPr="00F463B7" w:rsidRDefault="00DF1F92" w:rsidP="00CE6A40">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hAnsiTheme="minorHAnsi"/>
                <w:color w:val="000000"/>
                <w:sz w:val="22"/>
              </w:rPr>
              <w:t>64</w:t>
            </w:r>
          </w:p>
        </w:tc>
      </w:tr>
      <w:tr w:rsidR="00DF1F92" w:rsidRPr="00F463B7" w14:paraId="21EFE3EB"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4DC9F61F" w14:textId="77777777" w:rsidR="00DF1F92" w:rsidRPr="00F463B7" w:rsidRDefault="00DF1F92" w:rsidP="00CE6A40">
            <w:pPr>
              <w:spacing w:line="240" w:lineRule="auto"/>
              <w:jc w:val="left"/>
              <w:rPr>
                <w:rFonts w:asciiTheme="minorHAnsi" w:eastAsia="Times New Roman" w:hAnsiTheme="minorHAnsi" w:cstheme="minorHAnsi"/>
                <w:b w:val="0"/>
                <w:bCs w:val="0"/>
                <w:color w:val="000000"/>
                <w:sz w:val="22"/>
                <w:szCs w:val="22"/>
              </w:rPr>
            </w:pPr>
            <w:r>
              <w:rPr>
                <w:rFonts w:asciiTheme="minorHAnsi" w:hAnsiTheme="minorHAnsi"/>
                <w:b w:val="0"/>
                <w:color w:val="000000"/>
                <w:sz w:val="22"/>
              </w:rPr>
              <w:t>Alberta</w:t>
            </w:r>
          </w:p>
        </w:tc>
        <w:tc>
          <w:tcPr>
            <w:tcW w:w="1495" w:type="pct"/>
            <w:vAlign w:val="center"/>
          </w:tcPr>
          <w:p w14:paraId="57F3E019" w14:textId="77777777" w:rsidR="00DF1F92" w:rsidRPr="00F463B7" w:rsidRDefault="00475798" w:rsidP="00CE6A40">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hAnsiTheme="minorHAnsi"/>
                <w:color w:val="000000"/>
                <w:sz w:val="22"/>
              </w:rPr>
              <w:t>263</w:t>
            </w:r>
          </w:p>
        </w:tc>
        <w:tc>
          <w:tcPr>
            <w:tcW w:w="1422" w:type="pct"/>
            <w:vAlign w:val="center"/>
          </w:tcPr>
          <w:p w14:paraId="41E8FAF2" w14:textId="77777777" w:rsidR="00DF1F92" w:rsidRPr="00F463B7" w:rsidRDefault="00DF1F92" w:rsidP="00CE6A40">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hAnsiTheme="minorHAnsi"/>
                <w:color w:val="000000"/>
                <w:sz w:val="22"/>
              </w:rPr>
              <w:t>232</w:t>
            </w:r>
          </w:p>
        </w:tc>
      </w:tr>
      <w:tr w:rsidR="00DF1F92" w:rsidRPr="00F463B7" w14:paraId="3808C5F7" w14:textId="77777777">
        <w:trPr>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0B076539" w14:textId="77777777" w:rsidR="00DF1F92" w:rsidRPr="00F463B7" w:rsidRDefault="00DF1F92" w:rsidP="00CE6A40">
            <w:pPr>
              <w:spacing w:line="240" w:lineRule="auto"/>
              <w:jc w:val="left"/>
              <w:rPr>
                <w:rFonts w:asciiTheme="minorHAnsi" w:eastAsia="Times New Roman" w:hAnsiTheme="minorHAnsi" w:cstheme="minorHAnsi"/>
                <w:b w:val="0"/>
                <w:bCs w:val="0"/>
                <w:color w:val="000000"/>
                <w:sz w:val="22"/>
                <w:szCs w:val="22"/>
              </w:rPr>
            </w:pPr>
            <w:r>
              <w:rPr>
                <w:rFonts w:asciiTheme="minorHAnsi" w:hAnsiTheme="minorHAnsi"/>
                <w:b w:val="0"/>
                <w:color w:val="000000"/>
                <w:sz w:val="22"/>
              </w:rPr>
              <w:t>Colombie-Britannique</w:t>
            </w:r>
          </w:p>
        </w:tc>
        <w:tc>
          <w:tcPr>
            <w:tcW w:w="1495" w:type="pct"/>
            <w:vAlign w:val="center"/>
          </w:tcPr>
          <w:p w14:paraId="35C2EDAF" w14:textId="77777777" w:rsidR="00DF1F92" w:rsidRPr="00F463B7" w:rsidRDefault="00475798" w:rsidP="00CE6A40">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hAnsiTheme="minorHAnsi"/>
                <w:color w:val="000000"/>
                <w:sz w:val="22"/>
              </w:rPr>
              <w:t>354</w:t>
            </w:r>
          </w:p>
        </w:tc>
        <w:tc>
          <w:tcPr>
            <w:tcW w:w="1422" w:type="pct"/>
            <w:vAlign w:val="center"/>
          </w:tcPr>
          <w:p w14:paraId="12253256" w14:textId="77777777" w:rsidR="00DF1F92" w:rsidRPr="00F463B7" w:rsidRDefault="00DF1F92" w:rsidP="00CE6A40">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hAnsiTheme="minorHAnsi"/>
                <w:color w:val="000000"/>
                <w:sz w:val="22"/>
              </w:rPr>
              <w:t>262</w:t>
            </w:r>
          </w:p>
        </w:tc>
      </w:tr>
      <w:tr w:rsidR="00DF1F92" w:rsidRPr="00F463B7" w14:paraId="67FE90BF"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3" w:type="pct"/>
            <w:tcBorders>
              <w:bottom w:val="single" w:sz="4" w:space="0" w:color="auto"/>
            </w:tcBorders>
            <w:noWrap/>
            <w:vAlign w:val="center"/>
          </w:tcPr>
          <w:p w14:paraId="439F5B76" w14:textId="77777777" w:rsidR="00DF1F92" w:rsidRPr="00F463B7" w:rsidRDefault="00DF1F92" w:rsidP="00CE6A40">
            <w:pPr>
              <w:spacing w:line="240" w:lineRule="auto"/>
              <w:jc w:val="left"/>
              <w:rPr>
                <w:rFonts w:asciiTheme="minorHAnsi" w:eastAsia="Times New Roman" w:hAnsiTheme="minorHAnsi" w:cstheme="minorHAnsi"/>
                <w:b w:val="0"/>
                <w:bCs w:val="0"/>
                <w:color w:val="000000"/>
                <w:sz w:val="22"/>
                <w:szCs w:val="22"/>
              </w:rPr>
            </w:pPr>
            <w:r>
              <w:rPr>
                <w:rFonts w:asciiTheme="minorHAnsi" w:hAnsiTheme="minorHAnsi"/>
                <w:b w:val="0"/>
                <w:color w:val="000000"/>
                <w:sz w:val="22"/>
              </w:rPr>
              <w:t>Territoires</w:t>
            </w:r>
          </w:p>
        </w:tc>
        <w:tc>
          <w:tcPr>
            <w:tcW w:w="1495" w:type="pct"/>
            <w:tcBorders>
              <w:bottom w:val="single" w:sz="4" w:space="0" w:color="auto"/>
            </w:tcBorders>
            <w:vAlign w:val="center"/>
          </w:tcPr>
          <w:p w14:paraId="5384A9B0" w14:textId="77777777" w:rsidR="00DF1F92" w:rsidRPr="00F463B7" w:rsidRDefault="00475798" w:rsidP="00CE6A40">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hAnsiTheme="minorHAnsi"/>
                <w:color w:val="000000"/>
                <w:sz w:val="22"/>
              </w:rPr>
              <w:t>1</w:t>
            </w:r>
          </w:p>
        </w:tc>
        <w:tc>
          <w:tcPr>
            <w:tcW w:w="1422" w:type="pct"/>
            <w:tcBorders>
              <w:bottom w:val="single" w:sz="4" w:space="0" w:color="auto"/>
            </w:tcBorders>
            <w:vAlign w:val="center"/>
          </w:tcPr>
          <w:p w14:paraId="236EAD64" w14:textId="77777777" w:rsidR="00DF1F92" w:rsidRPr="00F463B7" w:rsidRDefault="00DF1F92" w:rsidP="00CE6A40">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hAnsiTheme="minorHAnsi"/>
                <w:color w:val="000000"/>
                <w:sz w:val="22"/>
              </w:rPr>
              <w:t>7</w:t>
            </w:r>
          </w:p>
        </w:tc>
      </w:tr>
      <w:tr w:rsidR="00DF1F92" w:rsidRPr="00F463B7" w14:paraId="7F860DFD" w14:textId="77777777">
        <w:trPr>
          <w:trHeight w:val="330"/>
        </w:trPr>
        <w:tc>
          <w:tcPr>
            <w:cnfStyle w:val="001000000000" w:firstRow="0" w:lastRow="0" w:firstColumn="1" w:lastColumn="0" w:oddVBand="0" w:evenVBand="0" w:oddHBand="0" w:evenHBand="0" w:firstRowFirstColumn="0" w:firstRowLastColumn="0" w:lastRowFirstColumn="0" w:lastRowLastColumn="0"/>
            <w:tcW w:w="2083" w:type="pct"/>
            <w:tcBorders>
              <w:top w:val="double" w:sz="4" w:space="0" w:color="auto"/>
              <w:bottom w:val="double" w:sz="4" w:space="0" w:color="auto"/>
            </w:tcBorders>
            <w:noWrap/>
            <w:vAlign w:val="center"/>
          </w:tcPr>
          <w:p w14:paraId="2C03CACD" w14:textId="77777777" w:rsidR="00DF1F92" w:rsidRPr="00F463B7" w:rsidRDefault="00DF1F92"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color w:val="000000"/>
                <w:sz w:val="22"/>
              </w:rPr>
              <w:t>Total</w:t>
            </w:r>
          </w:p>
        </w:tc>
        <w:tc>
          <w:tcPr>
            <w:tcW w:w="1495" w:type="pct"/>
            <w:tcBorders>
              <w:top w:val="double" w:sz="4" w:space="0" w:color="auto"/>
              <w:bottom w:val="double" w:sz="4" w:space="0" w:color="auto"/>
            </w:tcBorders>
            <w:vAlign w:val="center"/>
          </w:tcPr>
          <w:p w14:paraId="2887E507" w14:textId="2A58AC48" w:rsidR="00DF1F92" w:rsidRPr="00F463B7" w:rsidRDefault="00CE6A40" w:rsidP="00CE6A40">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szCs w:val="22"/>
              </w:rPr>
            </w:pPr>
            <w:r>
              <w:rPr>
                <w:rFonts w:asciiTheme="minorHAnsi" w:hAnsiTheme="minorHAnsi"/>
                <w:b/>
                <w:color w:val="000000"/>
                <w:sz w:val="22"/>
              </w:rPr>
              <w:t>2 268</w:t>
            </w:r>
          </w:p>
        </w:tc>
        <w:tc>
          <w:tcPr>
            <w:tcW w:w="1422" w:type="pct"/>
            <w:tcBorders>
              <w:top w:val="double" w:sz="4" w:space="0" w:color="auto"/>
              <w:bottom w:val="double" w:sz="4" w:space="0" w:color="auto"/>
            </w:tcBorders>
            <w:vAlign w:val="center"/>
          </w:tcPr>
          <w:p w14:paraId="006A0D1F" w14:textId="77777777" w:rsidR="00DF1F92" w:rsidRPr="00F463B7" w:rsidRDefault="00DF1F92" w:rsidP="00CE6A40">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szCs w:val="22"/>
              </w:rPr>
            </w:pPr>
            <w:r>
              <w:rPr>
                <w:rFonts w:asciiTheme="minorHAnsi" w:hAnsiTheme="minorHAnsi"/>
                <w:b/>
                <w:color w:val="000000"/>
                <w:sz w:val="22"/>
              </w:rPr>
              <w:t>2 000</w:t>
            </w:r>
          </w:p>
        </w:tc>
      </w:tr>
    </w:tbl>
    <w:p w14:paraId="54D397CC" w14:textId="77777777" w:rsidR="00303032" w:rsidRDefault="00303032" w:rsidP="00CE6A40">
      <w:pPr>
        <w:spacing w:line="240" w:lineRule="auto"/>
        <w:jc w:val="left"/>
        <w:rPr>
          <w:rFonts w:asciiTheme="minorHAnsi" w:hAnsiTheme="minorHAnsi" w:cstheme="minorHAnsi"/>
          <w:sz w:val="22"/>
          <w:szCs w:val="22"/>
        </w:rPr>
      </w:pPr>
      <w:bookmarkStart w:id="67" w:name="_Toc224359367"/>
    </w:p>
    <w:p w14:paraId="5473631F" w14:textId="77777777" w:rsidR="00BA13AB" w:rsidRPr="00F463B7" w:rsidRDefault="00BA13AB" w:rsidP="00CE6A40">
      <w:pPr>
        <w:spacing w:line="240" w:lineRule="auto"/>
        <w:jc w:val="left"/>
        <w:rPr>
          <w:rFonts w:asciiTheme="minorHAnsi" w:hAnsiTheme="minorHAnsi" w:cstheme="minorHAnsi"/>
          <w:sz w:val="22"/>
          <w:szCs w:val="22"/>
          <w:lang w:val="en-CA"/>
        </w:rPr>
      </w:pPr>
    </w:p>
    <w:p w14:paraId="69AE7952" w14:textId="26D60446" w:rsidR="00DF1F92" w:rsidRPr="007F51D0" w:rsidRDefault="00337163" w:rsidP="00F46697">
      <w:pPr>
        <w:pStyle w:val="Heading3"/>
      </w:pPr>
      <w:bookmarkStart w:id="68" w:name="_Toc75287156"/>
      <w:r>
        <w:t>4.2 Participants exclus</w:t>
      </w:r>
      <w:bookmarkEnd w:id="68"/>
    </w:p>
    <w:p w14:paraId="65712F8E" w14:textId="77777777" w:rsidR="00DB4B19" w:rsidRPr="007412E8" w:rsidRDefault="00DB4B19" w:rsidP="00CE6A40">
      <w:pPr>
        <w:spacing w:line="276" w:lineRule="auto"/>
        <w:jc w:val="left"/>
        <w:rPr>
          <w:rFonts w:asciiTheme="minorHAnsi" w:hAnsiTheme="minorHAnsi" w:cstheme="minorHAnsi"/>
          <w:sz w:val="22"/>
          <w:szCs w:val="22"/>
          <w:lang w:val="en-CA"/>
        </w:rPr>
      </w:pPr>
    </w:p>
    <w:p w14:paraId="423A4296" w14:textId="620EE38B" w:rsidR="00DB4B19" w:rsidRPr="00F463B7" w:rsidRDefault="00DB4B19" w:rsidP="00CE6A40">
      <w:pPr>
        <w:pStyle w:val="Caption"/>
        <w:keepNext/>
        <w:spacing w:line="276" w:lineRule="auto"/>
        <w:jc w:val="left"/>
        <w:rPr>
          <w:rFonts w:asciiTheme="minorHAnsi" w:hAnsiTheme="minorHAnsi" w:cstheme="minorHAnsi"/>
          <w:smallCaps/>
          <w:sz w:val="22"/>
          <w:szCs w:val="22"/>
        </w:rPr>
      </w:pPr>
      <w:r>
        <w:rPr>
          <w:rFonts w:asciiTheme="minorHAnsi" w:hAnsiTheme="minorHAnsi"/>
          <w:sz w:val="22"/>
        </w:rPr>
        <w:t>Tableau 4 : Nombre de participants exclus</w:t>
      </w:r>
    </w:p>
    <w:tbl>
      <w:tblPr>
        <w:tblW w:w="5000" w:type="pct"/>
        <w:jc w:val="center"/>
        <w:tblLook w:val="04A0" w:firstRow="1" w:lastRow="0" w:firstColumn="1" w:lastColumn="0" w:noHBand="0" w:noVBand="1"/>
      </w:tblPr>
      <w:tblGrid>
        <w:gridCol w:w="3756"/>
        <w:gridCol w:w="1415"/>
        <w:gridCol w:w="1415"/>
        <w:gridCol w:w="1411"/>
        <w:gridCol w:w="1409"/>
      </w:tblGrid>
      <w:tr w:rsidR="00337163" w:rsidRPr="00F463B7" w14:paraId="5353FDF9" w14:textId="77777777">
        <w:trPr>
          <w:trHeight w:val="435"/>
          <w:jc w:val="center"/>
        </w:trPr>
        <w:tc>
          <w:tcPr>
            <w:tcW w:w="1997" w:type="pct"/>
            <w:tcBorders>
              <w:top w:val="single" w:sz="8" w:space="0" w:color="auto"/>
              <w:left w:val="nil"/>
              <w:bottom w:val="double" w:sz="6" w:space="0" w:color="auto"/>
              <w:right w:val="nil"/>
            </w:tcBorders>
            <w:shd w:val="clear" w:color="auto" w:fill="auto"/>
            <w:noWrap/>
            <w:vAlign w:val="center"/>
          </w:tcPr>
          <w:p w14:paraId="501952D4" w14:textId="77777777" w:rsidR="00337163" w:rsidRPr="00F463B7" w:rsidRDefault="00337163" w:rsidP="00CE6A40">
            <w:pPr>
              <w:spacing w:line="240" w:lineRule="auto"/>
              <w:jc w:val="left"/>
              <w:rPr>
                <w:rFonts w:asciiTheme="minorHAnsi" w:eastAsia="Times New Roman" w:hAnsiTheme="minorHAnsi" w:cstheme="minorHAnsi"/>
                <w:b/>
                <w:color w:val="000000"/>
                <w:sz w:val="22"/>
                <w:szCs w:val="22"/>
              </w:rPr>
            </w:pPr>
            <w:r>
              <w:rPr>
                <w:rFonts w:asciiTheme="minorHAnsi" w:hAnsiTheme="minorHAnsi"/>
                <w:b/>
                <w:color w:val="000000"/>
                <w:sz w:val="22"/>
              </w:rPr>
              <w:t>Vague du sondage</w:t>
            </w:r>
          </w:p>
        </w:tc>
        <w:tc>
          <w:tcPr>
            <w:tcW w:w="752" w:type="pct"/>
            <w:tcBorders>
              <w:top w:val="single" w:sz="8" w:space="0" w:color="auto"/>
              <w:left w:val="nil"/>
              <w:bottom w:val="double" w:sz="6" w:space="0" w:color="auto"/>
              <w:right w:val="nil"/>
            </w:tcBorders>
            <w:shd w:val="clear" w:color="auto" w:fill="auto"/>
            <w:vAlign w:val="center"/>
          </w:tcPr>
          <w:p w14:paraId="768B5CCA" w14:textId="77777777" w:rsidR="00337163" w:rsidRPr="00F463B7" w:rsidRDefault="00337163" w:rsidP="00CE6A40">
            <w:pPr>
              <w:spacing w:line="240" w:lineRule="auto"/>
              <w:jc w:val="left"/>
              <w:rPr>
                <w:rFonts w:asciiTheme="minorHAnsi" w:eastAsia="Times New Roman" w:hAnsiTheme="minorHAnsi" w:cstheme="minorHAnsi"/>
                <w:b/>
                <w:bCs/>
                <w:color w:val="000000"/>
                <w:sz w:val="22"/>
                <w:szCs w:val="22"/>
              </w:rPr>
            </w:pPr>
            <w:r>
              <w:rPr>
                <w:rFonts w:asciiTheme="minorHAnsi" w:hAnsiTheme="minorHAnsi"/>
                <w:b/>
                <w:color w:val="000000"/>
                <w:sz w:val="22"/>
              </w:rPr>
              <w:t>Travaille dans un secteur qui le rend inadmissible</w:t>
            </w:r>
          </w:p>
        </w:tc>
        <w:tc>
          <w:tcPr>
            <w:tcW w:w="752" w:type="pct"/>
            <w:tcBorders>
              <w:top w:val="single" w:sz="8" w:space="0" w:color="auto"/>
              <w:left w:val="nil"/>
              <w:bottom w:val="double" w:sz="6" w:space="0" w:color="auto"/>
              <w:right w:val="nil"/>
            </w:tcBorders>
            <w:shd w:val="clear" w:color="auto" w:fill="auto"/>
            <w:vAlign w:val="center"/>
          </w:tcPr>
          <w:p w14:paraId="5B73A00D" w14:textId="77777777" w:rsidR="00337163" w:rsidRPr="00F463B7" w:rsidRDefault="00337163" w:rsidP="00CE6A40">
            <w:pPr>
              <w:spacing w:line="240" w:lineRule="auto"/>
              <w:jc w:val="left"/>
              <w:rPr>
                <w:rFonts w:asciiTheme="minorHAnsi" w:eastAsia="Times New Roman" w:hAnsiTheme="minorHAnsi" w:cstheme="minorHAnsi"/>
                <w:b/>
                <w:bCs/>
                <w:color w:val="000000"/>
                <w:sz w:val="22"/>
                <w:szCs w:val="22"/>
              </w:rPr>
            </w:pPr>
            <w:r>
              <w:rPr>
                <w:rFonts w:asciiTheme="minorHAnsi" w:hAnsiTheme="minorHAnsi"/>
                <w:b/>
                <w:color w:val="000000"/>
                <w:sz w:val="22"/>
              </w:rPr>
              <w:t>Ne vit pas au Canada</w:t>
            </w:r>
          </w:p>
        </w:tc>
        <w:tc>
          <w:tcPr>
            <w:tcW w:w="750" w:type="pct"/>
            <w:tcBorders>
              <w:top w:val="single" w:sz="8" w:space="0" w:color="auto"/>
              <w:left w:val="nil"/>
              <w:bottom w:val="double" w:sz="6" w:space="0" w:color="auto"/>
              <w:right w:val="nil"/>
            </w:tcBorders>
            <w:shd w:val="clear" w:color="auto" w:fill="auto"/>
            <w:vAlign w:val="center"/>
          </w:tcPr>
          <w:p w14:paraId="7DCFF77F" w14:textId="77777777" w:rsidR="00337163" w:rsidRPr="00F463B7" w:rsidRDefault="00337163" w:rsidP="00CE6A40">
            <w:pPr>
              <w:spacing w:line="240" w:lineRule="auto"/>
              <w:jc w:val="left"/>
              <w:rPr>
                <w:rFonts w:asciiTheme="minorHAnsi" w:eastAsia="Times New Roman" w:hAnsiTheme="minorHAnsi" w:cstheme="minorHAnsi"/>
                <w:b/>
                <w:bCs/>
                <w:color w:val="000000"/>
                <w:sz w:val="22"/>
                <w:szCs w:val="22"/>
              </w:rPr>
            </w:pPr>
            <w:r>
              <w:rPr>
                <w:rFonts w:asciiTheme="minorHAnsi" w:hAnsiTheme="minorHAnsi"/>
                <w:b/>
                <w:color w:val="000000"/>
                <w:sz w:val="22"/>
              </w:rPr>
              <w:t>Âgé de moins de 18 ans</w:t>
            </w:r>
          </w:p>
        </w:tc>
        <w:tc>
          <w:tcPr>
            <w:tcW w:w="749" w:type="pct"/>
            <w:tcBorders>
              <w:top w:val="single" w:sz="8" w:space="0" w:color="auto"/>
              <w:left w:val="nil"/>
              <w:bottom w:val="double" w:sz="6" w:space="0" w:color="auto"/>
              <w:right w:val="nil"/>
            </w:tcBorders>
            <w:shd w:val="clear" w:color="auto" w:fill="auto"/>
            <w:vAlign w:val="center"/>
          </w:tcPr>
          <w:p w14:paraId="2E56CF1B" w14:textId="77777777" w:rsidR="00337163" w:rsidRPr="00F463B7" w:rsidRDefault="00337163" w:rsidP="00CE6A40">
            <w:pPr>
              <w:spacing w:line="240" w:lineRule="auto"/>
              <w:jc w:val="left"/>
              <w:rPr>
                <w:rFonts w:asciiTheme="minorHAnsi" w:eastAsia="Times New Roman" w:hAnsiTheme="minorHAnsi" w:cstheme="minorHAnsi"/>
                <w:b/>
                <w:bCs/>
                <w:color w:val="000000"/>
                <w:sz w:val="22"/>
                <w:szCs w:val="22"/>
              </w:rPr>
            </w:pPr>
            <w:r>
              <w:rPr>
                <w:rFonts w:asciiTheme="minorHAnsi" w:hAnsiTheme="minorHAnsi"/>
                <w:b/>
                <w:color w:val="000000"/>
                <w:sz w:val="22"/>
              </w:rPr>
              <w:t>Total</w:t>
            </w:r>
          </w:p>
        </w:tc>
      </w:tr>
      <w:tr w:rsidR="00337163" w:rsidRPr="00F463B7" w14:paraId="10731979" w14:textId="77777777">
        <w:trPr>
          <w:trHeight w:val="330"/>
          <w:jc w:val="center"/>
        </w:trPr>
        <w:tc>
          <w:tcPr>
            <w:tcW w:w="1997" w:type="pct"/>
            <w:tcBorders>
              <w:top w:val="double" w:sz="6" w:space="0" w:color="auto"/>
              <w:left w:val="nil"/>
              <w:bottom w:val="double" w:sz="6" w:space="0" w:color="auto"/>
              <w:right w:val="nil"/>
            </w:tcBorders>
            <w:shd w:val="clear" w:color="auto" w:fill="auto"/>
            <w:noWrap/>
            <w:vAlign w:val="center"/>
          </w:tcPr>
          <w:p w14:paraId="58431804" w14:textId="77777777" w:rsidR="00337163" w:rsidRPr="00F463B7" w:rsidRDefault="00337163" w:rsidP="00CE6A40">
            <w:pPr>
              <w:spacing w:line="240" w:lineRule="auto"/>
              <w:jc w:val="left"/>
              <w:rPr>
                <w:rFonts w:asciiTheme="minorHAnsi" w:eastAsia="Times New Roman" w:hAnsiTheme="minorHAnsi" w:cstheme="minorHAnsi"/>
                <w:bCs/>
                <w:color w:val="000000"/>
                <w:sz w:val="22"/>
                <w:szCs w:val="22"/>
              </w:rPr>
            </w:pPr>
            <w:r>
              <w:rPr>
                <w:rFonts w:asciiTheme="minorHAnsi" w:hAnsiTheme="minorHAnsi"/>
                <w:b/>
                <w:color w:val="000000"/>
                <w:sz w:val="22"/>
              </w:rPr>
              <w:t>Total</w:t>
            </w:r>
          </w:p>
        </w:tc>
        <w:tc>
          <w:tcPr>
            <w:tcW w:w="752" w:type="pct"/>
            <w:tcBorders>
              <w:top w:val="double" w:sz="6" w:space="0" w:color="auto"/>
              <w:left w:val="nil"/>
              <w:bottom w:val="double" w:sz="6" w:space="0" w:color="auto"/>
              <w:right w:val="nil"/>
            </w:tcBorders>
            <w:shd w:val="clear" w:color="auto" w:fill="auto"/>
            <w:noWrap/>
            <w:vAlign w:val="center"/>
          </w:tcPr>
          <w:p w14:paraId="20FD3423" w14:textId="77777777" w:rsidR="00337163" w:rsidRPr="00F463B7" w:rsidRDefault="00337163"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b/>
                <w:color w:val="000000"/>
                <w:sz w:val="22"/>
              </w:rPr>
              <w:t>341</w:t>
            </w:r>
          </w:p>
        </w:tc>
        <w:tc>
          <w:tcPr>
            <w:tcW w:w="752" w:type="pct"/>
            <w:tcBorders>
              <w:top w:val="double" w:sz="6" w:space="0" w:color="auto"/>
              <w:left w:val="nil"/>
              <w:bottom w:val="double" w:sz="6" w:space="0" w:color="auto"/>
              <w:right w:val="nil"/>
            </w:tcBorders>
            <w:shd w:val="clear" w:color="auto" w:fill="auto"/>
            <w:vAlign w:val="center"/>
          </w:tcPr>
          <w:p w14:paraId="2CC5DEA9" w14:textId="77777777" w:rsidR="00337163" w:rsidRPr="00F463B7" w:rsidRDefault="00337163"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b/>
                <w:color w:val="000000"/>
                <w:sz w:val="22"/>
              </w:rPr>
              <w:t>3</w:t>
            </w:r>
          </w:p>
        </w:tc>
        <w:tc>
          <w:tcPr>
            <w:tcW w:w="750" w:type="pct"/>
            <w:tcBorders>
              <w:top w:val="double" w:sz="6" w:space="0" w:color="auto"/>
              <w:left w:val="nil"/>
              <w:bottom w:val="double" w:sz="6" w:space="0" w:color="auto"/>
              <w:right w:val="nil"/>
            </w:tcBorders>
            <w:shd w:val="clear" w:color="auto" w:fill="auto"/>
            <w:vAlign w:val="center"/>
          </w:tcPr>
          <w:p w14:paraId="3DFBB8DC" w14:textId="77777777" w:rsidR="00337163" w:rsidRPr="00F463B7" w:rsidRDefault="00337163"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b/>
                <w:color w:val="000000"/>
                <w:sz w:val="22"/>
              </w:rPr>
              <w:t>5</w:t>
            </w:r>
          </w:p>
        </w:tc>
        <w:tc>
          <w:tcPr>
            <w:tcW w:w="749" w:type="pct"/>
            <w:tcBorders>
              <w:top w:val="double" w:sz="6" w:space="0" w:color="auto"/>
              <w:left w:val="nil"/>
              <w:bottom w:val="double" w:sz="6" w:space="0" w:color="auto"/>
              <w:right w:val="nil"/>
            </w:tcBorders>
            <w:shd w:val="clear" w:color="auto" w:fill="auto"/>
            <w:vAlign w:val="center"/>
          </w:tcPr>
          <w:p w14:paraId="7CEFA3FD" w14:textId="77777777" w:rsidR="00337163" w:rsidRPr="00F463B7" w:rsidRDefault="00337163" w:rsidP="00CE6A40">
            <w:pPr>
              <w:spacing w:line="240" w:lineRule="auto"/>
              <w:jc w:val="left"/>
              <w:rPr>
                <w:rFonts w:asciiTheme="minorHAnsi" w:eastAsia="Times New Roman" w:hAnsiTheme="minorHAnsi" w:cstheme="minorHAnsi"/>
                <w:color w:val="000000"/>
                <w:sz w:val="22"/>
                <w:szCs w:val="22"/>
              </w:rPr>
            </w:pPr>
            <w:r>
              <w:rPr>
                <w:rFonts w:asciiTheme="minorHAnsi" w:hAnsiTheme="minorHAnsi"/>
                <w:b/>
                <w:color w:val="000000"/>
                <w:sz w:val="22"/>
              </w:rPr>
              <w:t>349</w:t>
            </w:r>
          </w:p>
        </w:tc>
      </w:tr>
    </w:tbl>
    <w:p w14:paraId="2AA4F47A" w14:textId="77777777" w:rsidR="00303032" w:rsidRPr="00F463B7" w:rsidRDefault="00303032" w:rsidP="00CE6A40">
      <w:pPr>
        <w:spacing w:line="240" w:lineRule="auto"/>
        <w:jc w:val="left"/>
        <w:rPr>
          <w:rFonts w:asciiTheme="minorHAnsi" w:hAnsiTheme="minorHAnsi" w:cstheme="minorHAnsi"/>
          <w:bCs/>
          <w:sz w:val="22"/>
          <w:szCs w:val="22"/>
        </w:rPr>
      </w:pPr>
    </w:p>
    <w:p w14:paraId="1543A4AB" w14:textId="77777777" w:rsidR="00303032" w:rsidRDefault="00303032" w:rsidP="00CE6A40">
      <w:pPr>
        <w:spacing w:line="240" w:lineRule="auto"/>
        <w:jc w:val="left"/>
        <w:rPr>
          <w:rFonts w:asciiTheme="minorHAnsi" w:hAnsiTheme="minorHAnsi" w:cstheme="minorHAnsi"/>
          <w:bCs/>
        </w:rPr>
      </w:pPr>
    </w:p>
    <w:p w14:paraId="5F10FE60" w14:textId="77777777" w:rsidR="003D4054" w:rsidRPr="00303032" w:rsidRDefault="003D4054" w:rsidP="00F46697">
      <w:pPr>
        <w:spacing w:line="240" w:lineRule="auto"/>
        <w:jc w:val="left"/>
        <w:rPr>
          <w:rFonts w:asciiTheme="minorHAnsi" w:hAnsiTheme="minorHAnsi" w:cstheme="minorHAnsi"/>
        </w:rPr>
      </w:pPr>
      <w:r>
        <w:br w:type="page"/>
      </w:r>
    </w:p>
    <w:p w14:paraId="29FB82F1" w14:textId="703C28A1" w:rsidR="00337163" w:rsidRPr="007465D6" w:rsidRDefault="00337163" w:rsidP="00CE6A40">
      <w:pPr>
        <w:pStyle w:val="Heading1"/>
        <w:spacing w:line="276" w:lineRule="auto"/>
        <w:jc w:val="left"/>
        <w:rPr>
          <w:rFonts w:asciiTheme="minorHAnsi" w:hAnsiTheme="minorHAnsi" w:cstheme="minorHAnsi"/>
        </w:rPr>
      </w:pPr>
      <w:bookmarkStart w:id="69" w:name="_Toc483924426"/>
      <w:bookmarkStart w:id="70" w:name="_Toc53554351"/>
      <w:bookmarkStart w:id="71" w:name="_Toc75287157"/>
      <w:r>
        <w:rPr>
          <w:rFonts w:asciiTheme="minorHAnsi" w:hAnsiTheme="minorHAnsi"/>
        </w:rPr>
        <w:lastRenderedPageBreak/>
        <w:t>5. Pondération</w:t>
      </w:r>
      <w:bookmarkEnd w:id="69"/>
      <w:bookmarkEnd w:id="70"/>
      <w:bookmarkEnd w:id="71"/>
    </w:p>
    <w:p w14:paraId="30DB17C4" w14:textId="638AAEF1" w:rsidR="00771BD9" w:rsidRPr="00215589" w:rsidRDefault="00771BD9" w:rsidP="00CE6A40">
      <w:pPr>
        <w:spacing w:line="276" w:lineRule="auto"/>
        <w:jc w:val="left"/>
        <w:rPr>
          <w:rFonts w:asciiTheme="minorHAnsi" w:hAnsiTheme="minorHAnsi"/>
          <w:sz w:val="22"/>
        </w:rPr>
      </w:pPr>
      <w:r>
        <w:rPr>
          <w:rFonts w:asciiTheme="minorHAnsi" w:hAnsiTheme="minorHAnsi"/>
          <w:sz w:val="22"/>
        </w:rPr>
        <w:t xml:space="preserve">En tout, 2 269 entrevues en ligne ont été réalisées au cours de la période de collecte de données. La pondération du dossier final s’appuyait sur trois variables : l’âge, le genre et la région. Une pondération nulle a été appliquée aux 34 personnes qui n’étaient ni de genre masculin ni de genre féminin. </w:t>
      </w:r>
      <w:r w:rsidRPr="00215589">
        <w:rPr>
          <w:rFonts w:asciiTheme="minorHAnsi" w:hAnsiTheme="minorHAnsi"/>
          <w:sz w:val="22"/>
        </w:rPr>
        <w:t xml:space="preserve">La taille des populations est basée sur les données du dernier recensement </w:t>
      </w:r>
      <w:r>
        <w:rPr>
          <w:rFonts w:asciiTheme="minorHAnsi" w:hAnsiTheme="minorHAnsi"/>
          <w:sz w:val="22"/>
        </w:rPr>
        <w:t xml:space="preserve">de Statistique Canada, soit le recensement de 2016. </w:t>
      </w:r>
    </w:p>
    <w:p w14:paraId="602B873A" w14:textId="77777777" w:rsidR="00337163" w:rsidRPr="00316687" w:rsidRDefault="00337163" w:rsidP="00CE6A40">
      <w:pPr>
        <w:spacing w:line="276" w:lineRule="auto"/>
        <w:jc w:val="left"/>
        <w:rPr>
          <w:rFonts w:asciiTheme="minorHAnsi" w:hAnsiTheme="minorHAnsi" w:cstheme="minorHAnsi"/>
          <w:noProof/>
          <w:sz w:val="22"/>
          <w:szCs w:val="22"/>
          <w:lang w:val="fr-FR"/>
        </w:rPr>
      </w:pPr>
    </w:p>
    <w:p w14:paraId="00EFB1C9" w14:textId="77777777" w:rsidR="00337163" w:rsidRPr="0081190E" w:rsidRDefault="00337163" w:rsidP="00CE6A40">
      <w:pPr>
        <w:spacing w:line="240" w:lineRule="auto"/>
        <w:jc w:val="left"/>
        <w:rPr>
          <w:rFonts w:asciiTheme="minorHAnsi" w:hAnsiTheme="minorHAnsi" w:cstheme="minorHAnsi"/>
          <w:sz w:val="22"/>
          <w:szCs w:val="22"/>
        </w:rPr>
      </w:pPr>
      <w:r>
        <w:rPr>
          <w:rFonts w:asciiTheme="minorHAnsi" w:hAnsiTheme="minorHAnsi"/>
          <w:b/>
          <w:sz w:val="22"/>
        </w:rPr>
        <w:t>Tableau 5 : Pondération</w:t>
      </w:r>
      <w:r>
        <w:rPr>
          <w:rFonts w:asciiTheme="minorHAnsi" w:hAnsiTheme="minorHAnsi"/>
          <w:sz w:val="22"/>
        </w:rPr>
        <w:t xml:space="preserve">  </w:t>
      </w:r>
    </w:p>
    <w:tbl>
      <w:tblPr>
        <w:tblStyle w:val="TableGrid5"/>
        <w:tblW w:w="5000" w:type="pct"/>
        <w:jc w:val="center"/>
        <w:tblLook w:val="04A0" w:firstRow="1" w:lastRow="0" w:firstColumn="1" w:lastColumn="0" w:noHBand="0" w:noVBand="1"/>
      </w:tblPr>
      <w:tblGrid>
        <w:gridCol w:w="4833"/>
        <w:gridCol w:w="1626"/>
        <w:gridCol w:w="1342"/>
        <w:gridCol w:w="1595"/>
      </w:tblGrid>
      <w:tr w:rsidR="00B22403" w:rsidRPr="0081190E" w14:paraId="078C5885" w14:textId="77777777">
        <w:trPr>
          <w:jc w:val="center"/>
        </w:trPr>
        <w:tc>
          <w:tcPr>
            <w:tcW w:w="2572" w:type="pct"/>
            <w:shd w:val="clear" w:color="auto" w:fill="1F497D"/>
          </w:tcPr>
          <w:p w14:paraId="06842D36" w14:textId="5A663BED" w:rsidR="00B22403" w:rsidRPr="0081190E" w:rsidRDefault="00972B31" w:rsidP="00CE6A40">
            <w:pPr>
              <w:spacing w:line="240" w:lineRule="auto"/>
              <w:jc w:val="left"/>
              <w:rPr>
                <w:rFonts w:asciiTheme="minorHAnsi" w:hAnsiTheme="minorHAnsi" w:cstheme="minorHAnsi"/>
                <w:b/>
                <w:bCs/>
                <w:noProof/>
                <w:color w:val="FFFFFF"/>
                <w:sz w:val="22"/>
                <w:szCs w:val="22"/>
              </w:rPr>
            </w:pPr>
            <w:r>
              <w:rPr>
                <w:rFonts w:asciiTheme="minorHAnsi" w:hAnsiTheme="minorHAnsi"/>
                <w:b/>
                <w:color w:val="FFFFFF"/>
                <w:sz w:val="22"/>
              </w:rPr>
              <w:t>Catégorie</w:t>
            </w:r>
          </w:p>
        </w:tc>
        <w:tc>
          <w:tcPr>
            <w:tcW w:w="865" w:type="pct"/>
            <w:shd w:val="clear" w:color="auto" w:fill="1F497D"/>
          </w:tcPr>
          <w:p w14:paraId="17C72525" w14:textId="77777777" w:rsidR="00B22403" w:rsidRPr="0081190E" w:rsidRDefault="00B22403" w:rsidP="00CE6A40">
            <w:pPr>
              <w:spacing w:line="240" w:lineRule="auto"/>
              <w:jc w:val="left"/>
              <w:rPr>
                <w:rFonts w:asciiTheme="minorHAnsi" w:hAnsiTheme="minorHAnsi" w:cstheme="minorHAnsi"/>
                <w:b/>
                <w:bCs/>
                <w:noProof/>
                <w:color w:val="FFFFFF"/>
                <w:sz w:val="22"/>
                <w:szCs w:val="22"/>
              </w:rPr>
            </w:pPr>
            <w:r>
              <w:rPr>
                <w:rFonts w:asciiTheme="minorHAnsi" w:hAnsiTheme="minorHAnsi"/>
                <w:b/>
                <w:color w:val="FFFFFF"/>
                <w:sz w:val="22"/>
              </w:rPr>
              <w:t>N non pondéré</w:t>
            </w:r>
          </w:p>
        </w:tc>
        <w:tc>
          <w:tcPr>
            <w:tcW w:w="714" w:type="pct"/>
            <w:shd w:val="clear" w:color="auto" w:fill="1F497D"/>
          </w:tcPr>
          <w:p w14:paraId="4DE8C814" w14:textId="77777777" w:rsidR="00B22403" w:rsidRPr="0081190E" w:rsidRDefault="00B22403" w:rsidP="00CE6A40">
            <w:pPr>
              <w:spacing w:line="240" w:lineRule="auto"/>
              <w:jc w:val="left"/>
              <w:rPr>
                <w:rFonts w:asciiTheme="minorHAnsi" w:hAnsiTheme="minorHAnsi" w:cstheme="minorHAnsi"/>
                <w:b/>
                <w:bCs/>
                <w:noProof/>
                <w:color w:val="FFFFFF"/>
                <w:sz w:val="22"/>
                <w:szCs w:val="22"/>
              </w:rPr>
            </w:pPr>
            <w:r>
              <w:rPr>
                <w:rFonts w:asciiTheme="minorHAnsi" w:hAnsiTheme="minorHAnsi"/>
                <w:b/>
                <w:color w:val="FFFFFF"/>
                <w:sz w:val="22"/>
              </w:rPr>
              <w:t>N pondéré</w:t>
            </w:r>
          </w:p>
        </w:tc>
        <w:tc>
          <w:tcPr>
            <w:tcW w:w="849" w:type="pct"/>
            <w:shd w:val="clear" w:color="auto" w:fill="1F497D"/>
          </w:tcPr>
          <w:p w14:paraId="76507458" w14:textId="77777777" w:rsidR="00B22403" w:rsidRPr="0081190E" w:rsidRDefault="00B22403" w:rsidP="00CE6A40">
            <w:pPr>
              <w:spacing w:line="240" w:lineRule="auto"/>
              <w:jc w:val="left"/>
              <w:rPr>
                <w:rFonts w:asciiTheme="minorHAnsi" w:hAnsiTheme="minorHAnsi" w:cstheme="minorHAnsi"/>
                <w:b/>
                <w:bCs/>
                <w:noProof/>
                <w:color w:val="FFFFFF"/>
                <w:sz w:val="22"/>
                <w:szCs w:val="22"/>
              </w:rPr>
            </w:pPr>
            <w:r>
              <w:rPr>
                <w:rFonts w:asciiTheme="minorHAnsi" w:hAnsiTheme="minorHAnsi"/>
                <w:b/>
                <w:color w:val="FFFFFF"/>
                <w:sz w:val="22"/>
              </w:rPr>
              <w:t>Pondération</w:t>
            </w:r>
          </w:p>
        </w:tc>
      </w:tr>
      <w:tr w:rsidR="00B22403" w:rsidRPr="0081190E" w14:paraId="37CA48AF" w14:textId="77777777">
        <w:trPr>
          <w:jc w:val="center"/>
        </w:trPr>
        <w:tc>
          <w:tcPr>
            <w:tcW w:w="2572" w:type="pct"/>
          </w:tcPr>
          <w:p w14:paraId="2E2CA63B" w14:textId="2289432E" w:rsidR="00B22403" w:rsidRPr="0081190E" w:rsidRDefault="00B22403" w:rsidP="00CE6A40">
            <w:pPr>
              <w:spacing w:line="240" w:lineRule="auto"/>
              <w:jc w:val="left"/>
              <w:rPr>
                <w:rFonts w:asciiTheme="minorHAnsi" w:hAnsiTheme="minorHAnsi" w:cstheme="minorHAnsi"/>
                <w:noProof/>
                <w:sz w:val="22"/>
                <w:szCs w:val="22"/>
              </w:rPr>
            </w:pPr>
            <w:r>
              <w:rPr>
                <w:rFonts w:asciiTheme="minorHAnsi" w:hAnsiTheme="minorHAnsi"/>
                <w:sz w:val="22"/>
              </w:rPr>
              <w:t>18-34, femme, Alberta et Territoires du Nord-Ouest</w:t>
            </w:r>
          </w:p>
        </w:tc>
        <w:tc>
          <w:tcPr>
            <w:tcW w:w="865" w:type="pct"/>
            <w:vAlign w:val="center"/>
          </w:tcPr>
          <w:p w14:paraId="01F1FCF4" w14:textId="77777777" w:rsidR="00B22403" w:rsidRPr="0081190E" w:rsidRDefault="00B22403" w:rsidP="00CE6A40">
            <w:pPr>
              <w:spacing w:line="240" w:lineRule="auto"/>
              <w:jc w:val="left"/>
              <w:rPr>
                <w:rFonts w:asciiTheme="minorHAnsi" w:hAnsiTheme="minorHAnsi" w:cstheme="minorHAnsi"/>
                <w:noProof/>
                <w:sz w:val="22"/>
                <w:szCs w:val="22"/>
              </w:rPr>
            </w:pPr>
            <w:r>
              <w:rPr>
                <w:rFonts w:asciiTheme="minorHAnsi" w:hAnsiTheme="minorHAnsi"/>
                <w:sz w:val="22"/>
              </w:rPr>
              <w:t>34</w:t>
            </w:r>
          </w:p>
        </w:tc>
        <w:tc>
          <w:tcPr>
            <w:tcW w:w="714" w:type="pct"/>
            <w:vAlign w:val="center"/>
          </w:tcPr>
          <w:p w14:paraId="3B81D61C" w14:textId="77777777" w:rsidR="00B22403" w:rsidRPr="0081190E" w:rsidRDefault="00B22403" w:rsidP="00CE6A40">
            <w:pPr>
              <w:spacing w:line="240" w:lineRule="auto"/>
              <w:jc w:val="left"/>
              <w:rPr>
                <w:rFonts w:asciiTheme="minorHAnsi" w:hAnsiTheme="minorHAnsi" w:cstheme="minorHAnsi"/>
                <w:noProof/>
                <w:sz w:val="22"/>
                <w:szCs w:val="22"/>
              </w:rPr>
            </w:pPr>
            <w:r>
              <w:rPr>
                <w:rFonts w:asciiTheme="minorHAnsi" w:hAnsiTheme="minorHAnsi"/>
                <w:sz w:val="22"/>
              </w:rPr>
              <w:t>40</w:t>
            </w:r>
          </w:p>
        </w:tc>
        <w:tc>
          <w:tcPr>
            <w:tcW w:w="849" w:type="pct"/>
            <w:vAlign w:val="center"/>
          </w:tcPr>
          <w:p w14:paraId="7EFFD639" w14:textId="77777777" w:rsidR="00B22403" w:rsidRPr="0081190E" w:rsidRDefault="00B22403" w:rsidP="00CE6A40">
            <w:pPr>
              <w:spacing w:line="240" w:lineRule="auto"/>
              <w:jc w:val="left"/>
              <w:rPr>
                <w:rFonts w:asciiTheme="minorHAnsi" w:hAnsiTheme="minorHAnsi" w:cstheme="minorHAnsi"/>
                <w:noProof/>
                <w:sz w:val="22"/>
                <w:szCs w:val="22"/>
              </w:rPr>
            </w:pPr>
            <w:r>
              <w:rPr>
                <w:rFonts w:asciiTheme="minorHAnsi" w:hAnsiTheme="minorHAnsi"/>
                <w:sz w:val="22"/>
              </w:rPr>
              <w:t>1,187</w:t>
            </w:r>
          </w:p>
        </w:tc>
      </w:tr>
      <w:tr w:rsidR="00B22403" w:rsidRPr="0081190E" w14:paraId="6F57C7FD" w14:textId="77777777">
        <w:trPr>
          <w:jc w:val="center"/>
        </w:trPr>
        <w:tc>
          <w:tcPr>
            <w:tcW w:w="2572" w:type="pct"/>
          </w:tcPr>
          <w:p w14:paraId="665344B4" w14:textId="4E65CEEC" w:rsidR="00B22403" w:rsidRPr="0081190E" w:rsidRDefault="00B22403" w:rsidP="00CE6A40">
            <w:pPr>
              <w:spacing w:line="240" w:lineRule="auto"/>
              <w:jc w:val="left"/>
              <w:rPr>
                <w:rFonts w:asciiTheme="minorHAnsi" w:hAnsiTheme="minorHAnsi" w:cstheme="minorHAnsi"/>
                <w:noProof/>
                <w:sz w:val="22"/>
                <w:szCs w:val="22"/>
              </w:rPr>
            </w:pPr>
            <w:r>
              <w:rPr>
                <w:rFonts w:asciiTheme="minorHAnsi" w:hAnsiTheme="minorHAnsi"/>
                <w:sz w:val="22"/>
              </w:rPr>
              <w:t xml:space="preserve">18-34, femme, provinces de l’Atlantique </w:t>
            </w:r>
          </w:p>
        </w:tc>
        <w:tc>
          <w:tcPr>
            <w:tcW w:w="865" w:type="pct"/>
            <w:vAlign w:val="center"/>
          </w:tcPr>
          <w:p w14:paraId="237F9325" w14:textId="77777777" w:rsidR="00B22403" w:rsidRPr="0081190E" w:rsidRDefault="00B22403" w:rsidP="00CE6A40">
            <w:pPr>
              <w:spacing w:line="240" w:lineRule="auto"/>
              <w:jc w:val="left"/>
              <w:rPr>
                <w:rFonts w:asciiTheme="minorHAnsi" w:hAnsiTheme="minorHAnsi" w:cstheme="minorHAnsi"/>
                <w:noProof/>
                <w:sz w:val="22"/>
                <w:szCs w:val="22"/>
              </w:rPr>
            </w:pPr>
            <w:r>
              <w:rPr>
                <w:rFonts w:asciiTheme="minorHAnsi" w:hAnsiTheme="minorHAnsi"/>
                <w:sz w:val="22"/>
              </w:rPr>
              <w:t>12</w:t>
            </w:r>
          </w:p>
        </w:tc>
        <w:tc>
          <w:tcPr>
            <w:tcW w:w="714" w:type="pct"/>
            <w:vAlign w:val="center"/>
          </w:tcPr>
          <w:p w14:paraId="703CBF8A" w14:textId="77777777" w:rsidR="00B22403" w:rsidRPr="0081190E" w:rsidRDefault="00B22403" w:rsidP="00CE6A40">
            <w:pPr>
              <w:spacing w:line="240" w:lineRule="auto"/>
              <w:jc w:val="left"/>
              <w:rPr>
                <w:rFonts w:asciiTheme="minorHAnsi" w:hAnsiTheme="minorHAnsi" w:cstheme="minorHAnsi"/>
                <w:noProof/>
                <w:sz w:val="22"/>
                <w:szCs w:val="22"/>
              </w:rPr>
            </w:pPr>
            <w:r>
              <w:rPr>
                <w:rFonts w:asciiTheme="minorHAnsi" w:hAnsiTheme="minorHAnsi"/>
                <w:sz w:val="22"/>
              </w:rPr>
              <w:t>18</w:t>
            </w:r>
          </w:p>
        </w:tc>
        <w:tc>
          <w:tcPr>
            <w:tcW w:w="849" w:type="pct"/>
            <w:vAlign w:val="center"/>
          </w:tcPr>
          <w:p w14:paraId="658D0DD0" w14:textId="77777777" w:rsidR="00B22403" w:rsidRPr="0081190E" w:rsidRDefault="00B22403" w:rsidP="00CE6A40">
            <w:pPr>
              <w:spacing w:line="240" w:lineRule="auto"/>
              <w:jc w:val="left"/>
              <w:rPr>
                <w:rFonts w:asciiTheme="minorHAnsi" w:hAnsiTheme="minorHAnsi" w:cstheme="minorHAnsi"/>
                <w:noProof/>
                <w:sz w:val="22"/>
                <w:szCs w:val="22"/>
              </w:rPr>
            </w:pPr>
            <w:r>
              <w:rPr>
                <w:rFonts w:asciiTheme="minorHAnsi" w:hAnsiTheme="minorHAnsi"/>
                <w:sz w:val="22"/>
              </w:rPr>
              <w:t>1,499</w:t>
            </w:r>
          </w:p>
        </w:tc>
      </w:tr>
      <w:tr w:rsidR="00B22403" w:rsidRPr="0081190E" w14:paraId="2C26F2DE" w14:textId="77777777">
        <w:trPr>
          <w:jc w:val="center"/>
        </w:trPr>
        <w:tc>
          <w:tcPr>
            <w:tcW w:w="2572" w:type="pct"/>
          </w:tcPr>
          <w:p w14:paraId="15A0368A" w14:textId="0F5C54FB" w:rsidR="00B22403" w:rsidRPr="0081190E" w:rsidRDefault="00B22403" w:rsidP="00CE6A40">
            <w:pPr>
              <w:spacing w:line="240" w:lineRule="auto"/>
              <w:jc w:val="left"/>
              <w:rPr>
                <w:rFonts w:asciiTheme="minorHAnsi" w:hAnsiTheme="minorHAnsi" w:cstheme="minorHAnsi"/>
                <w:noProof/>
                <w:sz w:val="22"/>
                <w:szCs w:val="22"/>
              </w:rPr>
            </w:pPr>
            <w:r>
              <w:rPr>
                <w:rFonts w:asciiTheme="minorHAnsi" w:hAnsiTheme="minorHAnsi"/>
                <w:sz w:val="22"/>
              </w:rPr>
              <w:t xml:space="preserve">18-34, femme, Colombie-Britannique et Yukon </w:t>
            </w:r>
          </w:p>
        </w:tc>
        <w:tc>
          <w:tcPr>
            <w:tcW w:w="865" w:type="pct"/>
            <w:vAlign w:val="center"/>
          </w:tcPr>
          <w:p w14:paraId="3E5908E6" w14:textId="77777777" w:rsidR="00B22403" w:rsidRPr="0081190E" w:rsidRDefault="00B22403" w:rsidP="00CE6A40">
            <w:pPr>
              <w:spacing w:line="240" w:lineRule="auto"/>
              <w:jc w:val="left"/>
              <w:rPr>
                <w:rFonts w:asciiTheme="minorHAnsi" w:hAnsiTheme="minorHAnsi" w:cstheme="minorHAnsi"/>
                <w:noProof/>
                <w:sz w:val="22"/>
                <w:szCs w:val="22"/>
              </w:rPr>
            </w:pPr>
            <w:r>
              <w:rPr>
                <w:rFonts w:asciiTheme="minorHAnsi" w:hAnsiTheme="minorHAnsi"/>
                <w:sz w:val="22"/>
              </w:rPr>
              <w:t>51</w:t>
            </w:r>
          </w:p>
        </w:tc>
        <w:tc>
          <w:tcPr>
            <w:tcW w:w="714" w:type="pct"/>
            <w:vAlign w:val="center"/>
          </w:tcPr>
          <w:p w14:paraId="78B7454E" w14:textId="77777777" w:rsidR="00B22403" w:rsidRPr="0081190E" w:rsidRDefault="00B22403" w:rsidP="00CE6A40">
            <w:pPr>
              <w:spacing w:line="240" w:lineRule="auto"/>
              <w:jc w:val="left"/>
              <w:rPr>
                <w:rFonts w:asciiTheme="minorHAnsi" w:hAnsiTheme="minorHAnsi" w:cstheme="minorHAnsi"/>
                <w:noProof/>
                <w:sz w:val="22"/>
                <w:szCs w:val="22"/>
              </w:rPr>
            </w:pPr>
            <w:r>
              <w:rPr>
                <w:rFonts w:asciiTheme="minorHAnsi" w:hAnsiTheme="minorHAnsi"/>
                <w:sz w:val="22"/>
              </w:rPr>
              <w:t>41</w:t>
            </w:r>
          </w:p>
        </w:tc>
        <w:tc>
          <w:tcPr>
            <w:tcW w:w="849" w:type="pct"/>
            <w:vAlign w:val="center"/>
          </w:tcPr>
          <w:p w14:paraId="29EAB4CD" w14:textId="77777777" w:rsidR="00B22403" w:rsidRPr="0081190E" w:rsidRDefault="00B22403" w:rsidP="00CE6A40">
            <w:pPr>
              <w:spacing w:line="240" w:lineRule="auto"/>
              <w:jc w:val="left"/>
              <w:rPr>
                <w:rFonts w:asciiTheme="minorHAnsi" w:hAnsiTheme="minorHAnsi" w:cstheme="minorHAnsi"/>
                <w:noProof/>
                <w:sz w:val="22"/>
                <w:szCs w:val="22"/>
              </w:rPr>
            </w:pPr>
            <w:r>
              <w:rPr>
                <w:rFonts w:asciiTheme="minorHAnsi" w:hAnsiTheme="minorHAnsi"/>
                <w:sz w:val="22"/>
              </w:rPr>
              <w:t>0,799</w:t>
            </w:r>
          </w:p>
        </w:tc>
      </w:tr>
      <w:tr w:rsidR="00B22403" w:rsidRPr="0081190E" w14:paraId="00972144" w14:textId="77777777">
        <w:trPr>
          <w:jc w:val="center"/>
        </w:trPr>
        <w:tc>
          <w:tcPr>
            <w:tcW w:w="2572" w:type="pct"/>
          </w:tcPr>
          <w:p w14:paraId="6D3FF2AE" w14:textId="58C3D518" w:rsidR="00B22403" w:rsidRPr="0081190E" w:rsidRDefault="00B22403" w:rsidP="00CE6A40">
            <w:pPr>
              <w:spacing w:line="240" w:lineRule="auto"/>
              <w:jc w:val="left"/>
              <w:rPr>
                <w:rFonts w:asciiTheme="minorHAnsi" w:hAnsiTheme="minorHAnsi" w:cstheme="minorHAnsi"/>
                <w:noProof/>
                <w:sz w:val="22"/>
                <w:szCs w:val="22"/>
              </w:rPr>
            </w:pPr>
            <w:r>
              <w:rPr>
                <w:rFonts w:asciiTheme="minorHAnsi" w:hAnsiTheme="minorHAnsi"/>
                <w:sz w:val="22"/>
              </w:rPr>
              <w:t xml:space="preserve">18-34, femme, Ontario </w:t>
            </w:r>
          </w:p>
        </w:tc>
        <w:tc>
          <w:tcPr>
            <w:tcW w:w="865" w:type="pct"/>
            <w:vAlign w:val="center"/>
          </w:tcPr>
          <w:p w14:paraId="494DFAB7" w14:textId="77777777" w:rsidR="00B22403" w:rsidRPr="0081190E" w:rsidRDefault="00B22403" w:rsidP="00CE6A40">
            <w:pPr>
              <w:spacing w:line="240" w:lineRule="auto"/>
              <w:jc w:val="left"/>
              <w:rPr>
                <w:rFonts w:asciiTheme="minorHAnsi" w:hAnsiTheme="minorHAnsi" w:cstheme="minorHAnsi"/>
                <w:noProof/>
                <w:sz w:val="22"/>
                <w:szCs w:val="22"/>
              </w:rPr>
            </w:pPr>
            <w:r>
              <w:rPr>
                <w:rFonts w:asciiTheme="minorHAnsi" w:hAnsiTheme="minorHAnsi"/>
                <w:sz w:val="22"/>
              </w:rPr>
              <w:t>58</w:t>
            </w:r>
          </w:p>
        </w:tc>
        <w:tc>
          <w:tcPr>
            <w:tcW w:w="714" w:type="pct"/>
            <w:vAlign w:val="center"/>
          </w:tcPr>
          <w:p w14:paraId="4F9821E9" w14:textId="77777777" w:rsidR="00B22403" w:rsidRPr="0081190E" w:rsidRDefault="00B22403" w:rsidP="00CE6A40">
            <w:pPr>
              <w:spacing w:line="240" w:lineRule="auto"/>
              <w:jc w:val="left"/>
              <w:rPr>
                <w:rFonts w:asciiTheme="minorHAnsi" w:hAnsiTheme="minorHAnsi" w:cstheme="minorHAnsi"/>
                <w:noProof/>
                <w:sz w:val="22"/>
                <w:szCs w:val="22"/>
              </w:rPr>
            </w:pPr>
            <w:r>
              <w:rPr>
                <w:rFonts w:asciiTheme="minorHAnsi" w:hAnsiTheme="minorHAnsi"/>
                <w:sz w:val="22"/>
              </w:rPr>
              <w:t>119</w:t>
            </w:r>
          </w:p>
        </w:tc>
        <w:tc>
          <w:tcPr>
            <w:tcW w:w="849" w:type="pct"/>
            <w:vAlign w:val="center"/>
          </w:tcPr>
          <w:p w14:paraId="1A59C2E9" w14:textId="77777777" w:rsidR="00B22403" w:rsidRPr="0081190E" w:rsidRDefault="00B22403" w:rsidP="00CE6A40">
            <w:pPr>
              <w:spacing w:line="240" w:lineRule="auto"/>
              <w:jc w:val="left"/>
              <w:rPr>
                <w:rFonts w:asciiTheme="minorHAnsi" w:hAnsiTheme="minorHAnsi" w:cstheme="minorHAnsi"/>
                <w:noProof/>
                <w:sz w:val="22"/>
                <w:szCs w:val="22"/>
              </w:rPr>
            </w:pPr>
            <w:r>
              <w:rPr>
                <w:rFonts w:asciiTheme="minorHAnsi" w:hAnsiTheme="minorHAnsi"/>
                <w:sz w:val="22"/>
              </w:rPr>
              <w:t>2,056</w:t>
            </w:r>
          </w:p>
        </w:tc>
      </w:tr>
      <w:tr w:rsidR="00B22403" w:rsidRPr="0081190E" w14:paraId="0BD74507" w14:textId="77777777">
        <w:trPr>
          <w:jc w:val="center"/>
        </w:trPr>
        <w:tc>
          <w:tcPr>
            <w:tcW w:w="2572" w:type="pct"/>
          </w:tcPr>
          <w:p w14:paraId="40E3DF28" w14:textId="11EB480C" w:rsidR="00B22403" w:rsidRPr="0081190E" w:rsidRDefault="00B22403" w:rsidP="00CE6A40">
            <w:pPr>
              <w:spacing w:line="240" w:lineRule="auto"/>
              <w:jc w:val="left"/>
              <w:rPr>
                <w:rFonts w:asciiTheme="minorHAnsi" w:hAnsiTheme="minorHAnsi" w:cstheme="minorHAnsi"/>
                <w:noProof/>
                <w:sz w:val="22"/>
                <w:szCs w:val="22"/>
              </w:rPr>
            </w:pPr>
            <w:r>
              <w:rPr>
                <w:rFonts w:asciiTheme="minorHAnsi" w:hAnsiTheme="minorHAnsi"/>
                <w:sz w:val="22"/>
              </w:rPr>
              <w:t xml:space="preserve">18-34, femme, Prairies et Nunavut </w:t>
            </w:r>
          </w:p>
        </w:tc>
        <w:tc>
          <w:tcPr>
            <w:tcW w:w="865" w:type="pct"/>
            <w:vAlign w:val="center"/>
          </w:tcPr>
          <w:p w14:paraId="00F4D6E1" w14:textId="77777777" w:rsidR="00B22403" w:rsidRPr="0081190E" w:rsidRDefault="00B22403" w:rsidP="00CE6A40">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15</w:t>
            </w:r>
          </w:p>
        </w:tc>
        <w:tc>
          <w:tcPr>
            <w:tcW w:w="714" w:type="pct"/>
            <w:vAlign w:val="center"/>
          </w:tcPr>
          <w:p w14:paraId="4BE43068" w14:textId="77777777" w:rsidR="00B22403" w:rsidRPr="0081190E" w:rsidRDefault="00D15169" w:rsidP="00CE6A40">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22</w:t>
            </w:r>
          </w:p>
        </w:tc>
        <w:tc>
          <w:tcPr>
            <w:tcW w:w="849" w:type="pct"/>
            <w:vAlign w:val="center"/>
          </w:tcPr>
          <w:p w14:paraId="0C21E83E" w14:textId="77777777" w:rsidR="00B22403" w:rsidRPr="0081190E" w:rsidRDefault="00B22403" w:rsidP="00CE6A40">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1,474</w:t>
            </w:r>
          </w:p>
        </w:tc>
      </w:tr>
      <w:tr w:rsidR="00B22403" w:rsidRPr="0081190E" w14:paraId="51DE5D38" w14:textId="77777777">
        <w:trPr>
          <w:jc w:val="center"/>
        </w:trPr>
        <w:tc>
          <w:tcPr>
            <w:tcW w:w="2572" w:type="pct"/>
          </w:tcPr>
          <w:p w14:paraId="5C7FE15A" w14:textId="152B8309" w:rsidR="00B22403" w:rsidRPr="0081190E" w:rsidRDefault="00B22403" w:rsidP="00CE6A40">
            <w:pPr>
              <w:spacing w:line="240" w:lineRule="auto"/>
              <w:jc w:val="left"/>
              <w:rPr>
                <w:rFonts w:asciiTheme="minorHAnsi" w:hAnsiTheme="minorHAnsi" w:cstheme="minorHAnsi"/>
                <w:noProof/>
                <w:sz w:val="22"/>
                <w:szCs w:val="22"/>
              </w:rPr>
            </w:pPr>
            <w:r>
              <w:rPr>
                <w:rFonts w:asciiTheme="minorHAnsi" w:hAnsiTheme="minorHAnsi"/>
                <w:sz w:val="22"/>
              </w:rPr>
              <w:t xml:space="preserve">18-34, femme, Québec </w:t>
            </w:r>
          </w:p>
        </w:tc>
        <w:tc>
          <w:tcPr>
            <w:tcW w:w="865" w:type="pct"/>
            <w:vAlign w:val="center"/>
          </w:tcPr>
          <w:p w14:paraId="30F5224C" w14:textId="77777777" w:rsidR="00B22403" w:rsidRPr="0081190E" w:rsidRDefault="000D1F8D" w:rsidP="00CE6A40">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27</w:t>
            </w:r>
          </w:p>
        </w:tc>
        <w:tc>
          <w:tcPr>
            <w:tcW w:w="714" w:type="pct"/>
            <w:vAlign w:val="center"/>
          </w:tcPr>
          <w:p w14:paraId="473186F7" w14:textId="77777777" w:rsidR="00B22403" w:rsidRPr="0081190E" w:rsidRDefault="000D1F8D" w:rsidP="00CE6A40">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68</w:t>
            </w:r>
          </w:p>
        </w:tc>
        <w:tc>
          <w:tcPr>
            <w:tcW w:w="849" w:type="pct"/>
            <w:vAlign w:val="center"/>
          </w:tcPr>
          <w:p w14:paraId="521384E6" w14:textId="77777777" w:rsidR="00B22403" w:rsidRPr="0081190E" w:rsidRDefault="000D1F8D" w:rsidP="00CE6A40">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2,507</w:t>
            </w:r>
          </w:p>
        </w:tc>
      </w:tr>
      <w:tr w:rsidR="00B22403" w:rsidRPr="0081190E" w14:paraId="21CB3B80" w14:textId="77777777">
        <w:trPr>
          <w:jc w:val="center"/>
        </w:trPr>
        <w:tc>
          <w:tcPr>
            <w:tcW w:w="2572" w:type="pct"/>
          </w:tcPr>
          <w:p w14:paraId="5AAB1C3C" w14:textId="040044A1" w:rsidR="00B22403" w:rsidRPr="0081190E" w:rsidRDefault="00B22403" w:rsidP="00CE6A40">
            <w:pPr>
              <w:spacing w:line="240" w:lineRule="auto"/>
              <w:jc w:val="left"/>
              <w:rPr>
                <w:rFonts w:asciiTheme="minorHAnsi" w:hAnsiTheme="minorHAnsi" w:cstheme="minorHAnsi"/>
                <w:noProof/>
                <w:sz w:val="22"/>
                <w:szCs w:val="22"/>
              </w:rPr>
            </w:pPr>
            <w:r>
              <w:rPr>
                <w:rFonts w:asciiTheme="minorHAnsi" w:hAnsiTheme="minorHAnsi"/>
                <w:sz w:val="22"/>
              </w:rPr>
              <w:t xml:space="preserve">18-34, diverses identités de genre, Alberta et Territoires du Nord-Ouest </w:t>
            </w:r>
          </w:p>
        </w:tc>
        <w:tc>
          <w:tcPr>
            <w:tcW w:w="865" w:type="pct"/>
            <w:vAlign w:val="center"/>
          </w:tcPr>
          <w:p w14:paraId="71672367" w14:textId="77777777" w:rsidR="00B22403" w:rsidRPr="0081190E" w:rsidRDefault="000D1F8D" w:rsidP="00CE6A40">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6</w:t>
            </w:r>
          </w:p>
        </w:tc>
        <w:tc>
          <w:tcPr>
            <w:tcW w:w="714" w:type="pct"/>
            <w:vAlign w:val="center"/>
          </w:tcPr>
          <w:p w14:paraId="1CC61F0E" w14:textId="77777777" w:rsidR="00B22403" w:rsidRPr="0081190E" w:rsidRDefault="000D1F8D" w:rsidP="00CE6A40">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0</w:t>
            </w:r>
          </w:p>
        </w:tc>
        <w:tc>
          <w:tcPr>
            <w:tcW w:w="849" w:type="pct"/>
            <w:vAlign w:val="center"/>
          </w:tcPr>
          <w:p w14:paraId="77A220A4" w14:textId="77777777" w:rsidR="00B22403" w:rsidRPr="0081190E" w:rsidRDefault="000D1F8D" w:rsidP="00CE6A40">
            <w:pPr>
              <w:spacing w:line="240" w:lineRule="auto"/>
              <w:jc w:val="left"/>
              <w:rPr>
                <w:rFonts w:asciiTheme="minorHAnsi" w:hAnsiTheme="minorHAnsi" w:cstheme="minorHAnsi"/>
                <w:noProof/>
                <w:sz w:val="22"/>
                <w:szCs w:val="22"/>
              </w:rPr>
            </w:pPr>
            <w:r>
              <w:rPr>
                <w:rFonts w:asciiTheme="minorHAnsi" w:hAnsiTheme="minorHAnsi"/>
                <w:sz w:val="22"/>
              </w:rPr>
              <w:t>0</w:t>
            </w:r>
          </w:p>
        </w:tc>
      </w:tr>
      <w:tr w:rsidR="000D1F8D" w:rsidRPr="0081190E" w14:paraId="08D85F44" w14:textId="77777777">
        <w:trPr>
          <w:jc w:val="center"/>
        </w:trPr>
        <w:tc>
          <w:tcPr>
            <w:tcW w:w="2572" w:type="pct"/>
          </w:tcPr>
          <w:p w14:paraId="0CB66429" w14:textId="7EBE7DE3" w:rsidR="000D1F8D" w:rsidRPr="0081190E" w:rsidRDefault="000D1F8D" w:rsidP="00CE6A40">
            <w:pPr>
              <w:spacing w:line="240" w:lineRule="auto"/>
              <w:jc w:val="left"/>
              <w:rPr>
                <w:rFonts w:asciiTheme="minorHAnsi" w:hAnsiTheme="minorHAnsi" w:cstheme="minorHAnsi"/>
                <w:noProof/>
                <w:sz w:val="22"/>
                <w:szCs w:val="22"/>
              </w:rPr>
            </w:pPr>
            <w:r>
              <w:rPr>
                <w:rFonts w:asciiTheme="minorHAnsi" w:hAnsiTheme="minorHAnsi"/>
                <w:sz w:val="22"/>
              </w:rPr>
              <w:t xml:space="preserve">18-34, diverses identités de genre, provinces de l’Atlantique </w:t>
            </w:r>
          </w:p>
        </w:tc>
        <w:tc>
          <w:tcPr>
            <w:tcW w:w="865" w:type="pct"/>
            <w:vAlign w:val="center"/>
          </w:tcPr>
          <w:p w14:paraId="4C2D3762" w14:textId="77777777" w:rsidR="000D1F8D" w:rsidRPr="0081190E" w:rsidRDefault="000D1F8D" w:rsidP="00CE6A40">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3</w:t>
            </w:r>
          </w:p>
        </w:tc>
        <w:tc>
          <w:tcPr>
            <w:tcW w:w="714" w:type="pct"/>
            <w:vAlign w:val="center"/>
          </w:tcPr>
          <w:p w14:paraId="7DB2972B" w14:textId="77777777" w:rsidR="000D1F8D" w:rsidRPr="0081190E" w:rsidRDefault="000D1F8D" w:rsidP="00CE6A40">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0</w:t>
            </w:r>
          </w:p>
        </w:tc>
        <w:tc>
          <w:tcPr>
            <w:tcW w:w="849" w:type="pct"/>
            <w:vAlign w:val="center"/>
          </w:tcPr>
          <w:p w14:paraId="475E5464" w14:textId="77777777" w:rsidR="000D1F8D" w:rsidRPr="0081190E" w:rsidRDefault="000D1F8D" w:rsidP="00CE6A40">
            <w:pPr>
              <w:spacing w:line="240" w:lineRule="auto"/>
              <w:jc w:val="left"/>
              <w:rPr>
                <w:rFonts w:asciiTheme="minorHAnsi" w:hAnsiTheme="minorHAnsi" w:cstheme="minorHAnsi"/>
                <w:noProof/>
                <w:sz w:val="22"/>
                <w:szCs w:val="22"/>
              </w:rPr>
            </w:pPr>
            <w:r>
              <w:rPr>
                <w:rFonts w:asciiTheme="minorHAnsi" w:hAnsiTheme="minorHAnsi"/>
                <w:sz w:val="22"/>
              </w:rPr>
              <w:t>0</w:t>
            </w:r>
          </w:p>
        </w:tc>
      </w:tr>
      <w:tr w:rsidR="000D1F8D" w:rsidRPr="0081190E" w14:paraId="4D893257" w14:textId="77777777">
        <w:trPr>
          <w:jc w:val="center"/>
        </w:trPr>
        <w:tc>
          <w:tcPr>
            <w:tcW w:w="2572" w:type="pct"/>
          </w:tcPr>
          <w:p w14:paraId="6FCB6C7F" w14:textId="5BAF6D44" w:rsidR="000D1F8D" w:rsidRPr="0081190E" w:rsidRDefault="000D1F8D" w:rsidP="00CE6A40">
            <w:pPr>
              <w:spacing w:line="240" w:lineRule="auto"/>
              <w:jc w:val="left"/>
              <w:rPr>
                <w:rFonts w:asciiTheme="minorHAnsi" w:hAnsiTheme="minorHAnsi" w:cstheme="minorHAnsi"/>
                <w:noProof/>
                <w:sz w:val="22"/>
                <w:szCs w:val="22"/>
              </w:rPr>
            </w:pPr>
            <w:r>
              <w:rPr>
                <w:rFonts w:asciiTheme="minorHAnsi" w:hAnsiTheme="minorHAnsi"/>
                <w:sz w:val="22"/>
              </w:rPr>
              <w:t xml:space="preserve">18-34, diverses identités de genre, Colombie-Britannique et Yukon </w:t>
            </w:r>
          </w:p>
        </w:tc>
        <w:tc>
          <w:tcPr>
            <w:tcW w:w="865" w:type="pct"/>
            <w:vAlign w:val="center"/>
          </w:tcPr>
          <w:p w14:paraId="6A0E3833" w14:textId="77777777" w:rsidR="000D1F8D" w:rsidRPr="0081190E" w:rsidRDefault="000D1F8D" w:rsidP="00CE6A40">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5</w:t>
            </w:r>
          </w:p>
        </w:tc>
        <w:tc>
          <w:tcPr>
            <w:tcW w:w="714" w:type="pct"/>
            <w:vAlign w:val="center"/>
          </w:tcPr>
          <w:p w14:paraId="3E8EE44E" w14:textId="77777777" w:rsidR="000D1F8D" w:rsidRPr="0081190E" w:rsidRDefault="000D1F8D" w:rsidP="00CE6A40">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0</w:t>
            </w:r>
          </w:p>
        </w:tc>
        <w:tc>
          <w:tcPr>
            <w:tcW w:w="849" w:type="pct"/>
            <w:vAlign w:val="center"/>
          </w:tcPr>
          <w:p w14:paraId="0AD94DC5" w14:textId="77777777" w:rsidR="000D1F8D" w:rsidRPr="0081190E" w:rsidRDefault="000D1F8D" w:rsidP="00CE6A40">
            <w:pPr>
              <w:spacing w:line="240" w:lineRule="auto"/>
              <w:jc w:val="left"/>
              <w:rPr>
                <w:rFonts w:asciiTheme="minorHAnsi" w:hAnsiTheme="minorHAnsi" w:cstheme="minorHAnsi"/>
                <w:noProof/>
                <w:sz w:val="22"/>
                <w:szCs w:val="22"/>
              </w:rPr>
            </w:pPr>
            <w:r>
              <w:rPr>
                <w:rFonts w:asciiTheme="minorHAnsi" w:hAnsiTheme="minorHAnsi"/>
                <w:sz w:val="22"/>
              </w:rPr>
              <w:t>0</w:t>
            </w:r>
          </w:p>
        </w:tc>
      </w:tr>
      <w:tr w:rsidR="000D1F8D" w:rsidRPr="0081190E" w14:paraId="563268D0" w14:textId="77777777">
        <w:trPr>
          <w:jc w:val="center"/>
        </w:trPr>
        <w:tc>
          <w:tcPr>
            <w:tcW w:w="2572" w:type="pct"/>
          </w:tcPr>
          <w:p w14:paraId="235D2127" w14:textId="357BEBC4" w:rsidR="000D1F8D" w:rsidRPr="0081190E" w:rsidRDefault="000D1F8D" w:rsidP="00CE6A40">
            <w:pPr>
              <w:spacing w:line="240" w:lineRule="auto"/>
              <w:jc w:val="left"/>
              <w:rPr>
                <w:rFonts w:asciiTheme="minorHAnsi" w:hAnsiTheme="minorHAnsi" w:cstheme="minorHAnsi"/>
                <w:noProof/>
                <w:sz w:val="22"/>
                <w:szCs w:val="22"/>
              </w:rPr>
            </w:pPr>
            <w:r>
              <w:rPr>
                <w:rFonts w:asciiTheme="minorHAnsi" w:hAnsiTheme="minorHAnsi"/>
                <w:sz w:val="22"/>
              </w:rPr>
              <w:t xml:space="preserve">18-34, diverses identités de genre, Ontario </w:t>
            </w:r>
          </w:p>
        </w:tc>
        <w:tc>
          <w:tcPr>
            <w:tcW w:w="865" w:type="pct"/>
            <w:vAlign w:val="center"/>
          </w:tcPr>
          <w:p w14:paraId="46CD9E13" w14:textId="77777777" w:rsidR="000D1F8D" w:rsidRPr="0081190E" w:rsidRDefault="000D1F8D" w:rsidP="00CE6A40">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1</w:t>
            </w:r>
          </w:p>
        </w:tc>
        <w:tc>
          <w:tcPr>
            <w:tcW w:w="714" w:type="pct"/>
            <w:vAlign w:val="center"/>
          </w:tcPr>
          <w:p w14:paraId="59360EA0" w14:textId="77777777" w:rsidR="000D1F8D" w:rsidRPr="0081190E" w:rsidRDefault="000D1F8D" w:rsidP="00CE6A40">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0</w:t>
            </w:r>
          </w:p>
        </w:tc>
        <w:tc>
          <w:tcPr>
            <w:tcW w:w="849" w:type="pct"/>
            <w:vAlign w:val="center"/>
          </w:tcPr>
          <w:p w14:paraId="09DBF428" w14:textId="77777777" w:rsidR="000D1F8D" w:rsidRPr="0081190E" w:rsidRDefault="000D1F8D" w:rsidP="00CE6A40">
            <w:pPr>
              <w:spacing w:line="240" w:lineRule="auto"/>
              <w:jc w:val="left"/>
              <w:rPr>
                <w:rFonts w:asciiTheme="minorHAnsi" w:hAnsiTheme="minorHAnsi" w:cstheme="minorHAnsi"/>
                <w:noProof/>
                <w:sz w:val="22"/>
                <w:szCs w:val="22"/>
              </w:rPr>
            </w:pPr>
            <w:r>
              <w:rPr>
                <w:rFonts w:asciiTheme="minorHAnsi" w:hAnsiTheme="minorHAnsi"/>
                <w:sz w:val="22"/>
              </w:rPr>
              <w:t>0</w:t>
            </w:r>
          </w:p>
        </w:tc>
      </w:tr>
      <w:tr w:rsidR="000D1F8D" w:rsidRPr="0081190E" w14:paraId="14BEB1E1" w14:textId="77777777">
        <w:trPr>
          <w:jc w:val="center"/>
        </w:trPr>
        <w:tc>
          <w:tcPr>
            <w:tcW w:w="2572" w:type="pct"/>
          </w:tcPr>
          <w:p w14:paraId="66EBDBF0" w14:textId="0D60B2C6" w:rsidR="000D1F8D" w:rsidRPr="0081190E" w:rsidRDefault="000D1F8D" w:rsidP="00CE6A40">
            <w:pPr>
              <w:spacing w:line="240" w:lineRule="auto"/>
              <w:jc w:val="left"/>
              <w:rPr>
                <w:rFonts w:asciiTheme="minorHAnsi" w:hAnsiTheme="minorHAnsi" w:cstheme="minorHAnsi"/>
                <w:noProof/>
                <w:sz w:val="22"/>
                <w:szCs w:val="22"/>
              </w:rPr>
            </w:pPr>
            <w:r>
              <w:rPr>
                <w:rFonts w:asciiTheme="minorHAnsi" w:hAnsiTheme="minorHAnsi"/>
                <w:sz w:val="22"/>
              </w:rPr>
              <w:t xml:space="preserve">18-34, diverses identités de genre, Prairies et Nunavut </w:t>
            </w:r>
          </w:p>
        </w:tc>
        <w:tc>
          <w:tcPr>
            <w:tcW w:w="865" w:type="pct"/>
            <w:vAlign w:val="center"/>
          </w:tcPr>
          <w:p w14:paraId="01616101" w14:textId="77777777" w:rsidR="000D1F8D" w:rsidRPr="0081190E" w:rsidRDefault="000D1F8D" w:rsidP="00CE6A40">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3</w:t>
            </w:r>
          </w:p>
        </w:tc>
        <w:tc>
          <w:tcPr>
            <w:tcW w:w="714" w:type="pct"/>
            <w:vAlign w:val="center"/>
          </w:tcPr>
          <w:p w14:paraId="0FD31C89" w14:textId="77777777" w:rsidR="000D1F8D" w:rsidRPr="0081190E" w:rsidRDefault="000D1F8D" w:rsidP="00CE6A40">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0</w:t>
            </w:r>
          </w:p>
        </w:tc>
        <w:tc>
          <w:tcPr>
            <w:tcW w:w="849" w:type="pct"/>
            <w:vAlign w:val="center"/>
          </w:tcPr>
          <w:p w14:paraId="30FA7DF3" w14:textId="77777777" w:rsidR="000D1F8D" w:rsidRPr="0081190E" w:rsidRDefault="000D1F8D" w:rsidP="00CE6A40">
            <w:pPr>
              <w:spacing w:line="240" w:lineRule="auto"/>
              <w:jc w:val="left"/>
              <w:rPr>
                <w:rFonts w:asciiTheme="minorHAnsi" w:hAnsiTheme="minorHAnsi" w:cstheme="minorHAnsi"/>
                <w:noProof/>
                <w:sz w:val="22"/>
                <w:szCs w:val="22"/>
              </w:rPr>
            </w:pPr>
            <w:r>
              <w:rPr>
                <w:rFonts w:asciiTheme="minorHAnsi" w:hAnsiTheme="minorHAnsi"/>
                <w:sz w:val="22"/>
              </w:rPr>
              <w:t>0</w:t>
            </w:r>
          </w:p>
        </w:tc>
      </w:tr>
      <w:tr w:rsidR="000D1F8D" w:rsidRPr="0081190E" w14:paraId="7C32590A" w14:textId="77777777">
        <w:trPr>
          <w:jc w:val="center"/>
        </w:trPr>
        <w:tc>
          <w:tcPr>
            <w:tcW w:w="2572" w:type="pct"/>
          </w:tcPr>
          <w:p w14:paraId="72BAB15B" w14:textId="451A5B27"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18-34, diverses identités de genre, Québec </w:t>
            </w:r>
          </w:p>
        </w:tc>
        <w:tc>
          <w:tcPr>
            <w:tcW w:w="865" w:type="pct"/>
            <w:vAlign w:val="center"/>
          </w:tcPr>
          <w:p w14:paraId="7F32E37B" w14:textId="77777777"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2</w:t>
            </w:r>
          </w:p>
        </w:tc>
        <w:tc>
          <w:tcPr>
            <w:tcW w:w="714" w:type="pct"/>
            <w:vAlign w:val="center"/>
          </w:tcPr>
          <w:p w14:paraId="5E4DF22C" w14:textId="77777777"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0</w:t>
            </w:r>
          </w:p>
        </w:tc>
        <w:tc>
          <w:tcPr>
            <w:tcW w:w="849" w:type="pct"/>
            <w:vAlign w:val="center"/>
          </w:tcPr>
          <w:p w14:paraId="6F507200" w14:textId="77777777"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rPr>
              <w:t>0</w:t>
            </w:r>
          </w:p>
        </w:tc>
      </w:tr>
      <w:tr w:rsidR="00B22403" w:rsidRPr="0081190E" w14:paraId="0E729C84" w14:textId="77777777">
        <w:trPr>
          <w:jc w:val="center"/>
        </w:trPr>
        <w:tc>
          <w:tcPr>
            <w:tcW w:w="2572" w:type="pct"/>
          </w:tcPr>
          <w:p w14:paraId="328EDC54" w14:textId="50CE564C"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18-34, homme, Alberta et Territoires du Nord-Ouest </w:t>
            </w:r>
          </w:p>
        </w:tc>
        <w:tc>
          <w:tcPr>
            <w:tcW w:w="865" w:type="pct"/>
            <w:vAlign w:val="center"/>
          </w:tcPr>
          <w:p w14:paraId="2DA75A8F"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43</w:t>
            </w:r>
          </w:p>
        </w:tc>
        <w:tc>
          <w:tcPr>
            <w:tcW w:w="714" w:type="pct"/>
            <w:vAlign w:val="center"/>
          </w:tcPr>
          <w:p w14:paraId="0849E3D7"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41</w:t>
            </w:r>
          </w:p>
        </w:tc>
        <w:tc>
          <w:tcPr>
            <w:tcW w:w="849" w:type="pct"/>
            <w:vAlign w:val="center"/>
          </w:tcPr>
          <w:p w14:paraId="15B651F3"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0,964</w:t>
            </w:r>
          </w:p>
        </w:tc>
      </w:tr>
      <w:tr w:rsidR="00B22403" w:rsidRPr="0081190E" w14:paraId="32261682" w14:textId="77777777">
        <w:trPr>
          <w:jc w:val="center"/>
        </w:trPr>
        <w:tc>
          <w:tcPr>
            <w:tcW w:w="2572" w:type="pct"/>
          </w:tcPr>
          <w:p w14:paraId="5DEB2122" w14:textId="7F626676"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18-34, homme, provinces de l’Atlantique </w:t>
            </w:r>
          </w:p>
        </w:tc>
        <w:tc>
          <w:tcPr>
            <w:tcW w:w="865" w:type="pct"/>
            <w:vAlign w:val="center"/>
          </w:tcPr>
          <w:p w14:paraId="20630380"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13</w:t>
            </w:r>
          </w:p>
        </w:tc>
        <w:tc>
          <w:tcPr>
            <w:tcW w:w="714" w:type="pct"/>
            <w:vAlign w:val="center"/>
          </w:tcPr>
          <w:p w14:paraId="1189F96E"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18</w:t>
            </w:r>
          </w:p>
        </w:tc>
        <w:tc>
          <w:tcPr>
            <w:tcW w:w="849" w:type="pct"/>
            <w:vAlign w:val="center"/>
          </w:tcPr>
          <w:p w14:paraId="75329FB7"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1,376</w:t>
            </w:r>
          </w:p>
        </w:tc>
      </w:tr>
      <w:tr w:rsidR="00B22403" w:rsidRPr="0081190E" w14:paraId="0AA2789B" w14:textId="77777777">
        <w:trPr>
          <w:jc w:val="center"/>
        </w:trPr>
        <w:tc>
          <w:tcPr>
            <w:tcW w:w="2572" w:type="pct"/>
          </w:tcPr>
          <w:p w14:paraId="7A3A49C5" w14:textId="452CBF64"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18-34, homme, Colombie-Britannique et Yukon </w:t>
            </w:r>
          </w:p>
        </w:tc>
        <w:tc>
          <w:tcPr>
            <w:tcW w:w="865" w:type="pct"/>
            <w:vAlign w:val="center"/>
          </w:tcPr>
          <w:p w14:paraId="292D14E3"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34</w:t>
            </w:r>
          </w:p>
        </w:tc>
        <w:tc>
          <w:tcPr>
            <w:tcW w:w="714" w:type="pct"/>
            <w:vAlign w:val="center"/>
          </w:tcPr>
          <w:p w14:paraId="418707EE"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41</w:t>
            </w:r>
          </w:p>
        </w:tc>
        <w:tc>
          <w:tcPr>
            <w:tcW w:w="849" w:type="pct"/>
            <w:vAlign w:val="center"/>
          </w:tcPr>
          <w:p w14:paraId="74480987"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1,215</w:t>
            </w:r>
          </w:p>
        </w:tc>
      </w:tr>
      <w:tr w:rsidR="00B22403" w:rsidRPr="0081190E" w14:paraId="63AF223D" w14:textId="77777777">
        <w:trPr>
          <w:jc w:val="center"/>
        </w:trPr>
        <w:tc>
          <w:tcPr>
            <w:tcW w:w="2572" w:type="pct"/>
          </w:tcPr>
          <w:p w14:paraId="15F98FD4" w14:textId="714F6A53"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18-34, homme, Ontario </w:t>
            </w:r>
          </w:p>
        </w:tc>
        <w:tc>
          <w:tcPr>
            <w:tcW w:w="865" w:type="pct"/>
            <w:vAlign w:val="center"/>
          </w:tcPr>
          <w:p w14:paraId="220F705D"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94</w:t>
            </w:r>
          </w:p>
        </w:tc>
        <w:tc>
          <w:tcPr>
            <w:tcW w:w="714" w:type="pct"/>
            <w:vAlign w:val="center"/>
          </w:tcPr>
          <w:p w14:paraId="45566A0A"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120</w:t>
            </w:r>
          </w:p>
        </w:tc>
        <w:tc>
          <w:tcPr>
            <w:tcW w:w="849" w:type="pct"/>
            <w:vAlign w:val="center"/>
          </w:tcPr>
          <w:p w14:paraId="1F2EDBB3"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1,273</w:t>
            </w:r>
          </w:p>
        </w:tc>
      </w:tr>
      <w:tr w:rsidR="00B22403" w:rsidRPr="0081190E" w14:paraId="2CD40787" w14:textId="77777777">
        <w:trPr>
          <w:jc w:val="center"/>
        </w:trPr>
        <w:tc>
          <w:tcPr>
            <w:tcW w:w="2572" w:type="pct"/>
          </w:tcPr>
          <w:p w14:paraId="50C1718D" w14:textId="650DC769"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18-34, homme, Prairies et Nunavut </w:t>
            </w:r>
          </w:p>
        </w:tc>
        <w:tc>
          <w:tcPr>
            <w:tcW w:w="865" w:type="pct"/>
            <w:vAlign w:val="center"/>
          </w:tcPr>
          <w:p w14:paraId="282DFD93"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16</w:t>
            </w:r>
          </w:p>
        </w:tc>
        <w:tc>
          <w:tcPr>
            <w:tcW w:w="714" w:type="pct"/>
            <w:vAlign w:val="center"/>
          </w:tcPr>
          <w:p w14:paraId="0765B198"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23</w:t>
            </w:r>
          </w:p>
        </w:tc>
        <w:tc>
          <w:tcPr>
            <w:tcW w:w="849" w:type="pct"/>
            <w:vAlign w:val="center"/>
          </w:tcPr>
          <w:p w14:paraId="635AC8BE"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1,415</w:t>
            </w:r>
          </w:p>
        </w:tc>
      </w:tr>
      <w:tr w:rsidR="00B22403" w:rsidRPr="0081190E" w14:paraId="748DAACA" w14:textId="77777777">
        <w:trPr>
          <w:jc w:val="center"/>
        </w:trPr>
        <w:tc>
          <w:tcPr>
            <w:tcW w:w="2572" w:type="pct"/>
          </w:tcPr>
          <w:p w14:paraId="5D318C19" w14:textId="349C199A"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18-34, homme, Québec </w:t>
            </w:r>
          </w:p>
        </w:tc>
        <w:tc>
          <w:tcPr>
            <w:tcW w:w="865" w:type="pct"/>
            <w:vAlign w:val="center"/>
          </w:tcPr>
          <w:p w14:paraId="50D894EA"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31</w:t>
            </w:r>
          </w:p>
        </w:tc>
        <w:tc>
          <w:tcPr>
            <w:tcW w:w="714" w:type="pct"/>
            <w:vAlign w:val="center"/>
          </w:tcPr>
          <w:p w14:paraId="1FD5BC30"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68</w:t>
            </w:r>
          </w:p>
        </w:tc>
        <w:tc>
          <w:tcPr>
            <w:tcW w:w="849" w:type="pct"/>
            <w:vAlign w:val="center"/>
          </w:tcPr>
          <w:p w14:paraId="65A1357B"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2,200</w:t>
            </w:r>
          </w:p>
        </w:tc>
      </w:tr>
      <w:tr w:rsidR="00B22403" w:rsidRPr="0081190E" w14:paraId="3AB1C2D1" w14:textId="77777777">
        <w:trPr>
          <w:jc w:val="center"/>
        </w:trPr>
        <w:tc>
          <w:tcPr>
            <w:tcW w:w="2572" w:type="pct"/>
          </w:tcPr>
          <w:p w14:paraId="79DDF1ED" w14:textId="7D59EDFE"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35-54, femme, Alberta et Territoires du Nord-Ouest </w:t>
            </w:r>
          </w:p>
        </w:tc>
        <w:tc>
          <w:tcPr>
            <w:tcW w:w="865" w:type="pct"/>
            <w:vAlign w:val="center"/>
          </w:tcPr>
          <w:p w14:paraId="52971CB0"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35</w:t>
            </w:r>
          </w:p>
        </w:tc>
        <w:tc>
          <w:tcPr>
            <w:tcW w:w="714" w:type="pct"/>
            <w:vAlign w:val="center"/>
          </w:tcPr>
          <w:p w14:paraId="0A347511"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46</w:t>
            </w:r>
          </w:p>
        </w:tc>
        <w:tc>
          <w:tcPr>
            <w:tcW w:w="849" w:type="pct"/>
            <w:vAlign w:val="center"/>
          </w:tcPr>
          <w:p w14:paraId="197BBA96"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1,320</w:t>
            </w:r>
          </w:p>
        </w:tc>
      </w:tr>
      <w:tr w:rsidR="00B22403" w:rsidRPr="0081190E" w14:paraId="6EA2BC0A" w14:textId="77777777">
        <w:trPr>
          <w:jc w:val="center"/>
        </w:trPr>
        <w:tc>
          <w:tcPr>
            <w:tcW w:w="2572" w:type="pct"/>
          </w:tcPr>
          <w:p w14:paraId="508B99DA" w14:textId="356ECA2C"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35-54, femme, provinces de l’Atlantique </w:t>
            </w:r>
          </w:p>
        </w:tc>
        <w:tc>
          <w:tcPr>
            <w:tcW w:w="865" w:type="pct"/>
            <w:vAlign w:val="center"/>
          </w:tcPr>
          <w:p w14:paraId="169A1671"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27</w:t>
            </w:r>
          </w:p>
        </w:tc>
        <w:tc>
          <w:tcPr>
            <w:tcW w:w="714" w:type="pct"/>
            <w:vAlign w:val="center"/>
          </w:tcPr>
          <w:p w14:paraId="305BA326"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27</w:t>
            </w:r>
          </w:p>
        </w:tc>
        <w:tc>
          <w:tcPr>
            <w:tcW w:w="849" w:type="pct"/>
            <w:vAlign w:val="center"/>
          </w:tcPr>
          <w:p w14:paraId="468EC830"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0,984</w:t>
            </w:r>
          </w:p>
        </w:tc>
      </w:tr>
      <w:tr w:rsidR="00B22403" w:rsidRPr="0081190E" w14:paraId="2F355FE2" w14:textId="77777777">
        <w:trPr>
          <w:jc w:val="center"/>
        </w:trPr>
        <w:tc>
          <w:tcPr>
            <w:tcW w:w="2572" w:type="pct"/>
          </w:tcPr>
          <w:p w14:paraId="7414CD55" w14:textId="4760AB80"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35-54, femme, Colombie-Britannique et Yukon </w:t>
            </w:r>
          </w:p>
        </w:tc>
        <w:tc>
          <w:tcPr>
            <w:tcW w:w="865" w:type="pct"/>
            <w:vAlign w:val="center"/>
          </w:tcPr>
          <w:p w14:paraId="5D161FE7"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41</w:t>
            </w:r>
          </w:p>
        </w:tc>
        <w:tc>
          <w:tcPr>
            <w:tcW w:w="714" w:type="pct"/>
            <w:vAlign w:val="center"/>
          </w:tcPr>
          <w:p w14:paraId="34D2BBA8"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53</w:t>
            </w:r>
          </w:p>
        </w:tc>
        <w:tc>
          <w:tcPr>
            <w:tcW w:w="849" w:type="pct"/>
            <w:vAlign w:val="center"/>
          </w:tcPr>
          <w:p w14:paraId="1375F499"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1,297</w:t>
            </w:r>
          </w:p>
        </w:tc>
      </w:tr>
      <w:tr w:rsidR="00B22403" w:rsidRPr="0081190E" w14:paraId="2E977866" w14:textId="77777777">
        <w:trPr>
          <w:jc w:val="center"/>
        </w:trPr>
        <w:tc>
          <w:tcPr>
            <w:tcW w:w="2572" w:type="pct"/>
          </w:tcPr>
          <w:p w14:paraId="2DAC33D3" w14:textId="33A216D5"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35-54, femme, Ontario </w:t>
            </w:r>
          </w:p>
        </w:tc>
        <w:tc>
          <w:tcPr>
            <w:tcW w:w="865" w:type="pct"/>
            <w:vAlign w:val="center"/>
          </w:tcPr>
          <w:p w14:paraId="424CED82"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124</w:t>
            </w:r>
          </w:p>
        </w:tc>
        <w:tc>
          <w:tcPr>
            <w:tcW w:w="714" w:type="pct"/>
            <w:vAlign w:val="center"/>
          </w:tcPr>
          <w:p w14:paraId="1C40757C"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155</w:t>
            </w:r>
          </w:p>
        </w:tc>
        <w:tc>
          <w:tcPr>
            <w:tcW w:w="849" w:type="pct"/>
            <w:vAlign w:val="center"/>
          </w:tcPr>
          <w:p w14:paraId="6FE7E70B"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1,248</w:t>
            </w:r>
          </w:p>
        </w:tc>
      </w:tr>
      <w:tr w:rsidR="00B22403" w:rsidRPr="0081190E" w14:paraId="55C05330" w14:textId="77777777">
        <w:trPr>
          <w:jc w:val="center"/>
        </w:trPr>
        <w:tc>
          <w:tcPr>
            <w:tcW w:w="2572" w:type="pct"/>
          </w:tcPr>
          <w:p w14:paraId="03F2AE03" w14:textId="3C96DE59"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35-54, femme, Prairies et Nunavut</w:t>
            </w:r>
          </w:p>
        </w:tc>
        <w:tc>
          <w:tcPr>
            <w:tcW w:w="865" w:type="pct"/>
            <w:vAlign w:val="center"/>
          </w:tcPr>
          <w:p w14:paraId="100A4B1C"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22</w:t>
            </w:r>
          </w:p>
        </w:tc>
        <w:tc>
          <w:tcPr>
            <w:tcW w:w="714" w:type="pct"/>
            <w:vAlign w:val="center"/>
          </w:tcPr>
          <w:p w14:paraId="75F0367A"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25</w:t>
            </w:r>
          </w:p>
        </w:tc>
        <w:tc>
          <w:tcPr>
            <w:tcW w:w="849" w:type="pct"/>
            <w:vAlign w:val="center"/>
          </w:tcPr>
          <w:p w14:paraId="1B66E733" w14:textId="77777777" w:rsidR="00B22403" w:rsidRPr="0081190E" w:rsidRDefault="000D1F8D" w:rsidP="003C09C1">
            <w:pPr>
              <w:spacing w:line="240" w:lineRule="auto"/>
              <w:jc w:val="left"/>
              <w:rPr>
                <w:rFonts w:asciiTheme="minorHAnsi" w:eastAsia="Times New Roman" w:hAnsiTheme="minorHAnsi" w:cstheme="minorHAnsi"/>
                <w:sz w:val="22"/>
                <w:szCs w:val="22"/>
              </w:rPr>
            </w:pPr>
            <w:r>
              <w:rPr>
                <w:rFonts w:asciiTheme="minorHAnsi" w:hAnsiTheme="minorHAnsi"/>
                <w:sz w:val="22"/>
              </w:rPr>
              <w:t>1,132</w:t>
            </w:r>
          </w:p>
        </w:tc>
      </w:tr>
      <w:tr w:rsidR="00B22403" w:rsidRPr="0081190E" w14:paraId="53852CB9" w14:textId="77777777">
        <w:trPr>
          <w:jc w:val="center"/>
        </w:trPr>
        <w:tc>
          <w:tcPr>
            <w:tcW w:w="2572" w:type="pct"/>
          </w:tcPr>
          <w:p w14:paraId="4E44331A" w14:textId="6984D085"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35-54, femme, Québec </w:t>
            </w:r>
          </w:p>
        </w:tc>
        <w:tc>
          <w:tcPr>
            <w:tcW w:w="865" w:type="pct"/>
            <w:vAlign w:val="center"/>
          </w:tcPr>
          <w:p w14:paraId="29693E0B"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70</w:t>
            </w:r>
          </w:p>
        </w:tc>
        <w:tc>
          <w:tcPr>
            <w:tcW w:w="714" w:type="pct"/>
            <w:vAlign w:val="center"/>
          </w:tcPr>
          <w:p w14:paraId="457DFE6B"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89</w:t>
            </w:r>
          </w:p>
        </w:tc>
        <w:tc>
          <w:tcPr>
            <w:tcW w:w="849" w:type="pct"/>
            <w:vAlign w:val="center"/>
          </w:tcPr>
          <w:p w14:paraId="0D962138"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1,266</w:t>
            </w:r>
          </w:p>
        </w:tc>
      </w:tr>
      <w:tr w:rsidR="000D1F8D" w:rsidRPr="0081190E" w14:paraId="1B03D293" w14:textId="77777777">
        <w:trPr>
          <w:jc w:val="center"/>
        </w:trPr>
        <w:tc>
          <w:tcPr>
            <w:tcW w:w="2572" w:type="pct"/>
          </w:tcPr>
          <w:p w14:paraId="371184B5" w14:textId="6FE0E163"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35-54, diverses identités de genre, Alberta et Territoires du Nord-Ouest </w:t>
            </w:r>
          </w:p>
        </w:tc>
        <w:tc>
          <w:tcPr>
            <w:tcW w:w="865" w:type="pct"/>
            <w:vAlign w:val="center"/>
          </w:tcPr>
          <w:p w14:paraId="361CE2E1" w14:textId="77777777"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1</w:t>
            </w:r>
          </w:p>
        </w:tc>
        <w:tc>
          <w:tcPr>
            <w:tcW w:w="714" w:type="pct"/>
            <w:vAlign w:val="center"/>
          </w:tcPr>
          <w:p w14:paraId="0D38A463" w14:textId="77777777"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rPr>
              <w:t>0</w:t>
            </w:r>
          </w:p>
        </w:tc>
        <w:tc>
          <w:tcPr>
            <w:tcW w:w="849" w:type="pct"/>
            <w:vAlign w:val="center"/>
          </w:tcPr>
          <w:p w14:paraId="51072ADA" w14:textId="77777777"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rPr>
              <w:t>0</w:t>
            </w:r>
          </w:p>
        </w:tc>
      </w:tr>
      <w:tr w:rsidR="000D1F8D" w:rsidRPr="0081190E" w14:paraId="32EE7DD2" w14:textId="77777777">
        <w:trPr>
          <w:jc w:val="center"/>
        </w:trPr>
        <w:tc>
          <w:tcPr>
            <w:tcW w:w="2572" w:type="pct"/>
          </w:tcPr>
          <w:p w14:paraId="7CB22206" w14:textId="4F34F1E3"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35-54, diverses identités de genre, provinces de l’Atlantique </w:t>
            </w:r>
          </w:p>
        </w:tc>
        <w:tc>
          <w:tcPr>
            <w:tcW w:w="865" w:type="pct"/>
            <w:vAlign w:val="center"/>
          </w:tcPr>
          <w:p w14:paraId="58D02B1A" w14:textId="77777777"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1</w:t>
            </w:r>
          </w:p>
        </w:tc>
        <w:tc>
          <w:tcPr>
            <w:tcW w:w="714" w:type="pct"/>
            <w:vAlign w:val="center"/>
          </w:tcPr>
          <w:p w14:paraId="45126614" w14:textId="77777777"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rPr>
              <w:t>0</w:t>
            </w:r>
          </w:p>
        </w:tc>
        <w:tc>
          <w:tcPr>
            <w:tcW w:w="849" w:type="pct"/>
            <w:vAlign w:val="center"/>
          </w:tcPr>
          <w:p w14:paraId="6DE2DABD" w14:textId="77777777"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rPr>
              <w:t>0</w:t>
            </w:r>
          </w:p>
        </w:tc>
      </w:tr>
      <w:tr w:rsidR="000D1F8D" w:rsidRPr="0081190E" w14:paraId="0D7C0011" w14:textId="77777777">
        <w:trPr>
          <w:jc w:val="center"/>
        </w:trPr>
        <w:tc>
          <w:tcPr>
            <w:tcW w:w="2572" w:type="pct"/>
          </w:tcPr>
          <w:p w14:paraId="025DB031" w14:textId="063AF962"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35-54, diverses identités de genre, Ontario </w:t>
            </w:r>
          </w:p>
        </w:tc>
        <w:tc>
          <w:tcPr>
            <w:tcW w:w="865" w:type="pct"/>
            <w:vAlign w:val="center"/>
          </w:tcPr>
          <w:p w14:paraId="5F3D058A" w14:textId="77777777"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1</w:t>
            </w:r>
          </w:p>
        </w:tc>
        <w:tc>
          <w:tcPr>
            <w:tcW w:w="714" w:type="pct"/>
            <w:vAlign w:val="center"/>
          </w:tcPr>
          <w:p w14:paraId="430A72C0" w14:textId="77777777"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rPr>
              <w:t>0</w:t>
            </w:r>
          </w:p>
        </w:tc>
        <w:tc>
          <w:tcPr>
            <w:tcW w:w="849" w:type="pct"/>
            <w:vAlign w:val="center"/>
          </w:tcPr>
          <w:p w14:paraId="02E104A6" w14:textId="77777777"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rPr>
              <w:t>0</w:t>
            </w:r>
          </w:p>
        </w:tc>
      </w:tr>
      <w:tr w:rsidR="000D1F8D" w:rsidRPr="0081190E" w14:paraId="54354C1F" w14:textId="77777777">
        <w:trPr>
          <w:jc w:val="center"/>
        </w:trPr>
        <w:tc>
          <w:tcPr>
            <w:tcW w:w="2572" w:type="pct"/>
          </w:tcPr>
          <w:p w14:paraId="691B42A6" w14:textId="37D4C016"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35-54, diverses identités de genre, Prairies et Nunavut </w:t>
            </w:r>
          </w:p>
        </w:tc>
        <w:tc>
          <w:tcPr>
            <w:tcW w:w="865" w:type="pct"/>
            <w:vAlign w:val="center"/>
          </w:tcPr>
          <w:p w14:paraId="55D8CD2B" w14:textId="77777777"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3</w:t>
            </w:r>
          </w:p>
        </w:tc>
        <w:tc>
          <w:tcPr>
            <w:tcW w:w="714" w:type="pct"/>
            <w:vAlign w:val="center"/>
          </w:tcPr>
          <w:p w14:paraId="7943D5EA" w14:textId="77777777"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rPr>
              <w:t>0</w:t>
            </w:r>
          </w:p>
        </w:tc>
        <w:tc>
          <w:tcPr>
            <w:tcW w:w="849" w:type="pct"/>
            <w:vAlign w:val="center"/>
          </w:tcPr>
          <w:p w14:paraId="3A727668" w14:textId="77777777"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rPr>
              <w:t>0</w:t>
            </w:r>
          </w:p>
        </w:tc>
      </w:tr>
      <w:tr w:rsidR="000D1F8D" w:rsidRPr="0081190E" w14:paraId="70CA5B13" w14:textId="77777777">
        <w:trPr>
          <w:jc w:val="center"/>
        </w:trPr>
        <w:tc>
          <w:tcPr>
            <w:tcW w:w="2572" w:type="pct"/>
          </w:tcPr>
          <w:p w14:paraId="1BB62106" w14:textId="7E91FFB1"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rPr>
              <w:lastRenderedPageBreak/>
              <w:t xml:space="preserve">35-54, diverses identités de genre, Québec </w:t>
            </w:r>
          </w:p>
        </w:tc>
        <w:tc>
          <w:tcPr>
            <w:tcW w:w="865" w:type="pct"/>
            <w:vAlign w:val="center"/>
          </w:tcPr>
          <w:p w14:paraId="351D9BE7" w14:textId="77777777"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1</w:t>
            </w:r>
          </w:p>
        </w:tc>
        <w:tc>
          <w:tcPr>
            <w:tcW w:w="714" w:type="pct"/>
            <w:vAlign w:val="center"/>
          </w:tcPr>
          <w:p w14:paraId="4BF2B3A6" w14:textId="77777777"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rPr>
              <w:t>0</w:t>
            </w:r>
          </w:p>
        </w:tc>
        <w:tc>
          <w:tcPr>
            <w:tcW w:w="849" w:type="pct"/>
            <w:vAlign w:val="center"/>
          </w:tcPr>
          <w:p w14:paraId="38E2D321" w14:textId="77777777" w:rsidR="000D1F8D"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rPr>
              <w:t>0</w:t>
            </w:r>
          </w:p>
        </w:tc>
      </w:tr>
      <w:tr w:rsidR="00B22403" w:rsidRPr="0081190E" w14:paraId="31DF6A22" w14:textId="77777777">
        <w:trPr>
          <w:jc w:val="center"/>
        </w:trPr>
        <w:tc>
          <w:tcPr>
            <w:tcW w:w="2572" w:type="pct"/>
          </w:tcPr>
          <w:p w14:paraId="1E14C9B0" w14:textId="41A5C737"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35-54, homme, Alberta et Territoires du Nord-Ouest </w:t>
            </w:r>
          </w:p>
        </w:tc>
        <w:tc>
          <w:tcPr>
            <w:tcW w:w="865" w:type="pct"/>
            <w:vAlign w:val="center"/>
          </w:tcPr>
          <w:p w14:paraId="1E8A1A10"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44</w:t>
            </w:r>
          </w:p>
        </w:tc>
        <w:tc>
          <w:tcPr>
            <w:tcW w:w="714" w:type="pct"/>
            <w:vAlign w:val="center"/>
          </w:tcPr>
          <w:p w14:paraId="3316A956"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47</w:t>
            </w:r>
          </w:p>
        </w:tc>
        <w:tc>
          <w:tcPr>
            <w:tcW w:w="849" w:type="pct"/>
            <w:vAlign w:val="center"/>
          </w:tcPr>
          <w:p w14:paraId="076B13B3"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1,065</w:t>
            </w:r>
          </w:p>
        </w:tc>
      </w:tr>
      <w:tr w:rsidR="00B22403" w:rsidRPr="0081190E" w14:paraId="12534EA5" w14:textId="77777777">
        <w:trPr>
          <w:jc w:val="center"/>
        </w:trPr>
        <w:tc>
          <w:tcPr>
            <w:tcW w:w="2572" w:type="pct"/>
          </w:tcPr>
          <w:p w14:paraId="62F7655A" w14:textId="788DE3E7"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35-54, homme, provinces de l’Atlantique </w:t>
            </w:r>
          </w:p>
        </w:tc>
        <w:tc>
          <w:tcPr>
            <w:tcW w:w="865" w:type="pct"/>
            <w:vAlign w:val="center"/>
          </w:tcPr>
          <w:p w14:paraId="47F82714"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19</w:t>
            </w:r>
          </w:p>
        </w:tc>
        <w:tc>
          <w:tcPr>
            <w:tcW w:w="714" w:type="pct"/>
            <w:vAlign w:val="center"/>
          </w:tcPr>
          <w:p w14:paraId="16000E00"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25</w:t>
            </w:r>
          </w:p>
        </w:tc>
        <w:tc>
          <w:tcPr>
            <w:tcW w:w="849" w:type="pct"/>
            <w:vAlign w:val="center"/>
          </w:tcPr>
          <w:p w14:paraId="1B25C069" w14:textId="77777777" w:rsidR="00B22403" w:rsidRPr="0081190E" w:rsidRDefault="000D1F8D" w:rsidP="003C09C1">
            <w:pPr>
              <w:spacing w:line="240" w:lineRule="auto"/>
              <w:jc w:val="left"/>
              <w:rPr>
                <w:rFonts w:asciiTheme="minorHAnsi" w:hAnsiTheme="minorHAnsi" w:cstheme="minorHAnsi"/>
                <w:b/>
                <w:bCs/>
                <w:noProof/>
                <w:sz w:val="22"/>
                <w:szCs w:val="22"/>
              </w:rPr>
            </w:pPr>
            <w:r>
              <w:rPr>
                <w:rFonts w:asciiTheme="minorHAnsi" w:hAnsiTheme="minorHAnsi"/>
                <w:sz w:val="22"/>
                <w:shd w:val="clear" w:color="auto" w:fill="FFFFFF"/>
              </w:rPr>
              <w:t>1,306</w:t>
            </w:r>
          </w:p>
        </w:tc>
      </w:tr>
      <w:tr w:rsidR="00B22403" w:rsidRPr="0081190E" w14:paraId="3DCA0279" w14:textId="77777777">
        <w:trPr>
          <w:jc w:val="center"/>
        </w:trPr>
        <w:tc>
          <w:tcPr>
            <w:tcW w:w="2572" w:type="pct"/>
          </w:tcPr>
          <w:p w14:paraId="20FCC2E5" w14:textId="4F0FD7C5"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35-54, homme, Colombie-Britannique et Yukon </w:t>
            </w:r>
          </w:p>
        </w:tc>
        <w:tc>
          <w:tcPr>
            <w:tcW w:w="865" w:type="pct"/>
            <w:vAlign w:val="center"/>
          </w:tcPr>
          <w:p w14:paraId="1BCD9273"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42</w:t>
            </w:r>
          </w:p>
        </w:tc>
        <w:tc>
          <w:tcPr>
            <w:tcW w:w="714" w:type="pct"/>
            <w:vAlign w:val="center"/>
          </w:tcPr>
          <w:p w14:paraId="387815A7"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50</w:t>
            </w:r>
          </w:p>
        </w:tc>
        <w:tc>
          <w:tcPr>
            <w:tcW w:w="849" w:type="pct"/>
            <w:vAlign w:val="center"/>
          </w:tcPr>
          <w:p w14:paraId="71E37345"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1,187</w:t>
            </w:r>
          </w:p>
        </w:tc>
      </w:tr>
      <w:tr w:rsidR="00B22403" w:rsidRPr="0081190E" w14:paraId="2B67B098" w14:textId="77777777">
        <w:trPr>
          <w:jc w:val="center"/>
        </w:trPr>
        <w:tc>
          <w:tcPr>
            <w:tcW w:w="2572" w:type="pct"/>
          </w:tcPr>
          <w:p w14:paraId="09CD9EB9" w14:textId="6FE2CF2D"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35-54, homme, Ontario </w:t>
            </w:r>
          </w:p>
        </w:tc>
        <w:tc>
          <w:tcPr>
            <w:tcW w:w="865" w:type="pct"/>
            <w:vAlign w:val="center"/>
          </w:tcPr>
          <w:p w14:paraId="304ECC9D"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103</w:t>
            </w:r>
          </w:p>
        </w:tc>
        <w:tc>
          <w:tcPr>
            <w:tcW w:w="714" w:type="pct"/>
            <w:vAlign w:val="center"/>
          </w:tcPr>
          <w:p w14:paraId="5A0C7FB8"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rPr>
              <w:t>145</w:t>
            </w:r>
          </w:p>
        </w:tc>
        <w:tc>
          <w:tcPr>
            <w:tcW w:w="849" w:type="pct"/>
            <w:vAlign w:val="center"/>
          </w:tcPr>
          <w:p w14:paraId="2C8CAA22"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1,405</w:t>
            </w:r>
          </w:p>
        </w:tc>
      </w:tr>
      <w:tr w:rsidR="00B22403" w:rsidRPr="0081190E" w14:paraId="0BD336DD" w14:textId="77777777">
        <w:trPr>
          <w:jc w:val="center"/>
        </w:trPr>
        <w:tc>
          <w:tcPr>
            <w:tcW w:w="2572" w:type="pct"/>
          </w:tcPr>
          <w:p w14:paraId="43EE93AE" w14:textId="1C9D3DA5"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35-54, homme, Prairies et Nunavut </w:t>
            </w:r>
          </w:p>
        </w:tc>
        <w:tc>
          <w:tcPr>
            <w:tcW w:w="865" w:type="pct"/>
            <w:vAlign w:val="center"/>
          </w:tcPr>
          <w:p w14:paraId="32A45999"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20</w:t>
            </w:r>
          </w:p>
        </w:tc>
        <w:tc>
          <w:tcPr>
            <w:tcW w:w="714" w:type="pct"/>
            <w:vAlign w:val="center"/>
          </w:tcPr>
          <w:p w14:paraId="660DFED3"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25</w:t>
            </w:r>
          </w:p>
        </w:tc>
        <w:tc>
          <w:tcPr>
            <w:tcW w:w="849" w:type="pct"/>
            <w:vAlign w:val="center"/>
          </w:tcPr>
          <w:p w14:paraId="41F5BFFD"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1,231</w:t>
            </w:r>
          </w:p>
        </w:tc>
      </w:tr>
      <w:tr w:rsidR="00B22403" w:rsidRPr="0081190E" w14:paraId="44AE05A4" w14:textId="77777777">
        <w:trPr>
          <w:jc w:val="center"/>
        </w:trPr>
        <w:tc>
          <w:tcPr>
            <w:tcW w:w="2572" w:type="pct"/>
          </w:tcPr>
          <w:p w14:paraId="40EC699E" w14:textId="17C008C5"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35-54, homme, Québec </w:t>
            </w:r>
          </w:p>
        </w:tc>
        <w:tc>
          <w:tcPr>
            <w:tcW w:w="865" w:type="pct"/>
            <w:vAlign w:val="center"/>
          </w:tcPr>
          <w:p w14:paraId="489CA81E"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49</w:t>
            </w:r>
          </w:p>
        </w:tc>
        <w:tc>
          <w:tcPr>
            <w:tcW w:w="714" w:type="pct"/>
            <w:vAlign w:val="center"/>
          </w:tcPr>
          <w:p w14:paraId="3CEA58F2"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89</w:t>
            </w:r>
          </w:p>
        </w:tc>
        <w:tc>
          <w:tcPr>
            <w:tcW w:w="849" w:type="pct"/>
            <w:vAlign w:val="center"/>
          </w:tcPr>
          <w:p w14:paraId="056311C9"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1,810</w:t>
            </w:r>
          </w:p>
        </w:tc>
      </w:tr>
      <w:tr w:rsidR="00B22403" w:rsidRPr="0081190E" w14:paraId="52262FE8" w14:textId="77777777">
        <w:trPr>
          <w:jc w:val="center"/>
        </w:trPr>
        <w:tc>
          <w:tcPr>
            <w:tcW w:w="2572" w:type="pct"/>
          </w:tcPr>
          <w:p w14:paraId="631B3234" w14:textId="20DCFC6E"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55+, femme, Alberta et Territoires du Nord-Ouest </w:t>
            </w:r>
          </w:p>
        </w:tc>
        <w:tc>
          <w:tcPr>
            <w:tcW w:w="865" w:type="pct"/>
            <w:vAlign w:val="center"/>
          </w:tcPr>
          <w:p w14:paraId="2561D5A0"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44</w:t>
            </w:r>
          </w:p>
        </w:tc>
        <w:tc>
          <w:tcPr>
            <w:tcW w:w="714" w:type="pct"/>
            <w:vAlign w:val="center"/>
          </w:tcPr>
          <w:p w14:paraId="354D21B5"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42</w:t>
            </w:r>
          </w:p>
        </w:tc>
        <w:tc>
          <w:tcPr>
            <w:tcW w:w="849" w:type="pct"/>
            <w:vAlign w:val="center"/>
          </w:tcPr>
          <w:p w14:paraId="6B12FAA3" w14:textId="77777777" w:rsidR="00B22403" w:rsidRPr="0081190E" w:rsidRDefault="000D1F8D"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0,958</w:t>
            </w:r>
          </w:p>
        </w:tc>
      </w:tr>
      <w:tr w:rsidR="00B22403" w:rsidRPr="0081190E" w14:paraId="3C61256E" w14:textId="77777777">
        <w:trPr>
          <w:jc w:val="center"/>
        </w:trPr>
        <w:tc>
          <w:tcPr>
            <w:tcW w:w="2572" w:type="pct"/>
          </w:tcPr>
          <w:p w14:paraId="1E08B851" w14:textId="43BDACA6"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55+, femme, provinces de l’Atlantique </w:t>
            </w:r>
          </w:p>
        </w:tc>
        <w:tc>
          <w:tcPr>
            <w:tcW w:w="865" w:type="pct"/>
            <w:vAlign w:val="center"/>
          </w:tcPr>
          <w:p w14:paraId="4F93B785"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54</w:t>
            </w:r>
          </w:p>
        </w:tc>
        <w:tc>
          <w:tcPr>
            <w:tcW w:w="714" w:type="pct"/>
            <w:vAlign w:val="center"/>
          </w:tcPr>
          <w:p w14:paraId="70F436B7"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36</w:t>
            </w:r>
          </w:p>
        </w:tc>
        <w:tc>
          <w:tcPr>
            <w:tcW w:w="849" w:type="pct"/>
            <w:vAlign w:val="center"/>
          </w:tcPr>
          <w:p w14:paraId="63E3FCAB"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0,661</w:t>
            </w:r>
          </w:p>
        </w:tc>
      </w:tr>
      <w:tr w:rsidR="00B22403" w:rsidRPr="0081190E" w14:paraId="3CCF5058" w14:textId="77777777">
        <w:trPr>
          <w:jc w:val="center"/>
        </w:trPr>
        <w:tc>
          <w:tcPr>
            <w:tcW w:w="2572" w:type="pct"/>
          </w:tcPr>
          <w:p w14:paraId="75E5C9B8" w14:textId="1E19F1CE"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55+, femme, Colombie-Britannique et Yukon </w:t>
            </w:r>
          </w:p>
        </w:tc>
        <w:tc>
          <w:tcPr>
            <w:tcW w:w="865" w:type="pct"/>
            <w:vAlign w:val="center"/>
          </w:tcPr>
          <w:p w14:paraId="0B78931B"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107</w:t>
            </w:r>
          </w:p>
        </w:tc>
        <w:tc>
          <w:tcPr>
            <w:tcW w:w="714" w:type="pct"/>
            <w:vAlign w:val="center"/>
          </w:tcPr>
          <w:p w14:paraId="2BB01EA5"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65</w:t>
            </w:r>
          </w:p>
        </w:tc>
        <w:tc>
          <w:tcPr>
            <w:tcW w:w="849" w:type="pct"/>
            <w:vAlign w:val="center"/>
          </w:tcPr>
          <w:p w14:paraId="1E945D63"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0,611</w:t>
            </w:r>
          </w:p>
        </w:tc>
      </w:tr>
      <w:tr w:rsidR="00B22403" w:rsidRPr="0081190E" w14:paraId="26BB5C21" w14:textId="77777777">
        <w:trPr>
          <w:jc w:val="center"/>
        </w:trPr>
        <w:tc>
          <w:tcPr>
            <w:tcW w:w="2572" w:type="pct"/>
          </w:tcPr>
          <w:p w14:paraId="784A0E57" w14:textId="0B59C0ED"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55+, femme, Ontario </w:t>
            </w:r>
          </w:p>
        </w:tc>
        <w:tc>
          <w:tcPr>
            <w:tcW w:w="865" w:type="pct"/>
            <w:vAlign w:val="center"/>
          </w:tcPr>
          <w:p w14:paraId="4C151FA8"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253</w:t>
            </w:r>
          </w:p>
        </w:tc>
        <w:tc>
          <w:tcPr>
            <w:tcW w:w="714" w:type="pct"/>
            <w:vAlign w:val="center"/>
          </w:tcPr>
          <w:p w14:paraId="616C5A34"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176</w:t>
            </w:r>
          </w:p>
        </w:tc>
        <w:tc>
          <w:tcPr>
            <w:tcW w:w="849" w:type="pct"/>
            <w:vAlign w:val="center"/>
          </w:tcPr>
          <w:p w14:paraId="14CD657E"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0,697</w:t>
            </w:r>
          </w:p>
        </w:tc>
      </w:tr>
      <w:tr w:rsidR="00B22403" w:rsidRPr="0081190E" w14:paraId="42C098B2" w14:textId="77777777">
        <w:trPr>
          <w:jc w:val="center"/>
        </w:trPr>
        <w:tc>
          <w:tcPr>
            <w:tcW w:w="2572" w:type="pct"/>
          </w:tcPr>
          <w:p w14:paraId="7CCA3128" w14:textId="102B1287"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55+, femme, Prairies et Nunavut </w:t>
            </w:r>
          </w:p>
        </w:tc>
        <w:tc>
          <w:tcPr>
            <w:tcW w:w="865" w:type="pct"/>
            <w:vAlign w:val="center"/>
          </w:tcPr>
          <w:p w14:paraId="73CCBD32"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52</w:t>
            </w:r>
          </w:p>
        </w:tc>
        <w:tc>
          <w:tcPr>
            <w:tcW w:w="714" w:type="pct"/>
            <w:vAlign w:val="center"/>
          </w:tcPr>
          <w:p w14:paraId="10831623"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29</w:t>
            </w:r>
          </w:p>
        </w:tc>
        <w:tc>
          <w:tcPr>
            <w:tcW w:w="849" w:type="pct"/>
            <w:vAlign w:val="center"/>
          </w:tcPr>
          <w:p w14:paraId="0FF4F0A5"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0,560</w:t>
            </w:r>
          </w:p>
        </w:tc>
      </w:tr>
      <w:tr w:rsidR="00B22403" w:rsidRPr="0081190E" w14:paraId="5264A1BD" w14:textId="77777777">
        <w:trPr>
          <w:jc w:val="center"/>
        </w:trPr>
        <w:tc>
          <w:tcPr>
            <w:tcW w:w="2572" w:type="pct"/>
          </w:tcPr>
          <w:p w14:paraId="71AECBB0" w14:textId="43CBABE8"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55+, femme, Québec </w:t>
            </w:r>
          </w:p>
        </w:tc>
        <w:tc>
          <w:tcPr>
            <w:tcW w:w="865" w:type="pct"/>
            <w:vAlign w:val="center"/>
          </w:tcPr>
          <w:p w14:paraId="59C915C6"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153</w:t>
            </w:r>
          </w:p>
        </w:tc>
        <w:tc>
          <w:tcPr>
            <w:tcW w:w="714" w:type="pct"/>
            <w:vAlign w:val="center"/>
          </w:tcPr>
          <w:p w14:paraId="12552A12"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116</w:t>
            </w:r>
          </w:p>
        </w:tc>
        <w:tc>
          <w:tcPr>
            <w:tcW w:w="849" w:type="pct"/>
            <w:vAlign w:val="center"/>
          </w:tcPr>
          <w:p w14:paraId="683B9F8C"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0,757</w:t>
            </w:r>
          </w:p>
        </w:tc>
      </w:tr>
      <w:tr w:rsidR="00400DF6" w:rsidRPr="0081190E" w14:paraId="665B4912" w14:textId="77777777">
        <w:trPr>
          <w:jc w:val="center"/>
        </w:trPr>
        <w:tc>
          <w:tcPr>
            <w:tcW w:w="2572" w:type="pct"/>
          </w:tcPr>
          <w:p w14:paraId="799DAE5E" w14:textId="37483EF9" w:rsidR="00400DF6"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55+, diverses identités de genre, Ontario </w:t>
            </w:r>
          </w:p>
        </w:tc>
        <w:tc>
          <w:tcPr>
            <w:tcW w:w="865" w:type="pct"/>
            <w:vAlign w:val="center"/>
          </w:tcPr>
          <w:p w14:paraId="31373CC4" w14:textId="77777777" w:rsidR="00400DF6"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4</w:t>
            </w:r>
          </w:p>
        </w:tc>
        <w:tc>
          <w:tcPr>
            <w:tcW w:w="714" w:type="pct"/>
            <w:vAlign w:val="center"/>
          </w:tcPr>
          <w:p w14:paraId="2F230558" w14:textId="77777777" w:rsidR="00400DF6"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0</w:t>
            </w:r>
          </w:p>
        </w:tc>
        <w:tc>
          <w:tcPr>
            <w:tcW w:w="849" w:type="pct"/>
            <w:vAlign w:val="center"/>
          </w:tcPr>
          <w:p w14:paraId="6D90C826" w14:textId="77777777" w:rsidR="00400DF6"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0</w:t>
            </w:r>
          </w:p>
        </w:tc>
      </w:tr>
      <w:tr w:rsidR="00400DF6" w:rsidRPr="0081190E" w14:paraId="01C0673F" w14:textId="77777777">
        <w:trPr>
          <w:jc w:val="center"/>
        </w:trPr>
        <w:tc>
          <w:tcPr>
            <w:tcW w:w="2572" w:type="pct"/>
          </w:tcPr>
          <w:p w14:paraId="570F2DB3" w14:textId="6CBEB448" w:rsidR="00400DF6"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55+, diverses identités de genre, Prairies et Nunavut </w:t>
            </w:r>
          </w:p>
        </w:tc>
        <w:tc>
          <w:tcPr>
            <w:tcW w:w="865" w:type="pct"/>
            <w:vAlign w:val="center"/>
          </w:tcPr>
          <w:p w14:paraId="7C591706" w14:textId="77777777" w:rsidR="00400DF6"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1</w:t>
            </w:r>
          </w:p>
        </w:tc>
        <w:tc>
          <w:tcPr>
            <w:tcW w:w="714" w:type="pct"/>
            <w:vAlign w:val="center"/>
          </w:tcPr>
          <w:p w14:paraId="00D529B5" w14:textId="77777777" w:rsidR="00400DF6"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0</w:t>
            </w:r>
          </w:p>
        </w:tc>
        <w:tc>
          <w:tcPr>
            <w:tcW w:w="849" w:type="pct"/>
            <w:vAlign w:val="center"/>
          </w:tcPr>
          <w:p w14:paraId="0CADC738" w14:textId="77777777" w:rsidR="00400DF6"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0</w:t>
            </w:r>
          </w:p>
        </w:tc>
      </w:tr>
      <w:tr w:rsidR="00400DF6" w:rsidRPr="0081190E" w14:paraId="7218DF65" w14:textId="77777777">
        <w:trPr>
          <w:jc w:val="center"/>
        </w:trPr>
        <w:tc>
          <w:tcPr>
            <w:tcW w:w="2572" w:type="pct"/>
          </w:tcPr>
          <w:p w14:paraId="4D4587D5" w14:textId="702FB5A3" w:rsidR="00400DF6"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55+, diverses identités de genre, Québec </w:t>
            </w:r>
          </w:p>
        </w:tc>
        <w:tc>
          <w:tcPr>
            <w:tcW w:w="865" w:type="pct"/>
            <w:vAlign w:val="center"/>
          </w:tcPr>
          <w:p w14:paraId="7F78D174" w14:textId="77777777" w:rsidR="00400DF6"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2</w:t>
            </w:r>
          </w:p>
        </w:tc>
        <w:tc>
          <w:tcPr>
            <w:tcW w:w="714" w:type="pct"/>
            <w:vAlign w:val="center"/>
          </w:tcPr>
          <w:p w14:paraId="59084AD9" w14:textId="77777777" w:rsidR="00400DF6"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0</w:t>
            </w:r>
          </w:p>
        </w:tc>
        <w:tc>
          <w:tcPr>
            <w:tcW w:w="849" w:type="pct"/>
            <w:vAlign w:val="center"/>
          </w:tcPr>
          <w:p w14:paraId="2E2C3C7A" w14:textId="77777777" w:rsidR="00400DF6"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0</w:t>
            </w:r>
          </w:p>
        </w:tc>
      </w:tr>
      <w:tr w:rsidR="00B22403" w:rsidRPr="0081190E" w14:paraId="62CF6098" w14:textId="77777777">
        <w:trPr>
          <w:jc w:val="center"/>
        </w:trPr>
        <w:tc>
          <w:tcPr>
            <w:tcW w:w="2572" w:type="pct"/>
          </w:tcPr>
          <w:p w14:paraId="3F3F260B" w14:textId="5BE5F40D"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55+, homme, Alberta et Territoires du Nord-Ouest </w:t>
            </w:r>
          </w:p>
        </w:tc>
        <w:tc>
          <w:tcPr>
            <w:tcW w:w="865" w:type="pct"/>
            <w:vAlign w:val="center"/>
          </w:tcPr>
          <w:p w14:paraId="74A353AD"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57</w:t>
            </w:r>
          </w:p>
        </w:tc>
        <w:tc>
          <w:tcPr>
            <w:tcW w:w="714" w:type="pct"/>
            <w:vAlign w:val="center"/>
          </w:tcPr>
          <w:p w14:paraId="38CE1254"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39</w:t>
            </w:r>
          </w:p>
        </w:tc>
        <w:tc>
          <w:tcPr>
            <w:tcW w:w="849" w:type="pct"/>
            <w:vAlign w:val="center"/>
          </w:tcPr>
          <w:p w14:paraId="54A1EB5E"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0,691</w:t>
            </w:r>
          </w:p>
        </w:tc>
      </w:tr>
      <w:tr w:rsidR="00B22403" w:rsidRPr="0081190E" w14:paraId="781F4C3D" w14:textId="77777777">
        <w:trPr>
          <w:jc w:val="center"/>
        </w:trPr>
        <w:tc>
          <w:tcPr>
            <w:tcW w:w="2572" w:type="pct"/>
          </w:tcPr>
          <w:p w14:paraId="48B99331" w14:textId="1DF62DE5"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55+, homme, provinces de l’Atlantique </w:t>
            </w:r>
          </w:p>
        </w:tc>
        <w:tc>
          <w:tcPr>
            <w:tcW w:w="865" w:type="pct"/>
            <w:vAlign w:val="center"/>
          </w:tcPr>
          <w:p w14:paraId="12508ED4"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33</w:t>
            </w:r>
          </w:p>
        </w:tc>
        <w:tc>
          <w:tcPr>
            <w:tcW w:w="714" w:type="pct"/>
            <w:vAlign w:val="center"/>
          </w:tcPr>
          <w:p w14:paraId="37840E31"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32</w:t>
            </w:r>
          </w:p>
        </w:tc>
        <w:tc>
          <w:tcPr>
            <w:tcW w:w="849" w:type="pct"/>
            <w:vAlign w:val="center"/>
          </w:tcPr>
          <w:p w14:paraId="602149F6"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0,962</w:t>
            </w:r>
          </w:p>
        </w:tc>
      </w:tr>
      <w:tr w:rsidR="00B22403" w:rsidRPr="0081190E" w14:paraId="68FF8C1F" w14:textId="77777777">
        <w:trPr>
          <w:jc w:val="center"/>
        </w:trPr>
        <w:tc>
          <w:tcPr>
            <w:tcW w:w="2572" w:type="pct"/>
          </w:tcPr>
          <w:p w14:paraId="63BCB340" w14:textId="52490D45"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55+, homme, Colombie-Britannique et Yukon </w:t>
            </w:r>
          </w:p>
        </w:tc>
        <w:tc>
          <w:tcPr>
            <w:tcW w:w="865" w:type="pct"/>
            <w:vAlign w:val="center"/>
          </w:tcPr>
          <w:p w14:paraId="59357816"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74</w:t>
            </w:r>
          </w:p>
        </w:tc>
        <w:tc>
          <w:tcPr>
            <w:tcW w:w="714" w:type="pct"/>
            <w:vAlign w:val="center"/>
          </w:tcPr>
          <w:p w14:paraId="734CDC06"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59</w:t>
            </w:r>
          </w:p>
        </w:tc>
        <w:tc>
          <w:tcPr>
            <w:tcW w:w="849" w:type="pct"/>
            <w:vAlign w:val="center"/>
          </w:tcPr>
          <w:p w14:paraId="66A1D1EE"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0,795</w:t>
            </w:r>
          </w:p>
        </w:tc>
      </w:tr>
      <w:tr w:rsidR="00B22403" w:rsidRPr="0081190E" w14:paraId="7763F5CB" w14:textId="77777777">
        <w:trPr>
          <w:jc w:val="center"/>
        </w:trPr>
        <w:tc>
          <w:tcPr>
            <w:tcW w:w="2572" w:type="pct"/>
          </w:tcPr>
          <w:p w14:paraId="2EAF7A59" w14:textId="21B2EF51"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55+, homme, Ontario </w:t>
            </w:r>
          </w:p>
        </w:tc>
        <w:tc>
          <w:tcPr>
            <w:tcW w:w="865" w:type="pct"/>
            <w:vAlign w:val="center"/>
          </w:tcPr>
          <w:p w14:paraId="1CF57031"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210</w:t>
            </w:r>
          </w:p>
        </w:tc>
        <w:tc>
          <w:tcPr>
            <w:tcW w:w="714" w:type="pct"/>
            <w:vAlign w:val="center"/>
          </w:tcPr>
          <w:p w14:paraId="0EDDC2B3"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154</w:t>
            </w:r>
          </w:p>
        </w:tc>
        <w:tc>
          <w:tcPr>
            <w:tcW w:w="849" w:type="pct"/>
            <w:vAlign w:val="center"/>
          </w:tcPr>
          <w:p w14:paraId="6C82F7A9"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0,732</w:t>
            </w:r>
          </w:p>
        </w:tc>
      </w:tr>
      <w:tr w:rsidR="00B22403" w:rsidRPr="0081190E" w14:paraId="0BC7A2D3" w14:textId="77777777">
        <w:trPr>
          <w:jc w:val="center"/>
        </w:trPr>
        <w:tc>
          <w:tcPr>
            <w:tcW w:w="2572" w:type="pct"/>
          </w:tcPr>
          <w:p w14:paraId="50D9600F" w14:textId="05C13F62"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55+, homme, Prairies et Nunavut </w:t>
            </w:r>
          </w:p>
        </w:tc>
        <w:tc>
          <w:tcPr>
            <w:tcW w:w="865" w:type="pct"/>
            <w:vAlign w:val="center"/>
          </w:tcPr>
          <w:p w14:paraId="3E470E45"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45</w:t>
            </w:r>
          </w:p>
        </w:tc>
        <w:tc>
          <w:tcPr>
            <w:tcW w:w="714" w:type="pct"/>
            <w:vAlign w:val="center"/>
          </w:tcPr>
          <w:p w14:paraId="46FB3958"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26</w:t>
            </w:r>
          </w:p>
        </w:tc>
        <w:tc>
          <w:tcPr>
            <w:tcW w:w="849" w:type="pct"/>
            <w:vAlign w:val="center"/>
          </w:tcPr>
          <w:p w14:paraId="2ED3BB5D"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FFFFF"/>
              </w:rPr>
              <w:t>0,577</w:t>
            </w:r>
          </w:p>
        </w:tc>
      </w:tr>
      <w:tr w:rsidR="00B22403" w:rsidRPr="0081190E" w14:paraId="4159535B" w14:textId="77777777">
        <w:trPr>
          <w:jc w:val="center"/>
        </w:trPr>
        <w:tc>
          <w:tcPr>
            <w:tcW w:w="2572" w:type="pct"/>
          </w:tcPr>
          <w:p w14:paraId="04BE296F" w14:textId="3814665E" w:rsidR="00B22403" w:rsidRPr="0081190E" w:rsidRDefault="00B22403" w:rsidP="003C09C1">
            <w:pPr>
              <w:spacing w:line="240" w:lineRule="auto"/>
              <w:jc w:val="left"/>
              <w:rPr>
                <w:rFonts w:asciiTheme="minorHAnsi" w:hAnsiTheme="minorHAnsi" w:cstheme="minorHAnsi"/>
                <w:noProof/>
                <w:sz w:val="22"/>
                <w:szCs w:val="22"/>
              </w:rPr>
            </w:pPr>
            <w:r>
              <w:rPr>
                <w:rFonts w:asciiTheme="minorHAnsi" w:hAnsiTheme="minorHAnsi"/>
                <w:sz w:val="22"/>
              </w:rPr>
              <w:t xml:space="preserve">55+, homme, Québec </w:t>
            </w:r>
          </w:p>
        </w:tc>
        <w:tc>
          <w:tcPr>
            <w:tcW w:w="865" w:type="pct"/>
            <w:vAlign w:val="center"/>
          </w:tcPr>
          <w:p w14:paraId="0E484452"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129</w:t>
            </w:r>
          </w:p>
        </w:tc>
        <w:tc>
          <w:tcPr>
            <w:tcW w:w="714" w:type="pct"/>
            <w:vAlign w:val="center"/>
          </w:tcPr>
          <w:p w14:paraId="0571ABB9"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rPr>
              <w:t>102</w:t>
            </w:r>
          </w:p>
        </w:tc>
        <w:tc>
          <w:tcPr>
            <w:tcW w:w="849" w:type="pct"/>
            <w:vAlign w:val="center"/>
          </w:tcPr>
          <w:p w14:paraId="74D598F1" w14:textId="77777777" w:rsidR="00B22403" w:rsidRPr="0081190E" w:rsidRDefault="00400DF6" w:rsidP="003C09C1">
            <w:pPr>
              <w:spacing w:line="240" w:lineRule="auto"/>
              <w:jc w:val="left"/>
              <w:rPr>
                <w:rFonts w:asciiTheme="minorHAnsi" w:hAnsiTheme="minorHAnsi" w:cstheme="minorHAnsi"/>
                <w:noProof/>
                <w:sz w:val="22"/>
                <w:szCs w:val="22"/>
              </w:rPr>
            </w:pPr>
            <w:r>
              <w:rPr>
                <w:rFonts w:asciiTheme="minorHAnsi" w:hAnsiTheme="minorHAnsi"/>
                <w:sz w:val="22"/>
                <w:shd w:val="clear" w:color="auto" w:fill="F9F9F9"/>
              </w:rPr>
              <w:t>0,789</w:t>
            </w:r>
          </w:p>
        </w:tc>
      </w:tr>
    </w:tbl>
    <w:p w14:paraId="1ADFA300" w14:textId="77777777" w:rsidR="00337163" w:rsidRPr="0081190E" w:rsidRDefault="00337163" w:rsidP="003C09C1">
      <w:pPr>
        <w:pStyle w:val="Heading1"/>
        <w:spacing w:line="276" w:lineRule="auto"/>
        <w:jc w:val="left"/>
        <w:rPr>
          <w:rFonts w:asciiTheme="minorHAnsi" w:hAnsiTheme="minorHAnsi" w:cstheme="minorHAnsi"/>
          <w:sz w:val="22"/>
          <w:szCs w:val="22"/>
          <w:lang w:val="en-CA"/>
        </w:rPr>
      </w:pPr>
    </w:p>
    <w:p w14:paraId="107D01C8" w14:textId="01A7EDCF" w:rsidR="00CD1708" w:rsidRPr="00303032" w:rsidRDefault="00337163" w:rsidP="003C09C1">
      <w:pPr>
        <w:pStyle w:val="Heading1"/>
        <w:spacing w:line="276" w:lineRule="auto"/>
        <w:jc w:val="left"/>
        <w:rPr>
          <w:rFonts w:asciiTheme="minorHAnsi" w:hAnsiTheme="minorHAnsi" w:cstheme="minorHAnsi"/>
        </w:rPr>
      </w:pPr>
      <w:bookmarkStart w:id="72" w:name="_Toc75287158"/>
      <w:r>
        <w:rPr>
          <w:rFonts w:asciiTheme="minorHAnsi" w:hAnsiTheme="minorHAnsi"/>
        </w:rPr>
        <w:t>6. Base de données et tableaux croisés</w:t>
      </w:r>
      <w:bookmarkEnd w:id="72"/>
    </w:p>
    <w:p w14:paraId="26BA13C6" w14:textId="0E986924" w:rsidR="007C714E" w:rsidRPr="00BA13AB" w:rsidRDefault="00B55AB5" w:rsidP="003C09C1">
      <w:pPr>
        <w:spacing w:line="276" w:lineRule="auto"/>
        <w:jc w:val="left"/>
        <w:rPr>
          <w:rFonts w:asciiTheme="minorHAnsi" w:hAnsiTheme="minorHAnsi" w:cstheme="minorHAnsi"/>
          <w:sz w:val="22"/>
          <w:szCs w:val="22"/>
        </w:rPr>
      </w:pPr>
      <w:r>
        <w:rPr>
          <w:rFonts w:asciiTheme="minorHAnsi" w:hAnsiTheme="minorHAnsi"/>
          <w:sz w:val="22"/>
        </w:rPr>
        <w:t xml:space="preserve">La base de données a été nettoyée pour éliminer toutes les erreurs pouvant s’y trouver à la fin de l’étape de collecte de données, et tous les identificateurs uniques indiqués dans les profils clients ont été supprimés de l’ensemble de données définitif fourni à AMC. </w:t>
      </w:r>
      <w:r>
        <w:t>Toutes les réponses au sondage ont été mises en correspondance et regroupées dans des tableaux croisés.</w:t>
      </w:r>
    </w:p>
    <w:p w14:paraId="4B955CA9" w14:textId="77777777" w:rsidR="007C714E" w:rsidRPr="00316687" w:rsidRDefault="007C714E" w:rsidP="003C09C1">
      <w:pPr>
        <w:spacing w:line="276" w:lineRule="auto"/>
        <w:jc w:val="left"/>
        <w:rPr>
          <w:rFonts w:asciiTheme="minorHAnsi" w:hAnsiTheme="minorHAnsi" w:cstheme="minorHAnsi"/>
          <w:sz w:val="22"/>
          <w:szCs w:val="22"/>
          <w:lang w:val="fr-FR"/>
        </w:rPr>
      </w:pPr>
    </w:p>
    <w:p w14:paraId="3C108F0B" w14:textId="77777777" w:rsidR="00D85383" w:rsidRDefault="007C714E" w:rsidP="003C09C1">
      <w:pPr>
        <w:spacing w:line="276" w:lineRule="auto"/>
        <w:jc w:val="left"/>
        <w:rPr>
          <w:rFonts w:asciiTheme="minorHAnsi" w:hAnsiTheme="minorHAnsi" w:cstheme="minorHAnsi"/>
          <w:sz w:val="22"/>
          <w:szCs w:val="22"/>
        </w:rPr>
      </w:pPr>
      <w:r>
        <w:rPr>
          <w:rFonts w:asciiTheme="minorHAnsi" w:hAnsiTheme="minorHAnsi"/>
          <w:sz w:val="22"/>
        </w:rPr>
        <w:t xml:space="preserve">De nouvelles variables ont été créées pour être intégrées aux tableaux croisés. Au moyen des réponses aux questions du sondage des participants, </w:t>
      </w:r>
      <w:proofErr w:type="spellStart"/>
      <w:r>
        <w:rPr>
          <w:rFonts w:asciiTheme="minorHAnsi" w:hAnsiTheme="minorHAnsi"/>
          <w:sz w:val="22"/>
        </w:rPr>
        <w:t>Advanis</w:t>
      </w:r>
      <w:proofErr w:type="spellEnd"/>
      <w:r>
        <w:rPr>
          <w:rFonts w:asciiTheme="minorHAnsi" w:hAnsiTheme="minorHAnsi"/>
          <w:sz w:val="22"/>
        </w:rPr>
        <w:t xml:space="preserve"> a créé des variables pour les sous-groupes suivants pour faciliter l’analyse plus approfondie : </w:t>
      </w:r>
    </w:p>
    <w:p w14:paraId="624C760E" w14:textId="77777777" w:rsidR="00D85383" w:rsidRDefault="007C714E" w:rsidP="00F46697">
      <w:pPr>
        <w:pStyle w:val="ListParagraph"/>
        <w:numPr>
          <w:ilvl w:val="0"/>
          <w:numId w:val="22"/>
        </w:numPr>
        <w:rPr>
          <w:rFonts w:cstheme="minorHAnsi"/>
        </w:rPr>
      </w:pPr>
      <w:proofErr w:type="gramStart"/>
      <w:r>
        <w:t>les</w:t>
      </w:r>
      <w:proofErr w:type="gramEnd"/>
      <w:r>
        <w:t xml:space="preserve"> Canadiens de tous genres de 18 ans et plus qui sont intéressés par les voyages à l’étranger, que ce soit pour affaires ou par agrément;</w:t>
      </w:r>
    </w:p>
    <w:p w14:paraId="2A59E7DB" w14:textId="77777777" w:rsidR="00D85383" w:rsidRDefault="007C714E" w:rsidP="00F46697">
      <w:pPr>
        <w:pStyle w:val="ListParagraph"/>
        <w:numPr>
          <w:ilvl w:val="0"/>
          <w:numId w:val="22"/>
        </w:numPr>
        <w:rPr>
          <w:rFonts w:cstheme="minorHAnsi"/>
        </w:rPr>
      </w:pPr>
      <w:proofErr w:type="gramStart"/>
      <w:r>
        <w:t>les</w:t>
      </w:r>
      <w:proofErr w:type="gramEnd"/>
      <w:r>
        <w:t xml:space="preserve"> personnes âgées susceptibles de voyager à l’étranger au cours de la prochaine année;</w:t>
      </w:r>
    </w:p>
    <w:p w14:paraId="56207E32" w14:textId="77777777" w:rsidR="00D85383" w:rsidRDefault="007C714E" w:rsidP="00F46697">
      <w:pPr>
        <w:pStyle w:val="ListParagraph"/>
        <w:numPr>
          <w:ilvl w:val="0"/>
          <w:numId w:val="22"/>
        </w:numPr>
        <w:rPr>
          <w:rFonts w:cstheme="minorHAnsi"/>
        </w:rPr>
      </w:pPr>
      <w:proofErr w:type="gramStart"/>
      <w:r>
        <w:t>les</w:t>
      </w:r>
      <w:proofErr w:type="gramEnd"/>
      <w:r>
        <w:t xml:space="preserve"> étudiants âgés de 18 à 24 ans susceptibles de voyager à l’étranger au cours de la prochaine année;</w:t>
      </w:r>
    </w:p>
    <w:p w14:paraId="37962280" w14:textId="71CEF9B1" w:rsidR="00D85383" w:rsidRDefault="00F90AE3" w:rsidP="00F46697">
      <w:pPr>
        <w:pStyle w:val="ListParagraph"/>
        <w:numPr>
          <w:ilvl w:val="0"/>
          <w:numId w:val="22"/>
        </w:numPr>
        <w:rPr>
          <w:rFonts w:cstheme="minorHAnsi"/>
        </w:rPr>
      </w:pPr>
      <w:proofErr w:type="gramStart"/>
      <w:r>
        <w:t>les</w:t>
      </w:r>
      <w:proofErr w:type="gramEnd"/>
      <w:r>
        <w:t xml:space="preserve"> familles avec enfants susceptibles de voyager à l’étranger au cours de la prochaine année;</w:t>
      </w:r>
    </w:p>
    <w:p w14:paraId="15B65647" w14:textId="44C95BC1" w:rsidR="007C714E" w:rsidRPr="00D85383" w:rsidRDefault="00F90AE3" w:rsidP="00F46697">
      <w:pPr>
        <w:pStyle w:val="ListParagraph"/>
        <w:numPr>
          <w:ilvl w:val="0"/>
          <w:numId w:val="22"/>
        </w:numPr>
        <w:rPr>
          <w:rFonts w:cstheme="minorHAnsi"/>
        </w:rPr>
      </w:pPr>
      <w:proofErr w:type="gramStart"/>
      <w:r>
        <w:t>les</w:t>
      </w:r>
      <w:proofErr w:type="gramEnd"/>
      <w:r>
        <w:t xml:space="preserve"> Canadiens de tous genres de 18 ans et plus qui reviennent au Canada après un voyage à l’étranger.</w:t>
      </w:r>
    </w:p>
    <w:p w14:paraId="404265C9" w14:textId="7BD1C1D8" w:rsidR="00851DEE" w:rsidRPr="00303032" w:rsidRDefault="00337163" w:rsidP="003C09C1">
      <w:pPr>
        <w:pStyle w:val="Heading1"/>
        <w:spacing w:line="276" w:lineRule="auto"/>
        <w:jc w:val="left"/>
        <w:rPr>
          <w:rFonts w:asciiTheme="minorHAnsi" w:hAnsiTheme="minorHAnsi" w:cstheme="minorHAnsi"/>
          <w:noProof/>
        </w:rPr>
      </w:pPr>
      <w:bookmarkStart w:id="73" w:name="_Toc75287159"/>
      <w:r>
        <w:rPr>
          <w:rFonts w:asciiTheme="minorHAnsi" w:hAnsiTheme="minorHAnsi"/>
        </w:rPr>
        <w:lastRenderedPageBreak/>
        <w:t>7. Conception de l’enquête</w:t>
      </w:r>
      <w:bookmarkEnd w:id="73"/>
    </w:p>
    <w:p w14:paraId="4E47AEA7" w14:textId="4010840E" w:rsidR="00D60ADB" w:rsidRPr="00BA13AB" w:rsidRDefault="00D07632" w:rsidP="003C09C1">
      <w:pPr>
        <w:spacing w:line="276" w:lineRule="auto"/>
        <w:jc w:val="left"/>
        <w:rPr>
          <w:rFonts w:asciiTheme="minorHAnsi" w:hAnsiTheme="minorHAnsi" w:cstheme="minorHAnsi"/>
          <w:sz w:val="22"/>
          <w:szCs w:val="22"/>
        </w:rPr>
      </w:pPr>
      <w:r>
        <w:rPr>
          <w:rFonts w:asciiTheme="minorHAnsi" w:hAnsiTheme="minorHAnsi"/>
          <w:sz w:val="22"/>
        </w:rPr>
        <w:t xml:space="preserve">Le questionnaire du sondage et la traduction en français ont été fournis par AMC, et les sondages ont été programmés au moyen de </w:t>
      </w:r>
      <w:proofErr w:type="spellStart"/>
      <w:r>
        <w:rPr>
          <w:rFonts w:asciiTheme="minorHAnsi" w:hAnsiTheme="minorHAnsi"/>
          <w:sz w:val="22"/>
        </w:rPr>
        <w:t>SurveyBuilder</w:t>
      </w:r>
      <w:proofErr w:type="spellEnd"/>
      <w:r>
        <w:rPr>
          <w:rFonts w:asciiTheme="minorHAnsi" w:hAnsiTheme="minorHAnsi"/>
          <w:sz w:val="22"/>
        </w:rPr>
        <w:t xml:space="preserve">, un logiciel appartenant à </w:t>
      </w:r>
      <w:proofErr w:type="spellStart"/>
      <w:r>
        <w:rPr>
          <w:rFonts w:asciiTheme="minorHAnsi" w:hAnsiTheme="minorHAnsi"/>
          <w:sz w:val="22"/>
        </w:rPr>
        <w:t>Advanis</w:t>
      </w:r>
      <w:proofErr w:type="spellEnd"/>
      <w:r>
        <w:rPr>
          <w:rFonts w:asciiTheme="minorHAnsi" w:hAnsiTheme="minorHAnsi"/>
          <w:sz w:val="22"/>
        </w:rPr>
        <w:t xml:space="preserve">. Les sondages pouvaient être remplis en ligne et étaient compatibles avec les ordinateurs de bureau et les appareils mobiles (tablettes et téléphones intelligents). </w:t>
      </w:r>
      <w:r>
        <w:t xml:space="preserve">Les sondages se trouvaient sur un site Web hébergé par </w:t>
      </w:r>
      <w:proofErr w:type="spellStart"/>
      <w:r>
        <w:rPr>
          <w:rFonts w:asciiTheme="minorHAnsi" w:hAnsiTheme="minorHAnsi"/>
          <w:sz w:val="22"/>
        </w:rPr>
        <w:t>Advanis</w:t>
      </w:r>
      <w:bookmarkStart w:id="74" w:name="_Hlk68093690"/>
      <w:proofErr w:type="spellEnd"/>
      <w:r>
        <w:rPr>
          <w:rFonts w:asciiTheme="minorHAnsi" w:hAnsiTheme="minorHAnsi"/>
          <w:sz w:val="22"/>
        </w:rPr>
        <w:t xml:space="preserve">. </w:t>
      </w:r>
    </w:p>
    <w:p w14:paraId="2F042651" w14:textId="77777777" w:rsidR="00D60ADB" w:rsidRPr="00316687" w:rsidRDefault="00D60ADB" w:rsidP="003C09C1">
      <w:pPr>
        <w:spacing w:line="276" w:lineRule="auto"/>
        <w:jc w:val="left"/>
        <w:rPr>
          <w:rFonts w:asciiTheme="minorHAnsi" w:hAnsiTheme="minorHAnsi" w:cstheme="minorHAnsi"/>
          <w:sz w:val="22"/>
          <w:szCs w:val="22"/>
          <w:lang w:val="fr-FR"/>
        </w:rPr>
      </w:pPr>
    </w:p>
    <w:p w14:paraId="4D3ECF9C" w14:textId="7E9F2F82" w:rsidR="00E65FEC" w:rsidRPr="00BA13AB" w:rsidRDefault="00D60ADB" w:rsidP="003C09C1">
      <w:pPr>
        <w:spacing w:line="276" w:lineRule="auto"/>
        <w:jc w:val="left"/>
        <w:rPr>
          <w:rFonts w:asciiTheme="minorHAnsi" w:hAnsiTheme="minorHAnsi" w:cstheme="minorHAnsi"/>
          <w:sz w:val="22"/>
          <w:szCs w:val="22"/>
        </w:rPr>
      </w:pPr>
      <w:r>
        <w:rPr>
          <w:rFonts w:asciiTheme="minorHAnsi" w:hAnsiTheme="minorHAnsi"/>
          <w:sz w:val="22"/>
        </w:rPr>
        <w:t>Neuf bannières publicitaires (image avec texte) et deux publicités radio de 30 secondes étaient présentées aux participants et ceux-ci devaient répondre à des questions de suivi portant sur leur exposition aux publicités, leurs réactions aux publicités et leur évaluation des publicités.</w:t>
      </w:r>
    </w:p>
    <w:bookmarkEnd w:id="74"/>
    <w:p w14:paraId="7DAF79DF" w14:textId="77777777" w:rsidR="00E65FEC" w:rsidRPr="00316687" w:rsidRDefault="00E65FEC" w:rsidP="003C09C1">
      <w:pPr>
        <w:spacing w:line="276" w:lineRule="auto"/>
        <w:jc w:val="left"/>
        <w:rPr>
          <w:rFonts w:asciiTheme="minorHAnsi" w:hAnsiTheme="minorHAnsi" w:cstheme="minorHAnsi"/>
          <w:sz w:val="22"/>
          <w:szCs w:val="22"/>
          <w:lang w:val="fr-FR"/>
        </w:rPr>
      </w:pPr>
    </w:p>
    <w:p w14:paraId="5F8A7FC3" w14:textId="0B956707" w:rsidR="00550838" w:rsidRPr="00303032" w:rsidRDefault="002E36F6" w:rsidP="00CF7A47">
      <w:pPr>
        <w:spacing w:line="276" w:lineRule="auto"/>
        <w:jc w:val="left"/>
        <w:rPr>
          <w:rFonts w:asciiTheme="minorHAnsi" w:hAnsiTheme="minorHAnsi" w:cstheme="minorHAnsi"/>
          <w:noProof/>
        </w:rPr>
      </w:pPr>
      <w:r>
        <w:rPr>
          <w:rFonts w:asciiTheme="minorHAnsi" w:hAnsiTheme="minorHAnsi"/>
          <w:sz w:val="22"/>
        </w:rPr>
        <w:t>Les questionnaires étaient conçus de façon à intégrer des questions à choix multiples, y compris des questions graduées, des questions ouvertes et des questions démographiques. Des sauts conditionnels étaient appliqués tout au long du questionnaire, et trois messages de remerciement étaient prévus pour les participants inadmissibles (personnes travaillant dans un secteur les rendant inadmissibles, personnes ne vivant pas au Canada et personnes de moins de 18 ans). Les sondages ont été soigneusement mis à l’essai pour s’assurer que les sauts conditionnels et les questions du sondage étaient bien programmés.</w:t>
      </w:r>
      <w:r w:rsidR="00550838">
        <w:br w:type="page"/>
      </w:r>
    </w:p>
    <w:p w14:paraId="5F54487C" w14:textId="77777777" w:rsidR="00873B23" w:rsidRPr="00303032" w:rsidRDefault="00873B23" w:rsidP="003C09C1">
      <w:pPr>
        <w:pStyle w:val="Heading1"/>
        <w:spacing w:line="276" w:lineRule="auto"/>
        <w:jc w:val="left"/>
        <w:rPr>
          <w:rFonts w:asciiTheme="minorHAnsi" w:hAnsiTheme="minorHAnsi" w:cstheme="minorHAnsi"/>
          <w:smallCaps/>
          <w:noProof/>
          <w:color w:val="000000"/>
          <w:sz w:val="16"/>
          <w:szCs w:val="16"/>
        </w:rPr>
      </w:pPr>
      <w:bookmarkStart w:id="75" w:name="_Toc511033678"/>
      <w:bookmarkStart w:id="76" w:name="_Toc75287160"/>
      <w:r>
        <w:rPr>
          <w:rFonts w:asciiTheme="minorHAnsi" w:hAnsiTheme="minorHAnsi"/>
          <w:smallCaps/>
        </w:rPr>
        <w:lastRenderedPageBreak/>
        <w:t>Annexes</w:t>
      </w:r>
      <w:bookmarkEnd w:id="67"/>
      <w:bookmarkEnd w:id="75"/>
      <w:bookmarkEnd w:id="76"/>
    </w:p>
    <w:p w14:paraId="3F6DA56C" w14:textId="51EA6AF3" w:rsidR="00873B23" w:rsidRDefault="00873B23" w:rsidP="00F46697">
      <w:pPr>
        <w:pStyle w:val="Heading3"/>
      </w:pPr>
      <w:bookmarkStart w:id="77" w:name="_Toc224359368"/>
      <w:bookmarkStart w:id="78" w:name="_Toc511033679"/>
      <w:bookmarkStart w:id="79" w:name="_Toc75287161"/>
      <w:r>
        <w:t>Annexe A</w:t>
      </w:r>
      <w:r w:rsidR="003834D2">
        <w:t> :</w:t>
      </w:r>
      <w:r>
        <w:t xml:space="preserve"> </w:t>
      </w:r>
      <w:bookmarkEnd w:id="77"/>
      <w:r>
        <w:t>Questionnaire en français</w:t>
      </w:r>
      <w:bookmarkEnd w:id="78"/>
      <w:bookmarkEnd w:id="79"/>
    </w:p>
    <w:tbl>
      <w:tblPr>
        <w:tblW w:w="9516" w:type="dxa"/>
        <w:tblLook w:val="04A0" w:firstRow="1" w:lastRow="0" w:firstColumn="1" w:lastColumn="0" w:noHBand="0" w:noVBand="1"/>
      </w:tblPr>
      <w:tblGrid>
        <w:gridCol w:w="7020"/>
        <w:gridCol w:w="2496"/>
      </w:tblGrid>
      <w:tr w:rsidR="00F241D0" w:rsidRPr="00F241D0" w14:paraId="1C47E87B" w14:textId="77777777" w:rsidTr="00A00B47">
        <w:tc>
          <w:tcPr>
            <w:tcW w:w="7020" w:type="dxa"/>
          </w:tcPr>
          <w:p w14:paraId="1EFEDAE5" w14:textId="75FA765C" w:rsidR="00F241D0" w:rsidRPr="00F241D0" w:rsidRDefault="00F241D0" w:rsidP="00A656B8">
            <w:pPr>
              <w:keepLines/>
              <w:spacing w:before="80" w:line="276" w:lineRule="auto"/>
              <w:ind w:right="-135"/>
              <w:jc w:val="left"/>
              <w:rPr>
                <w:rFonts w:asciiTheme="minorHAnsi" w:eastAsiaTheme="minorEastAsia" w:hAnsiTheme="minorHAnsi"/>
                <w:sz w:val="22"/>
                <w:szCs w:val="22"/>
              </w:rPr>
            </w:pPr>
            <w:r w:rsidRPr="00A00B47">
              <w:rPr>
                <w:rFonts w:asciiTheme="minorHAnsi" w:hAnsiTheme="minorHAnsi"/>
                <w:b/>
                <w:sz w:val="32"/>
                <w:szCs w:val="32"/>
              </w:rPr>
              <w:t>Sondage principal sur les publicités concernant les voyages aux États-Unis</w:t>
            </w:r>
            <w:r w:rsidR="00E62385" w:rsidRPr="00A00B47">
              <w:rPr>
                <w:rFonts w:asciiTheme="minorHAnsi" w:hAnsiTheme="minorHAnsi"/>
                <w:b/>
                <w:sz w:val="32"/>
                <w:szCs w:val="32"/>
              </w:rPr>
              <w:t xml:space="preserve"> d’Affaires mondiales Canada</w:t>
            </w:r>
            <w:r>
              <w:rPr>
                <w:rFonts w:asciiTheme="minorHAnsi" w:hAnsiTheme="minorHAnsi"/>
              </w:rPr>
              <w:br/>
            </w:r>
            <w:r>
              <w:rPr>
                <w:rFonts w:asciiTheme="minorHAnsi" w:hAnsiTheme="minorHAnsi"/>
                <w:sz w:val="28"/>
              </w:rPr>
              <w:t>Gouvernement du Canada</w:t>
            </w:r>
            <w:r>
              <w:rPr>
                <w:rFonts w:asciiTheme="minorHAnsi" w:hAnsiTheme="minorHAnsi"/>
                <w:color w:val="A8A8A8"/>
                <w:sz w:val="16"/>
              </w:rPr>
              <w:br/>
              <w:t>Généré le 2021-04-13 à 07:28:09 HAR</w:t>
            </w:r>
            <w:r>
              <w:rPr>
                <w:rFonts w:asciiTheme="minorHAnsi" w:hAnsiTheme="minorHAnsi"/>
                <w:sz w:val="22"/>
              </w:rPr>
              <w:br/>
            </w:r>
          </w:p>
        </w:tc>
        <w:tc>
          <w:tcPr>
            <w:tcW w:w="2496" w:type="dxa"/>
          </w:tcPr>
          <w:p w14:paraId="32204D72" w14:textId="77777777" w:rsidR="00F241D0" w:rsidRPr="00F241D0" w:rsidRDefault="00F241D0" w:rsidP="003C09C1">
            <w:pPr>
              <w:spacing w:after="200" w:line="276" w:lineRule="auto"/>
              <w:jc w:val="left"/>
              <w:rPr>
                <w:rFonts w:asciiTheme="minorHAnsi" w:eastAsiaTheme="minorEastAsia" w:hAnsiTheme="minorHAnsi"/>
                <w:sz w:val="22"/>
                <w:szCs w:val="22"/>
              </w:rPr>
            </w:pPr>
            <w:r>
              <w:rPr>
                <w:rFonts w:asciiTheme="minorHAnsi" w:hAnsiTheme="minorHAnsi"/>
                <w:noProof/>
                <w:sz w:val="22"/>
                <w:lang w:val="en-CA" w:eastAsia="en-CA"/>
              </w:rPr>
              <w:drawing>
                <wp:inline distT="0" distB="0" distL="0" distR="0" wp14:anchorId="2E989BB5" wp14:editId="2F9A2FB8">
                  <wp:extent cx="1447800" cy="3143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314325"/>
                          </a:xfrm>
                          <a:prstGeom prst="rect">
                            <a:avLst/>
                          </a:prstGeom>
                          <a:noFill/>
                          <a:ln>
                            <a:noFill/>
                          </a:ln>
                        </pic:spPr>
                      </pic:pic>
                    </a:graphicData>
                  </a:graphic>
                </wp:inline>
              </w:drawing>
            </w:r>
          </w:p>
        </w:tc>
      </w:tr>
    </w:tbl>
    <w:p w14:paraId="0DAE76E7" w14:textId="77777777" w:rsidR="00F241D0" w:rsidRPr="00771BD9" w:rsidRDefault="00F241D0" w:rsidP="00A656B8">
      <w:pPr>
        <w:spacing w:after="120" w:line="276" w:lineRule="auto"/>
        <w:jc w:val="left"/>
        <w:rPr>
          <w:rFonts w:asciiTheme="minorHAnsi" w:eastAsiaTheme="minorEastAsia" w:hAnsiTheme="minorHAnsi"/>
          <w:sz w:val="22"/>
          <w:szCs w:val="22"/>
        </w:rPr>
      </w:pPr>
      <w:r>
        <w:rPr>
          <w:rFonts w:asciiTheme="minorHAnsi" w:hAnsiTheme="minorHAnsi"/>
          <w:b/>
          <w:sz w:val="22"/>
        </w:rPr>
        <w:t xml:space="preserve">Langue : </w:t>
      </w:r>
      <w:r>
        <w:rPr>
          <w:rFonts w:asciiTheme="minorHAnsi" w:hAnsiTheme="minorHAnsi"/>
          <w:sz w:val="22"/>
        </w:rPr>
        <w:t>Français</w:t>
      </w:r>
    </w:p>
    <w:p w14:paraId="79142294" w14:textId="77777777" w:rsidR="00F241D0" w:rsidRPr="00771BD9" w:rsidRDefault="00F241D0" w:rsidP="003C09C1">
      <w:pPr>
        <w:keepNext/>
        <w:spacing w:after="40" w:line="276" w:lineRule="auto"/>
        <w:jc w:val="left"/>
        <w:rPr>
          <w:rFonts w:asciiTheme="minorHAnsi" w:eastAsiaTheme="minorEastAsia" w:hAnsiTheme="minorHAnsi"/>
          <w:sz w:val="22"/>
          <w:szCs w:val="22"/>
        </w:rPr>
      </w:pPr>
      <w:r>
        <w:rPr>
          <w:rFonts w:asciiTheme="minorHAnsi" w:hAnsiTheme="minorHAnsi"/>
          <w:b/>
          <w:sz w:val="32"/>
        </w:rPr>
        <w:t>Section du questionnaire</w:t>
      </w:r>
    </w:p>
    <w:p w14:paraId="147F7D7B" w14:textId="77777777" w:rsidR="00F241D0" w:rsidRPr="00A656B8" w:rsidRDefault="00F241D0" w:rsidP="003C09C1">
      <w:pPr>
        <w:keepNext/>
        <w:spacing w:after="200" w:line="276" w:lineRule="auto"/>
        <w:jc w:val="left"/>
        <w:rPr>
          <w:rFonts w:asciiTheme="minorHAnsi" w:eastAsiaTheme="minorEastAsia" w:hAnsiTheme="minorHAnsi"/>
          <w:szCs w:val="20"/>
        </w:rPr>
      </w:pPr>
      <w:proofErr w:type="spellStart"/>
      <w:r w:rsidRPr="00A656B8">
        <w:rPr>
          <w:rFonts w:asciiTheme="minorHAnsi" w:hAnsiTheme="minorHAnsi"/>
          <w:sz w:val="14"/>
          <w:szCs w:val="22"/>
        </w:rPr>
        <w:t>ConnexionTCH</w:t>
      </w:r>
      <w:proofErr w:type="spellEnd"/>
      <w:r w:rsidRPr="00A656B8">
        <w:rPr>
          <w:rFonts w:asciiTheme="minorHAnsi" w:hAnsiTheme="minorHAnsi"/>
          <w:sz w:val="14"/>
          <w:szCs w:val="22"/>
        </w:rPr>
        <w:t>, QA, Merci1, QB, QC, QD, Merci2, QE, Merci3, S1, S2, Q1, Q2, Q3, Q4, T1A, T1B, T1C, T1D, T1HBannieres1, T1HBannieres2, T1HBannieres3, T1HRadio1, T1HRadio2, T1H, T1I, T1J, T1K, D1, D2, D3, D4, D5, D5ailleurs, D6, D7</w:t>
      </w:r>
    </w:p>
    <w:tbl>
      <w:tblPr>
        <w:tblStyle w:val="TableGrid"/>
        <w:tblW w:w="0" w:type="auto"/>
        <w:tblBorders>
          <w:top w:val="single" w:sz="2"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F241D0" w:rsidRPr="00F241D0" w14:paraId="10E15DC6" w14:textId="77777777">
        <w:tc>
          <w:tcPr>
            <w:tcW w:w="10080" w:type="dxa"/>
            <w:tcBorders>
              <w:top w:val="single" w:sz="2" w:space="0" w:color="000000"/>
            </w:tcBorders>
          </w:tcPr>
          <w:p w14:paraId="79FD98F1" w14:textId="77777777" w:rsidR="00F241D0" w:rsidRPr="00771BD9" w:rsidRDefault="00F241D0" w:rsidP="00F46697">
            <w:pPr>
              <w:keepNext/>
              <w:spacing w:line="240" w:lineRule="auto"/>
              <w:jc w:val="left"/>
              <w:rPr>
                <w:rFonts w:asciiTheme="minorHAnsi" w:hAnsiTheme="minorHAnsi" w:cs="Times New Roman"/>
                <w:lang w:val="fr-FR" w:eastAsia="en-US"/>
              </w:rPr>
            </w:pPr>
          </w:p>
        </w:tc>
      </w:tr>
    </w:tbl>
    <w:p w14:paraId="30D73119" w14:textId="77777777" w:rsidR="00F241D0" w:rsidRPr="00A656B8" w:rsidRDefault="00F241D0" w:rsidP="00A656B8">
      <w:pPr>
        <w:keepNext/>
        <w:spacing w:after="120" w:line="276" w:lineRule="auto"/>
        <w:jc w:val="left"/>
        <w:rPr>
          <w:rFonts w:asciiTheme="minorHAnsi" w:eastAsiaTheme="minorEastAsia" w:hAnsiTheme="minorHAnsi"/>
          <w:sz w:val="25"/>
          <w:szCs w:val="25"/>
        </w:rPr>
      </w:pPr>
      <w:r w:rsidRPr="00A656B8">
        <w:rPr>
          <w:rFonts w:asciiTheme="minorHAnsi" w:hAnsiTheme="minorHAnsi"/>
          <w:b/>
          <w:sz w:val="25"/>
          <w:szCs w:val="25"/>
        </w:rPr>
        <w:t>Page du questionnaire</w:t>
      </w:r>
    </w:p>
    <w:p w14:paraId="2D1809D9" w14:textId="34C8451A" w:rsidR="00F241D0" w:rsidRPr="00F241D0" w:rsidRDefault="00F241D0" w:rsidP="00A656B8">
      <w:pPr>
        <w:keepNext/>
        <w:spacing w:line="276" w:lineRule="auto"/>
        <w:jc w:val="left"/>
        <w:rPr>
          <w:rFonts w:asciiTheme="minorHAnsi" w:eastAsiaTheme="minorEastAsia" w:hAnsiTheme="minorHAnsi"/>
          <w:sz w:val="22"/>
          <w:szCs w:val="22"/>
        </w:rPr>
      </w:pPr>
      <w:proofErr w:type="spellStart"/>
      <w:r>
        <w:rPr>
          <w:rFonts w:asciiTheme="minorHAnsi" w:hAnsiTheme="minorHAnsi"/>
          <w:b/>
          <w:sz w:val="22"/>
        </w:rPr>
        <w:t>ConnexionTCH</w:t>
      </w:r>
      <w:r>
        <w:rPr>
          <w:rFonts w:asciiTheme="minorHAnsi" w:hAnsiTheme="minorHAnsi"/>
          <w:color w:val="FFFFFF"/>
        </w:rPr>
        <w:t>Sondage</w:t>
      </w:r>
      <w:proofErr w:type="spellEnd"/>
      <w:r>
        <w:rPr>
          <w:rFonts w:asciiTheme="minorHAnsi" w:hAnsiTheme="minorHAnsi"/>
          <w:color w:val="FFFFFF"/>
        </w:rPr>
        <w:t xml:space="preserve"> sur la campagne publicitaire</w:t>
      </w:r>
      <w:r>
        <w:rPr>
          <w:rFonts w:asciiTheme="minorHAnsi" w:hAnsiTheme="minorHAnsi"/>
          <w:color w:val="FFFFFF"/>
          <w:sz w:val="22"/>
        </w:rPr>
        <w:br/>
      </w:r>
      <w:r>
        <w:rPr>
          <w:rFonts w:asciiTheme="minorHAnsi" w:hAnsiTheme="minorHAnsi"/>
          <w:sz w:val="22"/>
        </w:rPr>
        <w:br/>
        <w:t xml:space="preserve">Le gouvernement du Canada mène le présent sondage portant sur des enjeux qui intéressent actuellement les Canadiens. </w:t>
      </w:r>
      <w:r>
        <w:rPr>
          <w:rFonts w:asciiTheme="minorHAnsi" w:hAnsiTheme="minorHAnsi"/>
          <w:sz w:val="22"/>
        </w:rPr>
        <w:br/>
      </w:r>
      <w:r>
        <w:rPr>
          <w:rFonts w:asciiTheme="minorHAnsi" w:hAnsiTheme="minorHAnsi"/>
          <w:sz w:val="22"/>
        </w:rPr>
        <w:br/>
        <w:t>Votre participation est volontaire et toutes vos réponses demeureront confidentielles. Il faut environ cinq minutes pour répondre au sondage.  </w:t>
      </w:r>
      <w:r>
        <w:rPr>
          <w:rFonts w:asciiTheme="minorHAnsi" w:hAnsiTheme="minorHAnsi"/>
          <w:sz w:val="22"/>
        </w:rPr>
        <w:br/>
      </w:r>
      <w:r>
        <w:rPr>
          <w:rFonts w:asciiTheme="minorHAnsi" w:hAnsiTheme="minorHAnsi"/>
          <w:sz w:val="22"/>
        </w:rPr>
        <w:br/>
      </w:r>
      <w:r>
        <w:rPr>
          <w:rFonts w:asciiTheme="minorHAnsi" w:hAnsiTheme="minorHAnsi"/>
          <w:b/>
          <w:sz w:val="22"/>
          <w:u w:val="single"/>
        </w:rPr>
        <w:t xml:space="preserve">If </w:t>
      </w:r>
      <w:proofErr w:type="spellStart"/>
      <w:r>
        <w:rPr>
          <w:rFonts w:asciiTheme="minorHAnsi" w:hAnsiTheme="minorHAnsi"/>
          <w:b/>
          <w:sz w:val="22"/>
          <w:u w:val="single"/>
        </w:rPr>
        <w:t>you</w:t>
      </w:r>
      <w:proofErr w:type="spellEnd"/>
      <w:r>
        <w:rPr>
          <w:rFonts w:asciiTheme="minorHAnsi" w:hAnsiTheme="minorHAnsi"/>
          <w:b/>
          <w:sz w:val="22"/>
          <w:u w:val="single"/>
        </w:rPr>
        <w:t xml:space="preserve"> </w:t>
      </w:r>
      <w:proofErr w:type="spellStart"/>
      <w:r>
        <w:rPr>
          <w:rFonts w:asciiTheme="minorHAnsi" w:hAnsiTheme="minorHAnsi"/>
          <w:b/>
          <w:sz w:val="22"/>
          <w:u w:val="single"/>
        </w:rPr>
        <w:t>wish</w:t>
      </w:r>
      <w:proofErr w:type="spellEnd"/>
      <w:r>
        <w:rPr>
          <w:rFonts w:asciiTheme="minorHAnsi" w:hAnsiTheme="minorHAnsi"/>
          <w:b/>
          <w:sz w:val="22"/>
          <w:u w:val="single"/>
        </w:rPr>
        <w:t xml:space="preserve"> to </w:t>
      </w:r>
      <w:proofErr w:type="spellStart"/>
      <w:r>
        <w:rPr>
          <w:rFonts w:asciiTheme="minorHAnsi" w:hAnsiTheme="minorHAnsi"/>
          <w:b/>
          <w:sz w:val="22"/>
          <w:u w:val="single"/>
        </w:rPr>
        <w:t>complete</w:t>
      </w:r>
      <w:proofErr w:type="spellEnd"/>
      <w:r>
        <w:rPr>
          <w:rFonts w:asciiTheme="minorHAnsi" w:hAnsiTheme="minorHAnsi"/>
          <w:b/>
          <w:sz w:val="22"/>
          <w:u w:val="single"/>
        </w:rPr>
        <w:t xml:space="preserve"> the </w:t>
      </w:r>
      <w:proofErr w:type="spellStart"/>
      <w:r>
        <w:rPr>
          <w:rFonts w:asciiTheme="minorHAnsi" w:hAnsiTheme="minorHAnsi"/>
          <w:b/>
          <w:sz w:val="22"/>
          <w:u w:val="single"/>
        </w:rPr>
        <w:t>survey</w:t>
      </w:r>
      <w:proofErr w:type="spellEnd"/>
      <w:r>
        <w:rPr>
          <w:rFonts w:asciiTheme="minorHAnsi" w:hAnsiTheme="minorHAnsi"/>
          <w:b/>
          <w:sz w:val="22"/>
          <w:u w:val="single"/>
        </w:rPr>
        <w:t xml:space="preserve"> in English, </w:t>
      </w:r>
      <w:proofErr w:type="spellStart"/>
      <w:r>
        <w:rPr>
          <w:rFonts w:asciiTheme="minorHAnsi" w:hAnsiTheme="minorHAnsi"/>
          <w:b/>
          <w:sz w:val="22"/>
          <w:u w:val="single"/>
        </w:rPr>
        <w:t>please</w:t>
      </w:r>
      <w:proofErr w:type="spellEnd"/>
      <w:r>
        <w:rPr>
          <w:rFonts w:asciiTheme="minorHAnsi" w:hAnsiTheme="minorHAnsi"/>
          <w:b/>
          <w:sz w:val="22"/>
          <w:u w:val="single"/>
        </w:rPr>
        <w:t xml:space="preserve"> click English</w:t>
      </w:r>
      <w:r>
        <w:rPr>
          <w:rFonts w:asciiTheme="minorHAnsi" w:hAnsiTheme="minorHAnsi"/>
          <w:b/>
          <w:sz w:val="22"/>
        </w:rPr>
        <w:t>.</w:t>
      </w:r>
      <w:r>
        <w:rPr>
          <w:rFonts w:asciiTheme="minorHAnsi" w:hAnsiTheme="minorHAnsi"/>
          <w:sz w:val="22"/>
        </w:rPr>
        <w:br/>
      </w:r>
      <w:r>
        <w:rPr>
          <w:rFonts w:asciiTheme="minorHAnsi" w:hAnsiTheme="minorHAnsi"/>
          <w:sz w:val="22"/>
        </w:rPr>
        <w:br/>
        <w:t xml:space="preserve">Cliquez </w:t>
      </w:r>
      <w:hyperlink r:id="rId14" w:history="1">
        <w:r w:rsidRPr="00B55144">
          <w:rPr>
            <w:rStyle w:val="Hyperlink"/>
            <w:rFonts w:asciiTheme="minorHAnsi" w:hAnsiTheme="minorHAnsi"/>
            <w:sz w:val="22"/>
          </w:rPr>
          <w:t>ici</w:t>
        </w:r>
      </w:hyperlink>
      <w:r>
        <w:rPr>
          <w:rFonts w:asciiTheme="minorHAnsi" w:hAnsiTheme="minorHAnsi"/>
          <w:color w:val="000099"/>
          <w:sz w:val="22"/>
        </w:rPr>
        <w:t xml:space="preserve"> (https://www.canadianresearchinsightscouncil.ca/rvs/home/?lang=fr)</w:t>
      </w:r>
      <w:r>
        <w:rPr>
          <w:rFonts w:asciiTheme="minorHAnsi" w:hAnsiTheme="minorHAnsi"/>
          <w:sz w:val="22"/>
        </w:rPr>
        <w:t xml:space="preserve"> si vous souhaitez vérifier l’authenticité du présent sondage. Vous devrez entrer le code de projet suivant : 20210323</w:t>
      </w:r>
      <w:r w:rsidR="00EA6213">
        <w:rPr>
          <w:rFonts w:asciiTheme="minorHAnsi" w:hAnsiTheme="minorHAnsi"/>
          <w:sz w:val="22"/>
        </w:rPr>
        <w:noBreakHyphen/>
      </w:r>
      <w:r>
        <w:rPr>
          <w:rFonts w:asciiTheme="minorHAnsi" w:hAnsiTheme="minorHAnsi"/>
          <w:sz w:val="22"/>
        </w:rPr>
        <w:t>AD299.</w:t>
      </w:r>
      <w:r>
        <w:rPr>
          <w:rFonts w:asciiTheme="minorHAnsi" w:hAnsiTheme="minorHAnsi"/>
          <w:sz w:val="22"/>
        </w:rPr>
        <w:br/>
      </w:r>
      <w:r>
        <w:rPr>
          <w:rFonts w:asciiTheme="minorHAnsi" w:hAnsiTheme="minorHAnsi"/>
          <w:sz w:val="22"/>
        </w:rPr>
        <w:br/>
        <w:t xml:space="preserve">Si vous avez besoin d’aide, veuillez communiquer avec </w:t>
      </w:r>
      <w:hyperlink r:id="rId15" w:history="1">
        <w:r w:rsidR="00A656B8" w:rsidRPr="001B1C82">
          <w:rPr>
            <w:rStyle w:val="Hyperlink"/>
            <w:rFonts w:asciiTheme="minorHAnsi" w:hAnsiTheme="minorHAnsi"/>
            <w:sz w:val="22"/>
          </w:rPr>
          <w:t>POR</w:t>
        </w:r>
        <w:r w:rsidR="00A656B8" w:rsidRPr="001B1C82">
          <w:rPr>
            <w:rStyle w:val="Hyperlink"/>
            <w:rFonts w:asciiTheme="minorHAnsi" w:hAnsiTheme="minorHAnsi"/>
            <w:sz w:val="22"/>
          </w:rPr>
          <w:noBreakHyphen/>
          <w:t>ROP@international.gc.ca</w:t>
        </w:r>
      </w:hyperlink>
      <w:r w:rsidR="00366038">
        <w:rPr>
          <w:rFonts w:asciiTheme="minorHAnsi" w:hAnsiTheme="minorHAnsi"/>
          <w:color w:val="000099"/>
          <w:sz w:val="22"/>
        </w:rPr>
        <w:t> </w:t>
      </w:r>
      <w:r>
        <w:rPr>
          <w:rFonts w:asciiTheme="minorHAnsi" w:hAnsiTheme="minorHAnsi"/>
          <w:color w:val="000099"/>
          <w:sz w:val="22"/>
        </w:rPr>
        <w:t>(mailto:POR</w:t>
      </w:r>
      <w:r w:rsidR="00366038">
        <w:rPr>
          <w:rFonts w:asciiTheme="minorHAnsi" w:hAnsiTheme="minorHAnsi"/>
          <w:color w:val="000099"/>
          <w:sz w:val="22"/>
        </w:rPr>
        <w:noBreakHyphen/>
      </w:r>
      <w:r>
        <w:rPr>
          <w:rFonts w:asciiTheme="minorHAnsi" w:hAnsiTheme="minorHAnsi"/>
          <w:color w:val="000099"/>
          <w:sz w:val="22"/>
        </w:rPr>
        <w:t>ROP@international.gc.ca)</w:t>
      </w:r>
      <w:r>
        <w:rPr>
          <w:rFonts w:asciiTheme="minorHAnsi" w:hAnsiTheme="minorHAnsi"/>
          <w:sz w:val="22"/>
        </w:rPr>
        <w:t>.</w:t>
      </w:r>
      <w:r>
        <w:rPr>
          <w:rFonts w:asciiTheme="minorHAnsi" w:hAnsiTheme="minorHAnsi"/>
          <w:sz w:val="22"/>
        </w:rPr>
        <w:br/>
        <w:t xml:space="preserve">Pour obtenir de l’aide d’ordre technique, veuillez communiquer avec Sue Day par téléphone, en composant le 1-866-542-6921, ou par courriel, en écrivant à </w:t>
      </w:r>
      <w:r>
        <w:rPr>
          <w:rFonts w:asciiTheme="minorHAnsi" w:hAnsiTheme="minorHAnsi"/>
          <w:color w:val="000099"/>
          <w:sz w:val="22"/>
        </w:rPr>
        <w:t>survey+usborderadv2021@advanis.net (mailto:survey+usborderadv2021@advanis.net)</w:t>
      </w:r>
      <w:r>
        <w:rPr>
          <w:rFonts w:asciiTheme="minorHAnsi" w:hAnsiTheme="minorHAnsi"/>
          <w:sz w:val="22"/>
        </w:rPr>
        <w:t>.</w:t>
      </w:r>
      <w:r>
        <w:rPr>
          <w:rFonts w:asciiTheme="minorHAnsi" w:hAnsiTheme="minorHAnsi"/>
          <w:sz w:val="22"/>
        </w:rPr>
        <w:br/>
      </w:r>
      <w:r>
        <w:rPr>
          <w:rFonts w:asciiTheme="minorHAnsi" w:hAnsiTheme="minorHAnsi"/>
          <w:sz w:val="22"/>
        </w:rPr>
        <w:br/>
        <w:t xml:space="preserve">En cas d’interruption, vous </w:t>
      </w:r>
      <w:r>
        <w:rPr>
          <w:rFonts w:asciiTheme="minorHAnsi" w:hAnsiTheme="minorHAnsi"/>
          <w:b/>
          <w:bCs/>
          <w:sz w:val="22"/>
        </w:rPr>
        <w:t>pouvez cliquer sur le même lien</w:t>
      </w:r>
      <w:r>
        <w:rPr>
          <w:rFonts w:asciiTheme="minorHAnsi" w:hAnsiTheme="minorHAnsi"/>
          <w:sz w:val="22"/>
        </w:rPr>
        <w:t xml:space="preserve"> pour reprendre le sondage à l’endroit où vous vous êtes arrêté.</w:t>
      </w:r>
      <w:r>
        <w:rPr>
          <w:rFonts w:asciiTheme="minorHAnsi" w:hAnsiTheme="minorHAnsi"/>
          <w:sz w:val="22"/>
        </w:rPr>
        <w:br/>
      </w:r>
      <w:r>
        <w:rPr>
          <w:rFonts w:asciiTheme="minorHAnsi" w:hAnsiTheme="minorHAnsi"/>
          <w:sz w:val="22"/>
        </w:rPr>
        <w:br/>
      </w:r>
      <w:r w:rsidRPr="00A656B8">
        <w:rPr>
          <w:rFonts w:asciiTheme="minorHAnsi" w:hAnsiTheme="minorHAnsi"/>
          <w:sz w:val="18"/>
          <w:szCs w:val="22"/>
        </w:rPr>
        <w:t xml:space="preserve">© 2021 </w:t>
      </w:r>
      <w:r w:rsidRPr="00A656B8">
        <w:rPr>
          <w:rFonts w:asciiTheme="minorHAnsi" w:hAnsiTheme="minorHAnsi"/>
          <w:color w:val="000099"/>
          <w:sz w:val="18"/>
          <w:szCs w:val="22"/>
        </w:rPr>
        <w:t>Politique de confidentialité (http://www.mavilleecoute.ca/privacy.html)</w:t>
      </w:r>
      <w:r w:rsidRPr="00A656B8">
        <w:rPr>
          <w:rFonts w:asciiTheme="minorHAnsi" w:hAnsiTheme="minorHAnsi"/>
          <w:sz w:val="18"/>
          <w:szCs w:val="22"/>
        </w:rPr>
        <w:t xml:space="preserve"> </w:t>
      </w:r>
      <w:r w:rsidRPr="00A656B8">
        <w:rPr>
          <w:rFonts w:asciiTheme="minorHAnsi" w:hAnsiTheme="minorHAnsi"/>
          <w:color w:val="000099"/>
          <w:sz w:val="18"/>
          <w:szCs w:val="22"/>
        </w:rPr>
        <w:t>Engagement du CRIC (https://www.canadianresearchinsightscouncil.ca/wp-content/uploads/2020/09/Engagement-du-CRIC-aupres-des-Canadiens.pdf)</w:t>
      </w:r>
      <w:r w:rsidRPr="00A656B8">
        <w:rPr>
          <w:rFonts w:asciiTheme="minorHAnsi" w:hAnsiTheme="minorHAnsi"/>
          <w:sz w:val="18"/>
          <w:szCs w:val="22"/>
        </w:rPr>
        <w:t xml:space="preserve"> </w:t>
      </w:r>
      <w:r>
        <w:rPr>
          <w:rFonts w:asciiTheme="minorHAnsi" w:hAnsiTheme="minorHAnsi"/>
          <w:sz w:val="22"/>
        </w:rPr>
        <w:br/>
      </w:r>
      <w:r>
        <w:rPr>
          <w:rFonts w:asciiTheme="minorHAnsi" w:hAnsiTheme="minorHAnsi"/>
          <w:sz w:val="22"/>
        </w:rPr>
        <w:lastRenderedPageBreak/>
        <w:br/>
      </w:r>
      <w:r>
        <w:rPr>
          <w:rFonts w:asciiTheme="minorHAnsi" w:hAnsiTheme="minorHAnsi"/>
          <w:sz w:val="22"/>
        </w:rPr>
        <w:br/>
      </w:r>
    </w:p>
    <w:p w14:paraId="0E3E9D28" w14:textId="77777777" w:rsidR="00F241D0" w:rsidRPr="00316687" w:rsidRDefault="00F241D0" w:rsidP="00F46697">
      <w:pPr>
        <w:spacing w:after="200" w:line="276" w:lineRule="auto"/>
        <w:jc w:val="left"/>
        <w:rPr>
          <w:rFonts w:asciiTheme="minorHAnsi" w:eastAsiaTheme="minorEastAsia" w:hAnsiTheme="minorHAnsi"/>
          <w:sz w:val="22"/>
          <w:szCs w:val="22"/>
          <w:lang w:val="fr-FR" w:eastAsia="en-US"/>
        </w:rPr>
      </w:pPr>
    </w:p>
    <w:p w14:paraId="131FBA69"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QA</w:t>
      </w:r>
    </w:p>
    <w:p w14:paraId="433F0E6F"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Quelqu’un au sein de votre foyer travaille-t-il pour l’une ou l’autre des organisations suivantes?</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p>
    <w:p w14:paraId="65198C51"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i/>
          <w:color w:val="A8A8A8"/>
        </w:rPr>
        <w:t>Choisissez toutes les réponses applicables.</w:t>
      </w:r>
    </w:p>
    <w:p w14:paraId="2028F105"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
        <w:gridCol w:w="8652"/>
      </w:tblGrid>
      <w:tr w:rsidR="00F241D0" w:rsidRPr="00F241D0" w14:paraId="3941EA35" w14:textId="77777777">
        <w:tc>
          <w:tcPr>
            <w:tcW w:w="792" w:type="dxa"/>
          </w:tcPr>
          <w:p w14:paraId="5DB30E61"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w:t>
            </w:r>
          </w:p>
        </w:tc>
        <w:tc>
          <w:tcPr>
            <w:tcW w:w="9288" w:type="dxa"/>
          </w:tcPr>
          <w:p w14:paraId="393B769B"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une firme de recherche en marketing</w:t>
            </w:r>
          </w:p>
        </w:tc>
      </w:tr>
      <w:tr w:rsidR="00F241D0" w:rsidRPr="00F241D0" w14:paraId="795D70D9" w14:textId="77777777">
        <w:tc>
          <w:tcPr>
            <w:tcW w:w="792" w:type="dxa"/>
          </w:tcPr>
          <w:p w14:paraId="30C2BB3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w:t>
            </w:r>
          </w:p>
        </w:tc>
        <w:tc>
          <w:tcPr>
            <w:tcW w:w="9288" w:type="dxa"/>
          </w:tcPr>
          <w:p w14:paraId="3993E24D"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un magazine ou un quotidien</w:t>
            </w:r>
          </w:p>
        </w:tc>
      </w:tr>
      <w:tr w:rsidR="00F241D0" w:rsidRPr="000623F5" w14:paraId="772BDD74" w14:textId="77777777">
        <w:tc>
          <w:tcPr>
            <w:tcW w:w="792" w:type="dxa"/>
          </w:tcPr>
          <w:p w14:paraId="10BF1C9C"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w:t>
            </w:r>
          </w:p>
        </w:tc>
        <w:tc>
          <w:tcPr>
            <w:tcW w:w="9288" w:type="dxa"/>
          </w:tcPr>
          <w:p w14:paraId="0EB9562E"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une agence de publicité ou de conception graphique</w:t>
            </w:r>
          </w:p>
        </w:tc>
      </w:tr>
      <w:tr w:rsidR="00F241D0" w:rsidRPr="00F241D0" w14:paraId="72DB2E13" w14:textId="77777777">
        <w:tc>
          <w:tcPr>
            <w:tcW w:w="792" w:type="dxa"/>
          </w:tcPr>
          <w:p w14:paraId="68DB949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4</w:t>
            </w:r>
          </w:p>
        </w:tc>
        <w:tc>
          <w:tcPr>
            <w:tcW w:w="9288" w:type="dxa"/>
          </w:tcPr>
          <w:p w14:paraId="4ADF4808"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un parti politique</w:t>
            </w:r>
          </w:p>
        </w:tc>
      </w:tr>
      <w:tr w:rsidR="00F241D0" w:rsidRPr="000623F5" w14:paraId="1D927928" w14:textId="77777777">
        <w:tc>
          <w:tcPr>
            <w:tcW w:w="792" w:type="dxa"/>
          </w:tcPr>
          <w:p w14:paraId="5D838091"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5</w:t>
            </w:r>
          </w:p>
        </w:tc>
        <w:tc>
          <w:tcPr>
            <w:tcW w:w="9288" w:type="dxa"/>
          </w:tcPr>
          <w:p w14:paraId="18E829A6"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une station radiophonique ou de télévision</w:t>
            </w:r>
          </w:p>
        </w:tc>
      </w:tr>
      <w:tr w:rsidR="00F241D0" w:rsidRPr="00F241D0" w14:paraId="55BB6885" w14:textId="77777777">
        <w:tc>
          <w:tcPr>
            <w:tcW w:w="792" w:type="dxa"/>
          </w:tcPr>
          <w:p w14:paraId="173EC1AF"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6</w:t>
            </w:r>
          </w:p>
        </w:tc>
        <w:tc>
          <w:tcPr>
            <w:tcW w:w="9288" w:type="dxa"/>
          </w:tcPr>
          <w:p w14:paraId="5D991B5B"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une firme de relations publiques</w:t>
            </w:r>
          </w:p>
        </w:tc>
      </w:tr>
      <w:tr w:rsidR="00F241D0" w:rsidRPr="000623F5" w14:paraId="1893148D" w14:textId="77777777">
        <w:tc>
          <w:tcPr>
            <w:tcW w:w="792" w:type="dxa"/>
          </w:tcPr>
          <w:p w14:paraId="11A596D4"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7</w:t>
            </w:r>
          </w:p>
        </w:tc>
        <w:tc>
          <w:tcPr>
            <w:tcW w:w="9288" w:type="dxa"/>
          </w:tcPr>
          <w:p w14:paraId="1897F4B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le gouvernement fédéral ou provincial</w:t>
            </w:r>
          </w:p>
        </w:tc>
      </w:tr>
      <w:tr w:rsidR="00F241D0" w:rsidRPr="000623F5" w14:paraId="183D0CB6" w14:textId="77777777">
        <w:tc>
          <w:tcPr>
            <w:tcW w:w="792" w:type="dxa"/>
          </w:tcPr>
          <w:p w14:paraId="5D882E6D"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8</w:t>
            </w:r>
          </w:p>
        </w:tc>
        <w:tc>
          <w:tcPr>
            <w:tcW w:w="9288" w:type="dxa"/>
          </w:tcPr>
          <w:p w14:paraId="4C69F73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aucune de ces organisations</w:t>
            </w:r>
            <w:r>
              <w:rPr>
                <w:rFonts w:asciiTheme="minorHAnsi" w:hAnsiTheme="minorHAnsi"/>
                <w:i/>
                <w:color w:val="A8A8A8"/>
                <w:sz w:val="20"/>
              </w:rPr>
              <w:tab/>
              <w:t>(exclusive)</w:t>
            </w:r>
          </w:p>
        </w:tc>
      </w:tr>
    </w:tbl>
    <w:p w14:paraId="791D69E5" w14:textId="77777777" w:rsidR="00F241D0" w:rsidRPr="00316687" w:rsidRDefault="00F241D0" w:rsidP="00F46697">
      <w:pPr>
        <w:spacing w:after="200" w:line="276" w:lineRule="auto"/>
        <w:jc w:val="left"/>
        <w:rPr>
          <w:rFonts w:asciiTheme="minorHAnsi" w:eastAsiaTheme="minorEastAsia" w:hAnsiTheme="minorHAnsi"/>
          <w:sz w:val="22"/>
          <w:szCs w:val="22"/>
          <w:lang w:val="fr-FR" w:eastAsia="en-US"/>
        </w:rPr>
      </w:pPr>
    </w:p>
    <w:p w14:paraId="787476D7" w14:textId="77777777" w:rsidR="00F241D0" w:rsidRPr="00F241D0" w:rsidRDefault="00F241D0" w:rsidP="00F46697">
      <w:pPr>
        <w:keepNext/>
        <w:spacing w:after="220" w:line="276" w:lineRule="auto"/>
        <w:jc w:val="left"/>
        <w:rPr>
          <w:rFonts w:asciiTheme="minorHAnsi" w:eastAsiaTheme="minorEastAsia" w:hAnsiTheme="minorHAnsi"/>
          <w:sz w:val="22"/>
          <w:szCs w:val="22"/>
        </w:rPr>
      </w:pPr>
      <w:r>
        <w:rPr>
          <w:rFonts w:asciiTheme="minorHAnsi" w:hAnsiTheme="minorHAnsi"/>
          <w:b/>
          <w:sz w:val="28"/>
        </w:rPr>
        <w:t>Page</w:t>
      </w:r>
      <w:r>
        <w:rPr>
          <w:rFonts w:asciiTheme="minorHAnsi" w:hAnsiTheme="minorHAnsi"/>
          <w:i/>
        </w:rPr>
        <w:tab/>
        <w:t>S’affiche si réponse sélectionnée à la QA</w:t>
      </w:r>
    </w:p>
    <w:p w14:paraId="270011AA"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Merci1</w:t>
      </w:r>
    </w:p>
    <w:p w14:paraId="48B26E77" w14:textId="78625E2B"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br/>
        <w:t>Nous vous remercions de votre intérêt. Ce sondage s’adresse aux personnes ne travaillant pas dans l’un des secteurs mentionnés à la question précédente.</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p>
    <w:p w14:paraId="00449E8E"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p w14:paraId="63836076"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color w:val="A8A8A8"/>
          <w:sz w:val="22"/>
        </w:rPr>
        <w:t xml:space="preserve">    Code d’état : 501</w:t>
      </w:r>
    </w:p>
    <w:p w14:paraId="42187585" w14:textId="77777777" w:rsidR="00F241D0" w:rsidRPr="00316687" w:rsidRDefault="00F241D0" w:rsidP="00F46697">
      <w:pPr>
        <w:spacing w:after="200" w:line="276" w:lineRule="auto"/>
        <w:jc w:val="left"/>
        <w:rPr>
          <w:rFonts w:asciiTheme="minorHAnsi" w:eastAsiaTheme="minorEastAsia" w:hAnsiTheme="minorHAnsi"/>
          <w:sz w:val="22"/>
          <w:szCs w:val="22"/>
          <w:lang w:val="fr-FR" w:eastAsia="en-US"/>
        </w:rPr>
      </w:pPr>
    </w:p>
    <w:p w14:paraId="3F6151B3" w14:textId="77777777" w:rsidR="00F241D0" w:rsidRPr="00F241D0" w:rsidRDefault="00F241D0" w:rsidP="00F46697">
      <w:pPr>
        <w:keepNext/>
        <w:spacing w:after="220" w:line="276" w:lineRule="auto"/>
        <w:jc w:val="left"/>
        <w:rPr>
          <w:rFonts w:asciiTheme="minorHAnsi" w:eastAsiaTheme="minorEastAsia" w:hAnsiTheme="minorHAnsi"/>
          <w:sz w:val="22"/>
          <w:szCs w:val="22"/>
        </w:rPr>
      </w:pPr>
      <w:r>
        <w:rPr>
          <w:rFonts w:asciiTheme="minorHAnsi" w:hAnsiTheme="minorHAnsi"/>
          <w:b/>
          <w:sz w:val="28"/>
        </w:rPr>
        <w:t>Page</w:t>
      </w:r>
    </w:p>
    <w:p w14:paraId="13880677"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QB</w:t>
      </w:r>
    </w:p>
    <w:p w14:paraId="646CACD0"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rPr>
        <w:t xml:space="preserve">Êtes-vous... </w:t>
      </w:r>
      <w:r>
        <w:rPr>
          <w:rFonts w:asciiTheme="minorHAnsi" w:hAnsiTheme="minorHAnsi"/>
        </w:rPr>
        <w:br/>
      </w:r>
      <w:r>
        <w:rPr>
          <w:rFonts w:asciiTheme="minorHAnsi" w:hAnsiTheme="minorHAnsi"/>
        </w:rPr>
        <w:br/>
        <w:t xml:space="preserve">Cliquez ici pour obtenir de l’aide d’ordre technique : </w:t>
      </w:r>
      <w:r>
        <w:rPr>
          <w:rFonts w:asciiTheme="minorHAnsi" w:hAnsiTheme="minorHAnsi"/>
          <w:b/>
        </w:rPr>
        <w:t>*?*</w:t>
      </w:r>
    </w:p>
    <w:p w14:paraId="382EA07F"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8650"/>
      </w:tblGrid>
      <w:tr w:rsidR="00F241D0" w:rsidRPr="00F241D0" w14:paraId="18C93EC3" w14:textId="77777777">
        <w:tc>
          <w:tcPr>
            <w:tcW w:w="792" w:type="dxa"/>
          </w:tcPr>
          <w:p w14:paraId="6FD0086B"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w:t>
            </w:r>
          </w:p>
        </w:tc>
        <w:tc>
          <w:tcPr>
            <w:tcW w:w="9288" w:type="dxa"/>
          </w:tcPr>
          <w:p w14:paraId="1ADFDA5F"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genre masculin</w:t>
            </w:r>
          </w:p>
        </w:tc>
      </w:tr>
      <w:tr w:rsidR="00F241D0" w:rsidRPr="00F241D0" w14:paraId="46A7DB7B" w14:textId="77777777">
        <w:tc>
          <w:tcPr>
            <w:tcW w:w="792" w:type="dxa"/>
          </w:tcPr>
          <w:p w14:paraId="7B7986EB"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w:t>
            </w:r>
          </w:p>
        </w:tc>
        <w:tc>
          <w:tcPr>
            <w:tcW w:w="9288" w:type="dxa"/>
          </w:tcPr>
          <w:p w14:paraId="0039DB8A"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genre féminin</w:t>
            </w:r>
          </w:p>
        </w:tc>
      </w:tr>
      <w:tr w:rsidR="00F241D0" w:rsidRPr="00F241D0" w14:paraId="6C1A5CA2" w14:textId="77777777">
        <w:tc>
          <w:tcPr>
            <w:tcW w:w="792" w:type="dxa"/>
          </w:tcPr>
          <w:p w14:paraId="309BC6D1"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w:t>
            </w:r>
          </w:p>
        </w:tc>
        <w:tc>
          <w:tcPr>
            <w:tcW w:w="9288" w:type="dxa"/>
          </w:tcPr>
          <w:p w14:paraId="63270C93"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diverses identités de genre</w:t>
            </w:r>
          </w:p>
        </w:tc>
      </w:tr>
    </w:tbl>
    <w:p w14:paraId="4A60AF02"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7A26B8D0"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QC</w:t>
      </w:r>
    </w:p>
    <w:p w14:paraId="3A8D02A4"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 xml:space="preserve">Quelle est votre année de naissance? </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proofErr w:type="gramStart"/>
      <w:r>
        <w:rPr>
          <w:rFonts w:asciiTheme="minorHAnsi" w:hAnsiTheme="minorHAnsi"/>
          <w:b/>
        </w:rPr>
        <w:t>*?*</w:t>
      </w:r>
      <w:proofErr w:type="gramEnd"/>
    </w:p>
    <w:p w14:paraId="4EAB29D0"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p w14:paraId="17700168" w14:textId="6461CE16" w:rsidR="00F241D0" w:rsidRPr="00F241D0" w:rsidRDefault="00787471" w:rsidP="00F46697">
      <w:pPr>
        <w:keepNext/>
        <w:spacing w:line="276" w:lineRule="auto"/>
        <w:jc w:val="left"/>
        <w:rPr>
          <w:rFonts w:asciiTheme="minorHAnsi" w:eastAsiaTheme="minorEastAsia" w:hAnsiTheme="minorHAnsi"/>
          <w:sz w:val="22"/>
          <w:szCs w:val="22"/>
        </w:rPr>
      </w:pPr>
      <w:r>
        <w:rPr>
          <w:rFonts w:asciiTheme="minorHAnsi" w:hAnsiTheme="minorHAnsi"/>
          <w:color w:val="A8A8A8"/>
        </w:rPr>
        <w:t>Période admissible :</w:t>
      </w:r>
      <w:r w:rsidR="00F241D0">
        <w:rPr>
          <w:rFonts w:asciiTheme="minorHAnsi" w:hAnsiTheme="minorHAnsi"/>
          <w:color w:val="A8A8A8"/>
        </w:rPr>
        <w:t xml:space="preserve"> 1900 </w:t>
      </w:r>
      <w:r>
        <w:rPr>
          <w:rFonts w:asciiTheme="minorHAnsi" w:hAnsiTheme="minorHAnsi"/>
          <w:color w:val="A8A8A8"/>
        </w:rPr>
        <w:t>à</w:t>
      </w:r>
      <w:r w:rsidR="00F241D0">
        <w:rPr>
          <w:rFonts w:asciiTheme="minorHAnsi" w:hAnsiTheme="minorHAnsi"/>
          <w:color w:val="A8A8A8"/>
        </w:rPr>
        <w:t xml:space="preserve"> 2006</w:t>
      </w:r>
    </w:p>
    <w:p w14:paraId="3EF2BB63" w14:textId="77777777" w:rsidR="00F241D0" w:rsidRPr="00F241D0" w:rsidRDefault="00F241D0" w:rsidP="00F46697">
      <w:pPr>
        <w:spacing w:after="200" w:line="276" w:lineRule="auto"/>
        <w:jc w:val="left"/>
        <w:rPr>
          <w:rFonts w:asciiTheme="minorHAnsi" w:eastAsiaTheme="minorEastAsia" w:hAnsiTheme="minorHAnsi"/>
          <w:sz w:val="22"/>
          <w:szCs w:val="22"/>
        </w:rPr>
      </w:pPr>
      <w:r>
        <w:rPr>
          <w:rFonts w:asciiTheme="minorHAnsi" w:hAnsiTheme="minorHAnsi"/>
          <w:sz w:val="22"/>
        </w:rPr>
        <w:t>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8650"/>
      </w:tblGrid>
      <w:tr w:rsidR="00F241D0" w:rsidRPr="00F241D0" w14:paraId="65446412" w14:textId="77777777">
        <w:tc>
          <w:tcPr>
            <w:tcW w:w="792" w:type="dxa"/>
          </w:tcPr>
          <w:p w14:paraId="010B9F2F"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-8</w:t>
            </w:r>
          </w:p>
        </w:tc>
        <w:tc>
          <w:tcPr>
            <w:tcW w:w="9288" w:type="dxa"/>
          </w:tcPr>
          <w:p w14:paraId="35E675DD"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Préfère ne pas répondre</w:t>
            </w:r>
          </w:p>
        </w:tc>
      </w:tr>
    </w:tbl>
    <w:p w14:paraId="0BBFE21B"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5B51D7EF" w14:textId="297BFE25"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QD</w:t>
      </w:r>
      <w:r>
        <w:rPr>
          <w:rFonts w:asciiTheme="minorHAnsi" w:hAnsiTheme="minorHAnsi"/>
          <w:i/>
        </w:rPr>
        <w:tab/>
        <w:t>S’affiche si réponse à la QC</w:t>
      </w:r>
    </w:p>
    <w:p w14:paraId="6DD5D984"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À quelle catégorie d’âge appartenez-vous?</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p>
    <w:p w14:paraId="40069A29"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8651"/>
      </w:tblGrid>
      <w:tr w:rsidR="00F241D0" w:rsidRPr="00F241D0" w14:paraId="13676F2A" w14:textId="77777777">
        <w:tc>
          <w:tcPr>
            <w:tcW w:w="792" w:type="dxa"/>
          </w:tcPr>
          <w:p w14:paraId="5854DE73"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w:t>
            </w:r>
          </w:p>
        </w:tc>
        <w:tc>
          <w:tcPr>
            <w:tcW w:w="9288" w:type="dxa"/>
          </w:tcPr>
          <w:p w14:paraId="4AE6CD86"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moins de 18 ans</w:t>
            </w:r>
          </w:p>
        </w:tc>
      </w:tr>
      <w:tr w:rsidR="00F241D0" w:rsidRPr="00F241D0" w14:paraId="5F191DE1" w14:textId="77777777">
        <w:tc>
          <w:tcPr>
            <w:tcW w:w="792" w:type="dxa"/>
          </w:tcPr>
          <w:p w14:paraId="02205DCD"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w:t>
            </w:r>
          </w:p>
        </w:tc>
        <w:tc>
          <w:tcPr>
            <w:tcW w:w="9288" w:type="dxa"/>
          </w:tcPr>
          <w:p w14:paraId="2EBB3626"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18 à 24 ans</w:t>
            </w:r>
          </w:p>
        </w:tc>
      </w:tr>
      <w:tr w:rsidR="00F241D0" w:rsidRPr="00F241D0" w14:paraId="21D6C06D" w14:textId="77777777">
        <w:tc>
          <w:tcPr>
            <w:tcW w:w="792" w:type="dxa"/>
          </w:tcPr>
          <w:p w14:paraId="619C3BEB"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w:t>
            </w:r>
          </w:p>
        </w:tc>
        <w:tc>
          <w:tcPr>
            <w:tcW w:w="9288" w:type="dxa"/>
          </w:tcPr>
          <w:p w14:paraId="41B397E3"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25 à 34 ans</w:t>
            </w:r>
          </w:p>
        </w:tc>
      </w:tr>
      <w:tr w:rsidR="00F241D0" w:rsidRPr="00F241D0" w14:paraId="5CBF8D63" w14:textId="77777777">
        <w:tc>
          <w:tcPr>
            <w:tcW w:w="792" w:type="dxa"/>
          </w:tcPr>
          <w:p w14:paraId="46A0CAB9"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4</w:t>
            </w:r>
          </w:p>
        </w:tc>
        <w:tc>
          <w:tcPr>
            <w:tcW w:w="9288" w:type="dxa"/>
          </w:tcPr>
          <w:p w14:paraId="218DECBB"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35 à 44 ans</w:t>
            </w:r>
          </w:p>
        </w:tc>
      </w:tr>
      <w:tr w:rsidR="00F241D0" w:rsidRPr="00F241D0" w14:paraId="0A93CF8A" w14:textId="77777777">
        <w:tc>
          <w:tcPr>
            <w:tcW w:w="792" w:type="dxa"/>
          </w:tcPr>
          <w:p w14:paraId="3B9FE56F"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5</w:t>
            </w:r>
          </w:p>
        </w:tc>
        <w:tc>
          <w:tcPr>
            <w:tcW w:w="9288" w:type="dxa"/>
          </w:tcPr>
          <w:p w14:paraId="00319E5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45 à 54 ans</w:t>
            </w:r>
          </w:p>
        </w:tc>
      </w:tr>
      <w:tr w:rsidR="00F241D0" w:rsidRPr="00F241D0" w14:paraId="518F8C15" w14:textId="77777777">
        <w:tc>
          <w:tcPr>
            <w:tcW w:w="792" w:type="dxa"/>
          </w:tcPr>
          <w:p w14:paraId="638D9E8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6</w:t>
            </w:r>
          </w:p>
        </w:tc>
        <w:tc>
          <w:tcPr>
            <w:tcW w:w="9288" w:type="dxa"/>
          </w:tcPr>
          <w:p w14:paraId="4B0673A6"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55 à 64 ans</w:t>
            </w:r>
          </w:p>
        </w:tc>
      </w:tr>
      <w:tr w:rsidR="00F241D0" w:rsidRPr="00F241D0" w14:paraId="19E466EE" w14:textId="77777777">
        <w:tc>
          <w:tcPr>
            <w:tcW w:w="792" w:type="dxa"/>
          </w:tcPr>
          <w:p w14:paraId="0AFDE73C"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7</w:t>
            </w:r>
          </w:p>
        </w:tc>
        <w:tc>
          <w:tcPr>
            <w:tcW w:w="9288" w:type="dxa"/>
          </w:tcPr>
          <w:p w14:paraId="499CA7F6"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65 ans et plus</w:t>
            </w:r>
          </w:p>
        </w:tc>
      </w:tr>
    </w:tbl>
    <w:p w14:paraId="6A4D74C7"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3885D89A" w14:textId="14D188D1" w:rsidR="00F241D0" w:rsidRPr="00F241D0" w:rsidRDefault="00F241D0" w:rsidP="00F46697">
      <w:pPr>
        <w:keepNext/>
        <w:spacing w:after="220" w:line="276" w:lineRule="auto"/>
        <w:jc w:val="left"/>
        <w:rPr>
          <w:rFonts w:asciiTheme="minorHAnsi" w:eastAsiaTheme="minorEastAsia" w:hAnsiTheme="minorHAnsi"/>
          <w:sz w:val="22"/>
          <w:szCs w:val="22"/>
        </w:rPr>
      </w:pPr>
      <w:r>
        <w:rPr>
          <w:rFonts w:asciiTheme="minorHAnsi" w:hAnsiTheme="minorHAnsi"/>
          <w:b/>
          <w:sz w:val="28"/>
        </w:rPr>
        <w:t>Page</w:t>
      </w:r>
      <w:r>
        <w:rPr>
          <w:rFonts w:asciiTheme="minorHAnsi" w:hAnsiTheme="minorHAnsi"/>
          <w:i/>
        </w:rPr>
        <w:tab/>
        <w:t>S’affiche si âge inférieur à 18 ans à la QC ou QD</w:t>
      </w:r>
    </w:p>
    <w:p w14:paraId="01D34B6A"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Merci2</w:t>
      </w:r>
    </w:p>
    <w:p w14:paraId="2200CF37" w14:textId="50E4E642"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br/>
        <w:t>Nous vous remercions de votre intérêt. Ce sondage s’adresse aux personnes de 18 ans ou plus.</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p>
    <w:p w14:paraId="141A432F"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p w14:paraId="4E901028"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color w:val="A8A8A8"/>
          <w:sz w:val="22"/>
        </w:rPr>
        <w:t xml:space="preserve">    Code d’état : 504</w:t>
      </w:r>
    </w:p>
    <w:p w14:paraId="07C89D36" w14:textId="77777777" w:rsidR="00F241D0" w:rsidRPr="00316687" w:rsidRDefault="00F241D0" w:rsidP="00F46697">
      <w:pPr>
        <w:spacing w:after="200" w:line="276" w:lineRule="auto"/>
        <w:jc w:val="left"/>
        <w:rPr>
          <w:rFonts w:asciiTheme="minorHAnsi" w:eastAsiaTheme="minorEastAsia" w:hAnsiTheme="minorHAnsi"/>
          <w:sz w:val="22"/>
          <w:szCs w:val="22"/>
          <w:lang w:val="fr-FR" w:eastAsia="en-US"/>
        </w:rPr>
      </w:pPr>
    </w:p>
    <w:p w14:paraId="3643C974" w14:textId="77777777" w:rsidR="00F241D0" w:rsidRPr="00F241D0" w:rsidRDefault="00F241D0" w:rsidP="00F46697">
      <w:pPr>
        <w:keepNext/>
        <w:spacing w:after="220" w:line="276" w:lineRule="auto"/>
        <w:jc w:val="left"/>
        <w:rPr>
          <w:rFonts w:asciiTheme="minorHAnsi" w:eastAsiaTheme="minorEastAsia" w:hAnsiTheme="minorHAnsi"/>
          <w:sz w:val="22"/>
          <w:szCs w:val="22"/>
        </w:rPr>
      </w:pPr>
      <w:r>
        <w:rPr>
          <w:rFonts w:asciiTheme="minorHAnsi" w:hAnsiTheme="minorHAnsi"/>
          <w:b/>
          <w:sz w:val="28"/>
        </w:rPr>
        <w:lastRenderedPageBreak/>
        <w:t>Page</w:t>
      </w:r>
    </w:p>
    <w:p w14:paraId="619440C1"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QE</w:t>
      </w:r>
    </w:p>
    <w:p w14:paraId="0F850F3F"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Dans quelle province ou quel territoire habitez-vous?</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p>
    <w:p w14:paraId="7EA6A346"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8650"/>
      </w:tblGrid>
      <w:tr w:rsidR="00F241D0" w:rsidRPr="00F241D0" w14:paraId="1FBE8888" w14:textId="77777777">
        <w:tc>
          <w:tcPr>
            <w:tcW w:w="792" w:type="dxa"/>
          </w:tcPr>
          <w:p w14:paraId="59D2A7E5"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w:t>
            </w:r>
          </w:p>
        </w:tc>
        <w:tc>
          <w:tcPr>
            <w:tcW w:w="9288" w:type="dxa"/>
          </w:tcPr>
          <w:p w14:paraId="017FD296"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Alberta</w:t>
            </w:r>
          </w:p>
        </w:tc>
      </w:tr>
      <w:tr w:rsidR="00F241D0" w:rsidRPr="00F241D0" w14:paraId="1EA1CC72" w14:textId="77777777">
        <w:tc>
          <w:tcPr>
            <w:tcW w:w="792" w:type="dxa"/>
          </w:tcPr>
          <w:p w14:paraId="6B887A2F"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w:t>
            </w:r>
          </w:p>
        </w:tc>
        <w:tc>
          <w:tcPr>
            <w:tcW w:w="9288" w:type="dxa"/>
          </w:tcPr>
          <w:p w14:paraId="6DC44BEE"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Colombie-Britannique</w:t>
            </w:r>
          </w:p>
        </w:tc>
      </w:tr>
      <w:tr w:rsidR="00F241D0" w:rsidRPr="00F241D0" w14:paraId="6505D6BB" w14:textId="77777777">
        <w:tc>
          <w:tcPr>
            <w:tcW w:w="792" w:type="dxa"/>
          </w:tcPr>
          <w:p w14:paraId="402CE2F1"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w:t>
            </w:r>
          </w:p>
        </w:tc>
        <w:tc>
          <w:tcPr>
            <w:tcW w:w="9288" w:type="dxa"/>
          </w:tcPr>
          <w:p w14:paraId="150B13DE"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Manitoba</w:t>
            </w:r>
          </w:p>
        </w:tc>
      </w:tr>
      <w:tr w:rsidR="00F241D0" w:rsidRPr="00F241D0" w14:paraId="5B988084" w14:textId="77777777">
        <w:tc>
          <w:tcPr>
            <w:tcW w:w="792" w:type="dxa"/>
          </w:tcPr>
          <w:p w14:paraId="2C0BAEC8"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4</w:t>
            </w:r>
          </w:p>
        </w:tc>
        <w:tc>
          <w:tcPr>
            <w:tcW w:w="9288" w:type="dxa"/>
          </w:tcPr>
          <w:p w14:paraId="573D093E"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Nouveau-Brunswick</w:t>
            </w:r>
          </w:p>
        </w:tc>
      </w:tr>
      <w:tr w:rsidR="00F241D0" w:rsidRPr="00F241D0" w14:paraId="613BC112" w14:textId="77777777">
        <w:tc>
          <w:tcPr>
            <w:tcW w:w="792" w:type="dxa"/>
          </w:tcPr>
          <w:p w14:paraId="04871E8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5</w:t>
            </w:r>
          </w:p>
        </w:tc>
        <w:tc>
          <w:tcPr>
            <w:tcW w:w="9288" w:type="dxa"/>
          </w:tcPr>
          <w:p w14:paraId="4EA9C01C"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Terre-Neuve-et-Labrador</w:t>
            </w:r>
          </w:p>
        </w:tc>
      </w:tr>
      <w:tr w:rsidR="00F241D0" w:rsidRPr="00F241D0" w14:paraId="5CADD20E" w14:textId="77777777">
        <w:tc>
          <w:tcPr>
            <w:tcW w:w="792" w:type="dxa"/>
          </w:tcPr>
          <w:p w14:paraId="4C6AB3A5"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6</w:t>
            </w:r>
          </w:p>
        </w:tc>
        <w:tc>
          <w:tcPr>
            <w:tcW w:w="9288" w:type="dxa"/>
          </w:tcPr>
          <w:p w14:paraId="347A8E3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Territoires du Nord-Ouest</w:t>
            </w:r>
          </w:p>
        </w:tc>
      </w:tr>
      <w:tr w:rsidR="00F241D0" w:rsidRPr="00F241D0" w14:paraId="7025CDFC" w14:textId="77777777">
        <w:tc>
          <w:tcPr>
            <w:tcW w:w="792" w:type="dxa"/>
          </w:tcPr>
          <w:p w14:paraId="13603E47"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7</w:t>
            </w:r>
          </w:p>
        </w:tc>
        <w:tc>
          <w:tcPr>
            <w:tcW w:w="9288" w:type="dxa"/>
          </w:tcPr>
          <w:p w14:paraId="6E41DF70"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Nouvelle-Écosse</w:t>
            </w:r>
          </w:p>
        </w:tc>
      </w:tr>
      <w:tr w:rsidR="00F241D0" w:rsidRPr="00F241D0" w14:paraId="15C26692" w14:textId="77777777">
        <w:tc>
          <w:tcPr>
            <w:tcW w:w="792" w:type="dxa"/>
          </w:tcPr>
          <w:p w14:paraId="755C37F3"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8</w:t>
            </w:r>
          </w:p>
        </w:tc>
        <w:tc>
          <w:tcPr>
            <w:tcW w:w="9288" w:type="dxa"/>
          </w:tcPr>
          <w:p w14:paraId="6DDB6BC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Nunavut</w:t>
            </w:r>
          </w:p>
        </w:tc>
      </w:tr>
      <w:tr w:rsidR="00F241D0" w:rsidRPr="00F241D0" w14:paraId="29800A35" w14:textId="77777777">
        <w:tc>
          <w:tcPr>
            <w:tcW w:w="792" w:type="dxa"/>
          </w:tcPr>
          <w:p w14:paraId="5DE5A835"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9</w:t>
            </w:r>
          </w:p>
        </w:tc>
        <w:tc>
          <w:tcPr>
            <w:tcW w:w="9288" w:type="dxa"/>
          </w:tcPr>
          <w:p w14:paraId="4E72E9CC"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Ontario</w:t>
            </w:r>
          </w:p>
        </w:tc>
      </w:tr>
      <w:tr w:rsidR="00F241D0" w:rsidRPr="00F241D0" w14:paraId="66603618" w14:textId="77777777">
        <w:tc>
          <w:tcPr>
            <w:tcW w:w="792" w:type="dxa"/>
          </w:tcPr>
          <w:p w14:paraId="30145797"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10</w:t>
            </w:r>
          </w:p>
        </w:tc>
        <w:tc>
          <w:tcPr>
            <w:tcW w:w="9288" w:type="dxa"/>
          </w:tcPr>
          <w:p w14:paraId="17710883"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Île-du-Prince-Édouard</w:t>
            </w:r>
          </w:p>
        </w:tc>
      </w:tr>
      <w:tr w:rsidR="00F241D0" w:rsidRPr="00F241D0" w14:paraId="740D9212" w14:textId="77777777">
        <w:tc>
          <w:tcPr>
            <w:tcW w:w="792" w:type="dxa"/>
          </w:tcPr>
          <w:p w14:paraId="140832E1"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11</w:t>
            </w:r>
          </w:p>
        </w:tc>
        <w:tc>
          <w:tcPr>
            <w:tcW w:w="9288" w:type="dxa"/>
          </w:tcPr>
          <w:p w14:paraId="1994946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Québec</w:t>
            </w:r>
          </w:p>
        </w:tc>
      </w:tr>
      <w:tr w:rsidR="00F241D0" w:rsidRPr="00F241D0" w14:paraId="6C27C048" w14:textId="77777777">
        <w:tc>
          <w:tcPr>
            <w:tcW w:w="792" w:type="dxa"/>
          </w:tcPr>
          <w:p w14:paraId="47A9C343"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12</w:t>
            </w:r>
          </w:p>
        </w:tc>
        <w:tc>
          <w:tcPr>
            <w:tcW w:w="9288" w:type="dxa"/>
          </w:tcPr>
          <w:p w14:paraId="56B4AB98"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Saskatchewan</w:t>
            </w:r>
          </w:p>
        </w:tc>
      </w:tr>
      <w:tr w:rsidR="00F241D0" w:rsidRPr="00F241D0" w14:paraId="0B448460" w14:textId="77777777">
        <w:tc>
          <w:tcPr>
            <w:tcW w:w="792" w:type="dxa"/>
          </w:tcPr>
          <w:p w14:paraId="4C0870BC"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13</w:t>
            </w:r>
          </w:p>
        </w:tc>
        <w:tc>
          <w:tcPr>
            <w:tcW w:w="9288" w:type="dxa"/>
          </w:tcPr>
          <w:p w14:paraId="7AD9A96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Yukon</w:t>
            </w:r>
          </w:p>
        </w:tc>
      </w:tr>
      <w:tr w:rsidR="00F241D0" w:rsidRPr="00F241D0" w14:paraId="3B6B118B" w14:textId="77777777">
        <w:tc>
          <w:tcPr>
            <w:tcW w:w="792" w:type="dxa"/>
          </w:tcPr>
          <w:p w14:paraId="5E9713F1"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-8</w:t>
            </w:r>
          </w:p>
        </w:tc>
        <w:tc>
          <w:tcPr>
            <w:tcW w:w="9288" w:type="dxa"/>
          </w:tcPr>
          <w:p w14:paraId="64E4DFD0"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Préfère ne pas répondre</w:t>
            </w:r>
          </w:p>
        </w:tc>
      </w:tr>
    </w:tbl>
    <w:p w14:paraId="158CD951"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5779A768" w14:textId="38702DB3" w:rsidR="00F241D0" w:rsidRPr="00F241D0" w:rsidRDefault="00F241D0" w:rsidP="00F46697">
      <w:pPr>
        <w:keepNext/>
        <w:spacing w:after="220" w:line="276" w:lineRule="auto"/>
        <w:jc w:val="left"/>
        <w:rPr>
          <w:rFonts w:asciiTheme="minorHAnsi" w:eastAsiaTheme="minorEastAsia" w:hAnsiTheme="minorHAnsi"/>
          <w:sz w:val="22"/>
          <w:szCs w:val="22"/>
        </w:rPr>
      </w:pPr>
      <w:r>
        <w:rPr>
          <w:rFonts w:asciiTheme="minorHAnsi" w:hAnsiTheme="minorHAnsi"/>
          <w:b/>
          <w:sz w:val="28"/>
        </w:rPr>
        <w:t>Page</w:t>
      </w:r>
      <w:r>
        <w:rPr>
          <w:rFonts w:asciiTheme="minorHAnsi" w:hAnsiTheme="minorHAnsi"/>
          <w:i/>
        </w:rPr>
        <w:tab/>
        <w:t>S’affiche si aucune réponse à la QE</w:t>
      </w:r>
    </w:p>
    <w:p w14:paraId="71181659"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Merci3</w:t>
      </w:r>
    </w:p>
    <w:p w14:paraId="441E3ECE" w14:textId="45866BDD"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br/>
        <w:t>Nous vous remercions de votre intérêt. Ce sondage s’adresse aux personnes résidant dans une province ou un territoire du Canada.</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p>
    <w:p w14:paraId="575C4305"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p w14:paraId="0983FD06"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color w:val="A8A8A8"/>
          <w:sz w:val="22"/>
        </w:rPr>
        <w:t xml:space="preserve">    Code d’état : 505</w:t>
      </w:r>
    </w:p>
    <w:p w14:paraId="278E795E" w14:textId="77777777" w:rsidR="00F241D0" w:rsidRPr="00316687" w:rsidRDefault="00F241D0" w:rsidP="00F46697">
      <w:pPr>
        <w:spacing w:after="200" w:line="276" w:lineRule="auto"/>
        <w:jc w:val="left"/>
        <w:rPr>
          <w:rFonts w:asciiTheme="minorHAnsi" w:eastAsiaTheme="minorEastAsia" w:hAnsiTheme="minorHAnsi"/>
          <w:sz w:val="22"/>
          <w:szCs w:val="22"/>
          <w:lang w:val="fr-FR" w:eastAsia="en-US"/>
        </w:rPr>
      </w:pPr>
    </w:p>
    <w:p w14:paraId="1FD2C8BE" w14:textId="77777777" w:rsidR="00F241D0" w:rsidRPr="00F241D0" w:rsidRDefault="00F241D0" w:rsidP="00F46697">
      <w:pPr>
        <w:keepNext/>
        <w:spacing w:after="220" w:line="276" w:lineRule="auto"/>
        <w:jc w:val="left"/>
        <w:rPr>
          <w:rFonts w:asciiTheme="minorHAnsi" w:eastAsiaTheme="minorEastAsia" w:hAnsiTheme="minorHAnsi"/>
          <w:sz w:val="22"/>
          <w:szCs w:val="22"/>
        </w:rPr>
      </w:pPr>
      <w:r>
        <w:rPr>
          <w:rFonts w:asciiTheme="minorHAnsi" w:hAnsiTheme="minorHAnsi"/>
          <w:b/>
          <w:sz w:val="28"/>
        </w:rPr>
        <w:t>Page</w:t>
      </w:r>
    </w:p>
    <w:p w14:paraId="746BE056"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S1</w:t>
      </w:r>
    </w:p>
    <w:p w14:paraId="698A2FBC"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 xml:space="preserve">Avez-vous voyagé à l’étranger... </w:t>
      </w:r>
      <w:proofErr w:type="gramStart"/>
      <w:r>
        <w:rPr>
          <w:rFonts w:asciiTheme="minorHAnsi" w:hAnsiTheme="minorHAnsi"/>
          <w:b/>
          <w:sz w:val="22"/>
        </w:rPr>
        <w:t>*?*</w:t>
      </w:r>
      <w:proofErr w:type="gramEnd"/>
    </w:p>
    <w:p w14:paraId="75564018"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Pour obtenir de l’aide d’ordre technique, veuillez communiquer avec Sue Day par téléphone, en composant le 1-866-542-6921, ou par courriel, en écrivant à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
        <w:gridCol w:w="8648"/>
      </w:tblGrid>
      <w:tr w:rsidR="00F241D0" w:rsidRPr="000623F5" w14:paraId="7360BA76" w14:textId="77777777">
        <w:tc>
          <w:tcPr>
            <w:tcW w:w="792" w:type="dxa"/>
          </w:tcPr>
          <w:p w14:paraId="08E5E22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1.</w:t>
            </w:r>
          </w:p>
        </w:tc>
        <w:tc>
          <w:tcPr>
            <w:tcW w:w="9288" w:type="dxa"/>
          </w:tcPr>
          <w:p w14:paraId="762137A5" w14:textId="26B3F4B2" w:rsidR="00F241D0" w:rsidRPr="00F241D0" w:rsidRDefault="00F241D0" w:rsidP="00D83001">
            <w:pPr>
              <w:spacing w:line="240" w:lineRule="auto"/>
              <w:jc w:val="left"/>
              <w:rPr>
                <w:rFonts w:asciiTheme="minorHAnsi" w:hAnsiTheme="minorHAnsi" w:cs="Times New Roman"/>
              </w:rPr>
            </w:pPr>
            <w:r>
              <w:rPr>
                <w:rFonts w:asciiTheme="minorHAnsi" w:hAnsiTheme="minorHAnsi"/>
              </w:rPr>
              <w:t>au cours des cinq dernières années?</w:t>
            </w:r>
          </w:p>
        </w:tc>
      </w:tr>
      <w:tr w:rsidR="00F241D0" w:rsidRPr="000623F5" w14:paraId="74CE9F5E" w14:textId="77777777">
        <w:tc>
          <w:tcPr>
            <w:tcW w:w="792" w:type="dxa"/>
          </w:tcPr>
          <w:p w14:paraId="60DE351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2.</w:t>
            </w:r>
          </w:p>
        </w:tc>
        <w:tc>
          <w:tcPr>
            <w:tcW w:w="9288" w:type="dxa"/>
          </w:tcPr>
          <w:p w14:paraId="47A735FA"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 cours de la dernière année, c’est-à-dire pendant la pandémie de COVID-19?</w:t>
            </w:r>
          </w:p>
        </w:tc>
      </w:tr>
    </w:tbl>
    <w:p w14:paraId="35C4DA67" w14:textId="77777777" w:rsidR="00F241D0" w:rsidRPr="00316687" w:rsidRDefault="00F241D0" w:rsidP="00F46697">
      <w:pPr>
        <w:spacing w:line="276" w:lineRule="auto"/>
        <w:jc w:val="left"/>
        <w:rPr>
          <w:rFonts w:asciiTheme="minorHAnsi" w:eastAsiaTheme="minorEastAsia" w:hAnsiTheme="minorHAnsi"/>
          <w:sz w:val="22"/>
          <w:szCs w:val="22"/>
          <w:lang w:val="fr-FR"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
        <w:gridCol w:w="8648"/>
      </w:tblGrid>
      <w:tr w:rsidR="00F241D0" w:rsidRPr="00F241D0" w14:paraId="26749717" w14:textId="77777777">
        <w:tc>
          <w:tcPr>
            <w:tcW w:w="792" w:type="dxa"/>
          </w:tcPr>
          <w:p w14:paraId="5BFB61A1"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lastRenderedPageBreak/>
              <w:t>❍</w:t>
            </w:r>
            <w:r>
              <w:rPr>
                <w:rFonts w:asciiTheme="minorHAnsi" w:hAnsiTheme="minorHAnsi"/>
                <w:sz w:val="20"/>
                <w:vertAlign w:val="subscript"/>
              </w:rPr>
              <w:t xml:space="preserve">   1</w:t>
            </w:r>
          </w:p>
        </w:tc>
        <w:tc>
          <w:tcPr>
            <w:tcW w:w="9288" w:type="dxa"/>
          </w:tcPr>
          <w:p w14:paraId="55DD50E0"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oui</w:t>
            </w:r>
          </w:p>
        </w:tc>
      </w:tr>
      <w:tr w:rsidR="00F241D0" w:rsidRPr="00F241D0" w14:paraId="03F0271C" w14:textId="77777777">
        <w:tc>
          <w:tcPr>
            <w:tcW w:w="792" w:type="dxa"/>
          </w:tcPr>
          <w:p w14:paraId="61D50E8B"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w:t>
            </w:r>
          </w:p>
        </w:tc>
        <w:tc>
          <w:tcPr>
            <w:tcW w:w="9288" w:type="dxa"/>
          </w:tcPr>
          <w:p w14:paraId="459BC56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non</w:t>
            </w:r>
          </w:p>
        </w:tc>
      </w:tr>
      <w:tr w:rsidR="00F241D0" w:rsidRPr="00F241D0" w14:paraId="4309FA13" w14:textId="77777777">
        <w:tc>
          <w:tcPr>
            <w:tcW w:w="792" w:type="dxa"/>
          </w:tcPr>
          <w:p w14:paraId="2F18FCDE"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w:t>
            </w:r>
          </w:p>
        </w:tc>
        <w:tc>
          <w:tcPr>
            <w:tcW w:w="9288" w:type="dxa"/>
          </w:tcPr>
          <w:p w14:paraId="6CA9A41E"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je ne sais pas</w:t>
            </w:r>
          </w:p>
        </w:tc>
      </w:tr>
    </w:tbl>
    <w:p w14:paraId="70CB8962"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4B6276AD"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S2</w:t>
      </w:r>
    </w:p>
    <w:p w14:paraId="1B6FB147"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 xml:space="preserve">Quelle est la probabilité que vous voyagiez au cours de la prochaine année... </w:t>
      </w:r>
      <w:proofErr w:type="gramStart"/>
      <w:r>
        <w:rPr>
          <w:rFonts w:asciiTheme="minorHAnsi" w:hAnsiTheme="minorHAnsi"/>
          <w:b/>
          <w:sz w:val="22"/>
        </w:rPr>
        <w:t>*?*</w:t>
      </w:r>
      <w:proofErr w:type="gramEnd"/>
    </w:p>
    <w:p w14:paraId="26F0AFE2"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Pour obtenir de l’aide d’ordre technique, veuillez communiquer avec Sue Day par téléphone, en composant le 1-866-542-6921, ou par courriel, en écrivant à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
        <w:gridCol w:w="8646"/>
      </w:tblGrid>
      <w:tr w:rsidR="00F241D0" w:rsidRPr="00F241D0" w14:paraId="3949E861" w14:textId="77777777">
        <w:tc>
          <w:tcPr>
            <w:tcW w:w="792" w:type="dxa"/>
          </w:tcPr>
          <w:p w14:paraId="7A9848B1"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1.</w:t>
            </w:r>
          </w:p>
        </w:tc>
        <w:tc>
          <w:tcPr>
            <w:tcW w:w="9288" w:type="dxa"/>
          </w:tcPr>
          <w:p w14:paraId="3F29951A"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quelque part au Canada?</w:t>
            </w:r>
          </w:p>
        </w:tc>
      </w:tr>
      <w:tr w:rsidR="00F241D0" w:rsidRPr="000623F5" w14:paraId="58347AEC" w14:textId="77777777">
        <w:tc>
          <w:tcPr>
            <w:tcW w:w="792" w:type="dxa"/>
          </w:tcPr>
          <w:p w14:paraId="63649439"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2.</w:t>
            </w:r>
          </w:p>
        </w:tc>
        <w:tc>
          <w:tcPr>
            <w:tcW w:w="9288" w:type="dxa"/>
          </w:tcPr>
          <w:p w14:paraId="2497376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quelque part aux États-Unis?</w:t>
            </w:r>
          </w:p>
        </w:tc>
      </w:tr>
      <w:tr w:rsidR="00F241D0" w:rsidRPr="000623F5" w14:paraId="68F35034" w14:textId="77777777">
        <w:tc>
          <w:tcPr>
            <w:tcW w:w="792" w:type="dxa"/>
          </w:tcPr>
          <w:p w14:paraId="705CA52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3.</w:t>
            </w:r>
          </w:p>
        </w:tc>
        <w:tc>
          <w:tcPr>
            <w:tcW w:w="9288" w:type="dxa"/>
          </w:tcPr>
          <w:p w14:paraId="2D386E7C"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quelque part à l’étranger, en dehors des États-Unis?</w:t>
            </w:r>
          </w:p>
        </w:tc>
      </w:tr>
    </w:tbl>
    <w:p w14:paraId="5958CDD4" w14:textId="77777777" w:rsidR="00F241D0" w:rsidRPr="00316687" w:rsidRDefault="00F241D0" w:rsidP="00F46697">
      <w:pPr>
        <w:spacing w:line="276" w:lineRule="auto"/>
        <w:jc w:val="left"/>
        <w:rPr>
          <w:rFonts w:asciiTheme="minorHAnsi" w:eastAsiaTheme="minorEastAsia" w:hAnsiTheme="minorHAnsi"/>
          <w:sz w:val="22"/>
          <w:szCs w:val="22"/>
          <w:lang w:val="fr-FR"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8651"/>
      </w:tblGrid>
      <w:tr w:rsidR="00F241D0" w:rsidRPr="00F241D0" w14:paraId="6D18CF2D" w14:textId="77777777">
        <w:tc>
          <w:tcPr>
            <w:tcW w:w="792" w:type="dxa"/>
          </w:tcPr>
          <w:p w14:paraId="3EDD3048"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w:t>
            </w:r>
          </w:p>
        </w:tc>
        <w:tc>
          <w:tcPr>
            <w:tcW w:w="9288" w:type="dxa"/>
          </w:tcPr>
          <w:p w14:paraId="4692141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Très peu probable</w:t>
            </w:r>
          </w:p>
        </w:tc>
      </w:tr>
      <w:tr w:rsidR="00F241D0" w:rsidRPr="00F241D0" w14:paraId="71A8D210" w14:textId="77777777">
        <w:tc>
          <w:tcPr>
            <w:tcW w:w="792" w:type="dxa"/>
          </w:tcPr>
          <w:p w14:paraId="6BD0ECFA"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w:t>
            </w:r>
          </w:p>
        </w:tc>
        <w:tc>
          <w:tcPr>
            <w:tcW w:w="9288" w:type="dxa"/>
          </w:tcPr>
          <w:p w14:paraId="492027EF"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Plutôt improbable</w:t>
            </w:r>
          </w:p>
        </w:tc>
      </w:tr>
      <w:tr w:rsidR="00F241D0" w:rsidRPr="00F241D0" w14:paraId="6A3AEE00" w14:textId="77777777">
        <w:tc>
          <w:tcPr>
            <w:tcW w:w="792" w:type="dxa"/>
          </w:tcPr>
          <w:p w14:paraId="748FB2A2"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w:t>
            </w:r>
          </w:p>
        </w:tc>
        <w:tc>
          <w:tcPr>
            <w:tcW w:w="9288" w:type="dxa"/>
          </w:tcPr>
          <w:p w14:paraId="47C4F6C0"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Plutôt probable</w:t>
            </w:r>
          </w:p>
        </w:tc>
      </w:tr>
      <w:tr w:rsidR="00F241D0" w:rsidRPr="00F241D0" w14:paraId="68E5FD72" w14:textId="77777777">
        <w:tc>
          <w:tcPr>
            <w:tcW w:w="792" w:type="dxa"/>
          </w:tcPr>
          <w:p w14:paraId="71C9766D"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4</w:t>
            </w:r>
          </w:p>
        </w:tc>
        <w:tc>
          <w:tcPr>
            <w:tcW w:w="9288" w:type="dxa"/>
          </w:tcPr>
          <w:p w14:paraId="58D11A2C"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Très probable</w:t>
            </w:r>
          </w:p>
        </w:tc>
      </w:tr>
      <w:tr w:rsidR="00F241D0" w:rsidRPr="00F241D0" w14:paraId="0F83AC12" w14:textId="77777777">
        <w:tc>
          <w:tcPr>
            <w:tcW w:w="792" w:type="dxa"/>
          </w:tcPr>
          <w:p w14:paraId="5A38FB18"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5</w:t>
            </w:r>
          </w:p>
        </w:tc>
        <w:tc>
          <w:tcPr>
            <w:tcW w:w="9288" w:type="dxa"/>
          </w:tcPr>
          <w:p w14:paraId="5705AB26"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Je ne sais pas</w:t>
            </w:r>
          </w:p>
        </w:tc>
      </w:tr>
    </w:tbl>
    <w:p w14:paraId="496CEB28"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72863558" w14:textId="77777777" w:rsidR="00F241D0" w:rsidRPr="00F241D0" w:rsidRDefault="00F241D0" w:rsidP="00F46697">
      <w:pPr>
        <w:keepNext/>
        <w:spacing w:after="220" w:line="276" w:lineRule="auto"/>
        <w:jc w:val="left"/>
        <w:rPr>
          <w:rFonts w:asciiTheme="minorHAnsi" w:eastAsiaTheme="minorEastAsia" w:hAnsiTheme="minorHAnsi"/>
          <w:sz w:val="22"/>
          <w:szCs w:val="22"/>
        </w:rPr>
      </w:pPr>
      <w:r>
        <w:rPr>
          <w:rFonts w:asciiTheme="minorHAnsi" w:hAnsiTheme="minorHAnsi"/>
          <w:b/>
          <w:sz w:val="28"/>
        </w:rPr>
        <w:t>Page</w:t>
      </w:r>
    </w:p>
    <w:p w14:paraId="21B96CAD"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Q1</w:t>
      </w:r>
    </w:p>
    <w:p w14:paraId="618AFE7D" w14:textId="1C9E38C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Au cours des trois dernières semaines, avez-vous vu, lu ou entendu des publicités du gouvernement du Canada?</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p>
    <w:p w14:paraId="2C51F2DA"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
        <w:gridCol w:w="8648"/>
      </w:tblGrid>
      <w:tr w:rsidR="00F241D0" w:rsidRPr="00F241D0" w14:paraId="6BB733B8" w14:textId="77777777">
        <w:tc>
          <w:tcPr>
            <w:tcW w:w="792" w:type="dxa"/>
          </w:tcPr>
          <w:p w14:paraId="5EDE6F2F"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w:t>
            </w:r>
          </w:p>
        </w:tc>
        <w:tc>
          <w:tcPr>
            <w:tcW w:w="9288" w:type="dxa"/>
          </w:tcPr>
          <w:p w14:paraId="165C3DB0"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oui</w:t>
            </w:r>
          </w:p>
        </w:tc>
      </w:tr>
      <w:tr w:rsidR="00F241D0" w:rsidRPr="00F241D0" w14:paraId="5CC3A1F7" w14:textId="77777777">
        <w:tc>
          <w:tcPr>
            <w:tcW w:w="792" w:type="dxa"/>
          </w:tcPr>
          <w:p w14:paraId="6E480F2E"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w:t>
            </w:r>
          </w:p>
        </w:tc>
        <w:tc>
          <w:tcPr>
            <w:tcW w:w="9288" w:type="dxa"/>
          </w:tcPr>
          <w:p w14:paraId="5D7B42EF"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non</w:t>
            </w:r>
          </w:p>
        </w:tc>
      </w:tr>
    </w:tbl>
    <w:p w14:paraId="58296416"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46F17449" w14:textId="593FFC7D" w:rsidR="00F241D0" w:rsidRPr="00F241D0" w:rsidRDefault="00F241D0" w:rsidP="00F46697">
      <w:pPr>
        <w:keepNext/>
        <w:spacing w:after="220" w:line="276" w:lineRule="auto"/>
        <w:jc w:val="left"/>
        <w:rPr>
          <w:rFonts w:asciiTheme="minorHAnsi" w:eastAsiaTheme="minorEastAsia" w:hAnsiTheme="minorHAnsi"/>
          <w:sz w:val="22"/>
          <w:szCs w:val="22"/>
        </w:rPr>
      </w:pPr>
      <w:r>
        <w:rPr>
          <w:rFonts w:asciiTheme="minorHAnsi" w:hAnsiTheme="minorHAnsi"/>
          <w:b/>
          <w:sz w:val="28"/>
        </w:rPr>
        <w:t>Page</w:t>
      </w:r>
      <w:r>
        <w:rPr>
          <w:rFonts w:asciiTheme="minorHAnsi" w:hAnsiTheme="minorHAnsi"/>
          <w:i/>
        </w:rPr>
        <w:tab/>
        <w:t>S’affiche si réponse Oui à la Q1</w:t>
      </w:r>
    </w:p>
    <w:p w14:paraId="3806FB9F"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Q2</w:t>
      </w:r>
    </w:p>
    <w:p w14:paraId="7EEFDA33"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Pensez à la plus récente publicité du gouvernement du Canada qui vous revient à l’esprit. Où avez-vous vu, lu ou entendu cette publicité?</w:t>
      </w:r>
      <w:r>
        <w:rPr>
          <w:rFonts w:asciiTheme="minorHAnsi" w:hAnsiTheme="minorHAnsi"/>
          <w:sz w:val="22"/>
        </w:rPr>
        <w:br/>
      </w:r>
      <w:r>
        <w:rPr>
          <w:rFonts w:asciiTheme="minorHAnsi" w:hAnsiTheme="minorHAnsi"/>
          <w:sz w:val="22"/>
        </w:rPr>
        <w:br/>
      </w:r>
      <w:r>
        <w:rPr>
          <w:rFonts w:asciiTheme="minorHAnsi" w:hAnsiTheme="minorHAnsi"/>
        </w:rPr>
        <w:t>Choisissez toutes les réponses applicables.</w:t>
      </w:r>
      <w:r>
        <w:rPr>
          <w:rFonts w:asciiTheme="minorHAnsi" w:hAnsiTheme="minorHAnsi"/>
        </w:rPr>
        <w:br/>
        <w:t xml:space="preserve">Cliquez ici pour obtenir de l’aide d’ordre technique : </w:t>
      </w:r>
      <w:r>
        <w:rPr>
          <w:rFonts w:asciiTheme="minorHAnsi" w:hAnsiTheme="minorHAnsi"/>
          <w:b/>
        </w:rPr>
        <w:t>*?*</w:t>
      </w:r>
    </w:p>
    <w:p w14:paraId="5292D5C1"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710"/>
      </w:tblGrid>
      <w:tr w:rsidR="00F241D0" w:rsidRPr="00F241D0" w14:paraId="1C9B4666" w14:textId="77777777">
        <w:tc>
          <w:tcPr>
            <w:tcW w:w="792" w:type="dxa"/>
          </w:tcPr>
          <w:p w14:paraId="661F376F"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w:t>
            </w:r>
          </w:p>
        </w:tc>
        <w:tc>
          <w:tcPr>
            <w:tcW w:w="9288" w:type="dxa"/>
          </w:tcPr>
          <w:p w14:paraId="569E93DC"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cinéma</w:t>
            </w:r>
          </w:p>
        </w:tc>
      </w:tr>
      <w:tr w:rsidR="00F241D0" w:rsidRPr="00F241D0" w14:paraId="6E87B44F" w14:textId="77777777">
        <w:tc>
          <w:tcPr>
            <w:tcW w:w="792" w:type="dxa"/>
          </w:tcPr>
          <w:p w14:paraId="0BE88AFA"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w:t>
            </w:r>
          </w:p>
        </w:tc>
        <w:tc>
          <w:tcPr>
            <w:tcW w:w="9288" w:type="dxa"/>
          </w:tcPr>
          <w:p w14:paraId="73285D1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Facebook</w:t>
            </w:r>
          </w:p>
        </w:tc>
      </w:tr>
      <w:tr w:rsidR="00F241D0" w:rsidRPr="00F241D0" w14:paraId="53B9530D" w14:textId="77777777">
        <w:tc>
          <w:tcPr>
            <w:tcW w:w="792" w:type="dxa"/>
          </w:tcPr>
          <w:p w14:paraId="671D3834"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w:t>
            </w:r>
          </w:p>
        </w:tc>
        <w:tc>
          <w:tcPr>
            <w:tcW w:w="9288" w:type="dxa"/>
          </w:tcPr>
          <w:p w14:paraId="6702065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site Internet</w:t>
            </w:r>
          </w:p>
        </w:tc>
      </w:tr>
      <w:tr w:rsidR="00F241D0" w:rsidRPr="00F241D0" w14:paraId="52EE8F99" w14:textId="77777777">
        <w:tc>
          <w:tcPr>
            <w:tcW w:w="792" w:type="dxa"/>
          </w:tcPr>
          <w:p w14:paraId="07B3FCB5"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lastRenderedPageBreak/>
              <w:t>❑</w:t>
            </w:r>
            <w:r>
              <w:rPr>
                <w:rFonts w:asciiTheme="minorHAnsi" w:hAnsiTheme="minorHAnsi"/>
                <w:sz w:val="20"/>
                <w:vertAlign w:val="subscript"/>
              </w:rPr>
              <w:t xml:space="preserve">   4</w:t>
            </w:r>
          </w:p>
        </w:tc>
        <w:tc>
          <w:tcPr>
            <w:tcW w:w="9288" w:type="dxa"/>
          </w:tcPr>
          <w:p w14:paraId="1EF25D3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magazines</w:t>
            </w:r>
          </w:p>
        </w:tc>
      </w:tr>
      <w:tr w:rsidR="00F241D0" w:rsidRPr="00F241D0" w14:paraId="426E13E7" w14:textId="77777777">
        <w:tc>
          <w:tcPr>
            <w:tcW w:w="792" w:type="dxa"/>
          </w:tcPr>
          <w:p w14:paraId="2507B627"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5</w:t>
            </w:r>
          </w:p>
        </w:tc>
        <w:tc>
          <w:tcPr>
            <w:tcW w:w="9288" w:type="dxa"/>
          </w:tcPr>
          <w:p w14:paraId="33E3BA47"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journal (quotidien)</w:t>
            </w:r>
          </w:p>
        </w:tc>
      </w:tr>
      <w:tr w:rsidR="00F241D0" w:rsidRPr="00F241D0" w14:paraId="550DF552" w14:textId="77777777">
        <w:tc>
          <w:tcPr>
            <w:tcW w:w="792" w:type="dxa"/>
          </w:tcPr>
          <w:p w14:paraId="13FE6428"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6</w:t>
            </w:r>
          </w:p>
        </w:tc>
        <w:tc>
          <w:tcPr>
            <w:tcW w:w="9288" w:type="dxa"/>
          </w:tcPr>
          <w:p w14:paraId="215500D7"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journal (hebdomadaire ou communautaire)</w:t>
            </w:r>
          </w:p>
        </w:tc>
      </w:tr>
      <w:tr w:rsidR="00F241D0" w:rsidRPr="00F241D0" w14:paraId="340EF7DF" w14:textId="77777777">
        <w:tc>
          <w:tcPr>
            <w:tcW w:w="792" w:type="dxa"/>
          </w:tcPr>
          <w:p w14:paraId="138933FE"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7</w:t>
            </w:r>
          </w:p>
        </w:tc>
        <w:tc>
          <w:tcPr>
            <w:tcW w:w="9288" w:type="dxa"/>
          </w:tcPr>
          <w:p w14:paraId="119C4BA7"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panneaux d’affichage extérieurs</w:t>
            </w:r>
          </w:p>
        </w:tc>
      </w:tr>
      <w:tr w:rsidR="00F241D0" w:rsidRPr="000623F5" w14:paraId="6A8AADE0" w14:textId="77777777">
        <w:tc>
          <w:tcPr>
            <w:tcW w:w="792" w:type="dxa"/>
          </w:tcPr>
          <w:p w14:paraId="3D47F45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8</w:t>
            </w:r>
          </w:p>
        </w:tc>
        <w:tc>
          <w:tcPr>
            <w:tcW w:w="9288" w:type="dxa"/>
          </w:tcPr>
          <w:p w14:paraId="0C7473C9"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dépliant ou brochure reçu(e) par la poste</w:t>
            </w:r>
          </w:p>
        </w:tc>
      </w:tr>
      <w:tr w:rsidR="00F241D0" w:rsidRPr="000623F5" w14:paraId="2B8FAA3C" w14:textId="77777777">
        <w:tc>
          <w:tcPr>
            <w:tcW w:w="792" w:type="dxa"/>
          </w:tcPr>
          <w:p w14:paraId="653D4BA1"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9</w:t>
            </w:r>
          </w:p>
        </w:tc>
        <w:tc>
          <w:tcPr>
            <w:tcW w:w="9288" w:type="dxa"/>
          </w:tcPr>
          <w:p w14:paraId="7B8B56D9"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transport public (autobus ou métro)</w:t>
            </w:r>
          </w:p>
        </w:tc>
      </w:tr>
      <w:tr w:rsidR="00F241D0" w:rsidRPr="00F241D0" w14:paraId="691A5FA8" w14:textId="77777777">
        <w:tc>
          <w:tcPr>
            <w:tcW w:w="792" w:type="dxa"/>
          </w:tcPr>
          <w:p w14:paraId="41828CC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10</w:t>
            </w:r>
          </w:p>
        </w:tc>
        <w:tc>
          <w:tcPr>
            <w:tcW w:w="9288" w:type="dxa"/>
          </w:tcPr>
          <w:p w14:paraId="485E6A21"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radio</w:t>
            </w:r>
          </w:p>
        </w:tc>
      </w:tr>
      <w:tr w:rsidR="00F241D0" w:rsidRPr="00F241D0" w14:paraId="172CF101" w14:textId="77777777">
        <w:tc>
          <w:tcPr>
            <w:tcW w:w="792" w:type="dxa"/>
          </w:tcPr>
          <w:p w14:paraId="33D4B0E9"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11</w:t>
            </w:r>
          </w:p>
        </w:tc>
        <w:tc>
          <w:tcPr>
            <w:tcW w:w="9288" w:type="dxa"/>
          </w:tcPr>
          <w:p w14:paraId="01939E4F"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télévision</w:t>
            </w:r>
          </w:p>
        </w:tc>
      </w:tr>
      <w:tr w:rsidR="00F241D0" w:rsidRPr="00F241D0" w14:paraId="1CC8C2DC" w14:textId="77777777">
        <w:tc>
          <w:tcPr>
            <w:tcW w:w="792" w:type="dxa"/>
          </w:tcPr>
          <w:p w14:paraId="32265E99"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12</w:t>
            </w:r>
          </w:p>
        </w:tc>
        <w:tc>
          <w:tcPr>
            <w:tcW w:w="9288" w:type="dxa"/>
          </w:tcPr>
          <w:p w14:paraId="0507F18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Twitter</w:t>
            </w:r>
          </w:p>
        </w:tc>
      </w:tr>
      <w:tr w:rsidR="00F241D0" w:rsidRPr="00F241D0" w14:paraId="59117184" w14:textId="77777777">
        <w:tc>
          <w:tcPr>
            <w:tcW w:w="792" w:type="dxa"/>
          </w:tcPr>
          <w:p w14:paraId="5CE83DB6"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13</w:t>
            </w:r>
          </w:p>
        </w:tc>
        <w:tc>
          <w:tcPr>
            <w:tcW w:w="9288" w:type="dxa"/>
          </w:tcPr>
          <w:p w14:paraId="549451C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YouTube</w:t>
            </w:r>
          </w:p>
        </w:tc>
      </w:tr>
      <w:tr w:rsidR="00F241D0" w:rsidRPr="00F241D0" w14:paraId="345773AD" w14:textId="77777777">
        <w:tc>
          <w:tcPr>
            <w:tcW w:w="792" w:type="dxa"/>
          </w:tcPr>
          <w:p w14:paraId="0D3CC054"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14</w:t>
            </w:r>
          </w:p>
        </w:tc>
        <w:tc>
          <w:tcPr>
            <w:tcW w:w="9288" w:type="dxa"/>
          </w:tcPr>
          <w:p w14:paraId="6EAB1527"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Instagram</w:t>
            </w:r>
          </w:p>
        </w:tc>
      </w:tr>
      <w:tr w:rsidR="00F241D0" w:rsidRPr="00F241D0" w14:paraId="23A06CF0" w14:textId="77777777">
        <w:tc>
          <w:tcPr>
            <w:tcW w:w="792" w:type="dxa"/>
          </w:tcPr>
          <w:p w14:paraId="19FD8D17"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15</w:t>
            </w:r>
          </w:p>
        </w:tc>
        <w:tc>
          <w:tcPr>
            <w:tcW w:w="9288" w:type="dxa"/>
          </w:tcPr>
          <w:p w14:paraId="2F1A6BA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LinkedIn</w:t>
            </w:r>
          </w:p>
        </w:tc>
      </w:tr>
      <w:tr w:rsidR="00F241D0" w:rsidRPr="00F241D0" w14:paraId="5B9349B0" w14:textId="77777777">
        <w:tc>
          <w:tcPr>
            <w:tcW w:w="792" w:type="dxa"/>
          </w:tcPr>
          <w:p w14:paraId="5C7FFE6A"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16</w:t>
            </w:r>
          </w:p>
        </w:tc>
        <w:tc>
          <w:tcPr>
            <w:tcW w:w="9288" w:type="dxa"/>
          </w:tcPr>
          <w:p w14:paraId="3550106F"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Snapchat</w:t>
            </w:r>
          </w:p>
        </w:tc>
      </w:tr>
      <w:tr w:rsidR="00F241D0" w:rsidRPr="00F241D0" w14:paraId="055631BC" w14:textId="77777777">
        <w:tc>
          <w:tcPr>
            <w:tcW w:w="792" w:type="dxa"/>
          </w:tcPr>
          <w:p w14:paraId="3C7EDD33"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17</w:t>
            </w:r>
          </w:p>
        </w:tc>
        <w:tc>
          <w:tcPr>
            <w:tcW w:w="9288" w:type="dxa"/>
          </w:tcPr>
          <w:p w14:paraId="69F8B57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Spotify</w:t>
            </w:r>
          </w:p>
        </w:tc>
      </w:tr>
      <w:tr w:rsidR="00F241D0" w:rsidRPr="00F241D0" w14:paraId="773CD33F" w14:textId="77777777">
        <w:tc>
          <w:tcPr>
            <w:tcW w:w="792" w:type="dxa"/>
          </w:tcPr>
          <w:p w14:paraId="56BE9FCF"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18</w:t>
            </w:r>
          </w:p>
        </w:tc>
        <w:tc>
          <w:tcPr>
            <w:tcW w:w="9288" w:type="dxa"/>
          </w:tcPr>
          <w:p w14:paraId="6A05AFF9"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autre, veuillez préciser    __________________________________________________</w:t>
            </w:r>
          </w:p>
        </w:tc>
      </w:tr>
    </w:tbl>
    <w:p w14:paraId="73811863"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3A917B96"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Q3</w:t>
      </w:r>
    </w:p>
    <w:p w14:paraId="7A3EF970"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De quoi vous souvenez-vous à propos de cette publicité?</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p>
    <w:p w14:paraId="5CF4369F" w14:textId="06C61C75"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i/>
          <w:color w:val="A8A8A8"/>
        </w:rPr>
        <w:t>Veuillez éviter de fournir des renseignements personnels permettant de vous identifier (p. ex. nom, courriel, numéro de téléphone, adresse postale), puisque toute l’information que vous entrez pourrait être communiquée au commanditaire de cette étude.</w:t>
      </w:r>
    </w:p>
    <w:p w14:paraId="1FE05232"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p w14:paraId="7BBE193C" w14:textId="77777777" w:rsidR="00F241D0" w:rsidRPr="00F241D0" w:rsidRDefault="00F241D0" w:rsidP="00F46697">
      <w:pPr>
        <w:keepNext/>
        <w:keepLines/>
        <w:spacing w:line="276" w:lineRule="auto"/>
        <w:jc w:val="left"/>
        <w:rPr>
          <w:rFonts w:asciiTheme="minorHAnsi" w:eastAsiaTheme="minorEastAsia" w:hAnsiTheme="minorHAnsi"/>
          <w:sz w:val="22"/>
          <w:szCs w:val="22"/>
        </w:rPr>
      </w:pPr>
      <w:r>
        <w:rPr>
          <w:rFonts w:asciiTheme="minorHAnsi" w:hAnsiTheme="minorHAnsi"/>
          <w:sz w:val="22"/>
        </w:rPr>
        <w:t>__________________________________________________</w:t>
      </w:r>
      <w:r>
        <w:rPr>
          <w:rFonts w:asciiTheme="minorHAnsi" w:hAnsiTheme="minorHAnsi"/>
          <w:sz w:val="22"/>
        </w:rPr>
        <w:br/>
        <w:t>__________________________________________________</w:t>
      </w:r>
      <w:r>
        <w:rPr>
          <w:rFonts w:asciiTheme="minorHAnsi" w:hAnsiTheme="minorHAnsi"/>
          <w:sz w:val="22"/>
        </w:rPr>
        <w:br/>
        <w:t>__________________________________________________</w:t>
      </w:r>
      <w:r>
        <w:rPr>
          <w:rFonts w:asciiTheme="minorHAnsi" w:hAnsiTheme="minorHAnsi"/>
          <w:sz w:val="22"/>
        </w:rPr>
        <w:br/>
        <w:t>__________________________________________________</w:t>
      </w:r>
      <w:r>
        <w:rPr>
          <w:rFonts w:asciiTheme="minorHAnsi" w:hAnsiTheme="minorHAnsi"/>
          <w:sz w:val="22"/>
        </w:rPr>
        <w:br/>
        <w:t>__________________________________________________</w:t>
      </w:r>
    </w:p>
    <w:p w14:paraId="46DB012B" w14:textId="77777777" w:rsidR="00F241D0" w:rsidRPr="00316687" w:rsidRDefault="00F241D0" w:rsidP="00F46697">
      <w:pPr>
        <w:spacing w:after="200" w:line="276" w:lineRule="auto"/>
        <w:jc w:val="left"/>
        <w:rPr>
          <w:rFonts w:asciiTheme="minorHAnsi" w:eastAsiaTheme="minorEastAsia" w:hAnsiTheme="minorHAnsi"/>
          <w:sz w:val="22"/>
          <w:szCs w:val="22"/>
          <w:lang w:val="fr-FR" w:eastAsia="en-US"/>
        </w:rPr>
      </w:pPr>
    </w:p>
    <w:p w14:paraId="5AC89786"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lastRenderedPageBreak/>
        <w:t>Q4</w:t>
      </w:r>
    </w:p>
    <w:p w14:paraId="5C69E5C4"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Comment avez-vous su qu’il s’agissait d’une publicité du gouvernement du Canada?</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p>
    <w:p w14:paraId="65A0743B" w14:textId="793E6E32"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i/>
          <w:color w:val="A8A8A8"/>
        </w:rPr>
        <w:t>Veuillez éviter de fournir des renseignements personnels permettant de vous identifier (p. ex. nom, courriel, numéro de téléphone, adresse postale), puisque toute l’information que vous entrez pourrait être communiquée au commanditaire de cette étude.</w:t>
      </w:r>
    </w:p>
    <w:p w14:paraId="5797E814"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p w14:paraId="79AF2FA3" w14:textId="77777777" w:rsidR="00F241D0" w:rsidRPr="00F241D0" w:rsidRDefault="00F241D0" w:rsidP="00F46697">
      <w:pPr>
        <w:keepNext/>
        <w:keepLines/>
        <w:spacing w:line="276" w:lineRule="auto"/>
        <w:jc w:val="left"/>
        <w:rPr>
          <w:rFonts w:asciiTheme="minorHAnsi" w:eastAsiaTheme="minorEastAsia" w:hAnsiTheme="minorHAnsi"/>
          <w:sz w:val="22"/>
          <w:szCs w:val="22"/>
        </w:rPr>
      </w:pPr>
      <w:r>
        <w:rPr>
          <w:rFonts w:asciiTheme="minorHAnsi" w:hAnsiTheme="minorHAnsi"/>
          <w:sz w:val="22"/>
        </w:rPr>
        <w:t>__________________________________________________</w:t>
      </w:r>
      <w:r>
        <w:rPr>
          <w:rFonts w:asciiTheme="minorHAnsi" w:hAnsiTheme="minorHAnsi"/>
          <w:sz w:val="22"/>
        </w:rPr>
        <w:br/>
        <w:t>__________________________________________________</w:t>
      </w:r>
      <w:r>
        <w:rPr>
          <w:rFonts w:asciiTheme="minorHAnsi" w:hAnsiTheme="minorHAnsi"/>
          <w:sz w:val="22"/>
        </w:rPr>
        <w:br/>
        <w:t>__________________________________________________</w:t>
      </w:r>
      <w:r>
        <w:rPr>
          <w:rFonts w:asciiTheme="minorHAnsi" w:hAnsiTheme="minorHAnsi"/>
          <w:sz w:val="22"/>
        </w:rPr>
        <w:br/>
        <w:t>__________________________________________________</w:t>
      </w:r>
      <w:r>
        <w:rPr>
          <w:rFonts w:asciiTheme="minorHAnsi" w:hAnsiTheme="minorHAnsi"/>
          <w:sz w:val="22"/>
        </w:rPr>
        <w:br/>
        <w:t>__________________________________________________</w:t>
      </w:r>
    </w:p>
    <w:p w14:paraId="50C38164" w14:textId="77777777" w:rsidR="00F241D0" w:rsidRPr="00316687" w:rsidRDefault="00F241D0" w:rsidP="00F46697">
      <w:pPr>
        <w:spacing w:after="200" w:line="276" w:lineRule="auto"/>
        <w:jc w:val="left"/>
        <w:rPr>
          <w:rFonts w:asciiTheme="minorHAnsi" w:eastAsiaTheme="minorEastAsia" w:hAnsiTheme="minorHAnsi"/>
          <w:sz w:val="22"/>
          <w:szCs w:val="22"/>
          <w:lang w:val="fr-FR" w:eastAsia="en-US"/>
        </w:rPr>
      </w:pPr>
    </w:p>
    <w:p w14:paraId="7747B8DC" w14:textId="77777777" w:rsidR="00F241D0" w:rsidRPr="00F241D0" w:rsidRDefault="00F241D0" w:rsidP="00F46697">
      <w:pPr>
        <w:keepNext/>
        <w:spacing w:after="220" w:line="276" w:lineRule="auto"/>
        <w:jc w:val="left"/>
        <w:rPr>
          <w:rFonts w:asciiTheme="minorHAnsi" w:eastAsiaTheme="minorEastAsia" w:hAnsiTheme="minorHAnsi"/>
          <w:sz w:val="22"/>
          <w:szCs w:val="22"/>
        </w:rPr>
      </w:pPr>
      <w:r>
        <w:rPr>
          <w:rFonts w:asciiTheme="minorHAnsi" w:hAnsiTheme="minorHAnsi"/>
          <w:b/>
          <w:sz w:val="28"/>
        </w:rPr>
        <w:t>Page</w:t>
      </w:r>
    </w:p>
    <w:p w14:paraId="158BC078"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T1A</w:t>
      </w:r>
    </w:p>
    <w:p w14:paraId="2D63687A" w14:textId="56B1D4F2"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Au cours des trois dernières semaines, avez-vous vu, lu ou entendu une publicité du gouvernement du Canada au sujet de voyages internationaux?</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p>
    <w:p w14:paraId="59ABE297"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
        <w:gridCol w:w="8648"/>
      </w:tblGrid>
      <w:tr w:rsidR="00F241D0" w:rsidRPr="00F241D0" w14:paraId="042831ED" w14:textId="77777777">
        <w:tc>
          <w:tcPr>
            <w:tcW w:w="792" w:type="dxa"/>
          </w:tcPr>
          <w:p w14:paraId="3220A5A1"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w:t>
            </w:r>
          </w:p>
        </w:tc>
        <w:tc>
          <w:tcPr>
            <w:tcW w:w="9288" w:type="dxa"/>
          </w:tcPr>
          <w:p w14:paraId="297EE51C"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oui</w:t>
            </w:r>
          </w:p>
        </w:tc>
      </w:tr>
      <w:tr w:rsidR="00F241D0" w:rsidRPr="00F241D0" w14:paraId="5FFB66A6" w14:textId="77777777">
        <w:tc>
          <w:tcPr>
            <w:tcW w:w="792" w:type="dxa"/>
          </w:tcPr>
          <w:p w14:paraId="151000E8"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w:t>
            </w:r>
          </w:p>
        </w:tc>
        <w:tc>
          <w:tcPr>
            <w:tcW w:w="9288" w:type="dxa"/>
          </w:tcPr>
          <w:p w14:paraId="21FF736A"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non</w:t>
            </w:r>
          </w:p>
        </w:tc>
      </w:tr>
    </w:tbl>
    <w:p w14:paraId="4A9DD089"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2355F6A1" w14:textId="516C4D01" w:rsidR="00F241D0" w:rsidRPr="00F241D0" w:rsidRDefault="00F241D0" w:rsidP="00F46697">
      <w:pPr>
        <w:keepNext/>
        <w:spacing w:after="220" w:line="276" w:lineRule="auto"/>
        <w:jc w:val="left"/>
        <w:rPr>
          <w:rFonts w:asciiTheme="minorHAnsi" w:eastAsiaTheme="minorEastAsia" w:hAnsiTheme="minorHAnsi"/>
          <w:sz w:val="22"/>
          <w:szCs w:val="22"/>
        </w:rPr>
      </w:pPr>
      <w:r>
        <w:rPr>
          <w:rFonts w:asciiTheme="minorHAnsi" w:hAnsiTheme="minorHAnsi"/>
          <w:b/>
          <w:sz w:val="28"/>
        </w:rPr>
        <w:t>Page</w:t>
      </w:r>
      <w:r>
        <w:rPr>
          <w:rFonts w:asciiTheme="minorHAnsi" w:hAnsiTheme="minorHAnsi"/>
          <w:i/>
        </w:rPr>
        <w:tab/>
        <w:t>S’affiche si réponse Oui à la T1A</w:t>
      </w:r>
    </w:p>
    <w:p w14:paraId="33E356AE"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T1B</w:t>
      </w:r>
    </w:p>
    <w:p w14:paraId="33812309"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Où avez-vous vu, lu ou entendu cette publicité au sujet de voyages internationaux?</w:t>
      </w:r>
      <w:r>
        <w:rPr>
          <w:rFonts w:asciiTheme="minorHAnsi" w:hAnsiTheme="minorHAnsi"/>
          <w:sz w:val="22"/>
        </w:rPr>
        <w:br/>
      </w:r>
      <w:r>
        <w:rPr>
          <w:rFonts w:asciiTheme="minorHAnsi" w:hAnsiTheme="minorHAnsi"/>
          <w:sz w:val="22"/>
        </w:rPr>
        <w:br/>
      </w:r>
      <w:r>
        <w:rPr>
          <w:rFonts w:asciiTheme="minorHAnsi" w:hAnsiTheme="minorHAnsi"/>
        </w:rPr>
        <w:t>Choisissez toutes les réponses applicables.</w:t>
      </w:r>
      <w:r>
        <w:rPr>
          <w:rFonts w:asciiTheme="minorHAnsi" w:hAnsiTheme="minorHAnsi"/>
        </w:rPr>
        <w:br/>
        <w:t xml:space="preserve">Cliquez ici pour obtenir de l’aide d’ordre technique : </w:t>
      </w:r>
      <w:r>
        <w:rPr>
          <w:rFonts w:asciiTheme="minorHAnsi" w:hAnsiTheme="minorHAnsi"/>
          <w:b/>
        </w:rPr>
        <w:t>*?*</w:t>
      </w:r>
    </w:p>
    <w:p w14:paraId="7C29D13B"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
        <w:gridCol w:w="8708"/>
      </w:tblGrid>
      <w:tr w:rsidR="00F241D0" w:rsidRPr="00F241D0" w14:paraId="00066AA6" w14:textId="77777777">
        <w:tc>
          <w:tcPr>
            <w:tcW w:w="792" w:type="dxa"/>
          </w:tcPr>
          <w:p w14:paraId="6B4CB0C7"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w:t>
            </w:r>
          </w:p>
        </w:tc>
        <w:tc>
          <w:tcPr>
            <w:tcW w:w="9288" w:type="dxa"/>
          </w:tcPr>
          <w:p w14:paraId="7826B54E"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cinéma</w:t>
            </w:r>
          </w:p>
        </w:tc>
      </w:tr>
      <w:tr w:rsidR="00F241D0" w:rsidRPr="00F241D0" w14:paraId="2A98E830" w14:textId="77777777">
        <w:tc>
          <w:tcPr>
            <w:tcW w:w="792" w:type="dxa"/>
          </w:tcPr>
          <w:p w14:paraId="113618C8"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w:t>
            </w:r>
          </w:p>
        </w:tc>
        <w:tc>
          <w:tcPr>
            <w:tcW w:w="9288" w:type="dxa"/>
          </w:tcPr>
          <w:p w14:paraId="63616628"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Facebook</w:t>
            </w:r>
          </w:p>
        </w:tc>
      </w:tr>
      <w:tr w:rsidR="00F241D0" w:rsidRPr="00F241D0" w14:paraId="47D9F1E6" w14:textId="77777777">
        <w:tc>
          <w:tcPr>
            <w:tcW w:w="792" w:type="dxa"/>
          </w:tcPr>
          <w:p w14:paraId="47105107"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w:t>
            </w:r>
          </w:p>
        </w:tc>
        <w:tc>
          <w:tcPr>
            <w:tcW w:w="9288" w:type="dxa"/>
          </w:tcPr>
          <w:p w14:paraId="58016058"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site Internet</w:t>
            </w:r>
          </w:p>
        </w:tc>
      </w:tr>
      <w:tr w:rsidR="00F241D0" w:rsidRPr="00F241D0" w14:paraId="49E75A8B" w14:textId="77777777">
        <w:tc>
          <w:tcPr>
            <w:tcW w:w="792" w:type="dxa"/>
          </w:tcPr>
          <w:p w14:paraId="0F21EDE8"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4</w:t>
            </w:r>
          </w:p>
        </w:tc>
        <w:tc>
          <w:tcPr>
            <w:tcW w:w="9288" w:type="dxa"/>
          </w:tcPr>
          <w:p w14:paraId="23B09F98"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magazines</w:t>
            </w:r>
          </w:p>
        </w:tc>
      </w:tr>
      <w:tr w:rsidR="00F241D0" w:rsidRPr="00F241D0" w14:paraId="175F1E25" w14:textId="77777777">
        <w:tc>
          <w:tcPr>
            <w:tcW w:w="792" w:type="dxa"/>
          </w:tcPr>
          <w:p w14:paraId="4B89558C"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5</w:t>
            </w:r>
          </w:p>
        </w:tc>
        <w:tc>
          <w:tcPr>
            <w:tcW w:w="9288" w:type="dxa"/>
          </w:tcPr>
          <w:p w14:paraId="6EA3A789"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journal (quotidien)</w:t>
            </w:r>
          </w:p>
        </w:tc>
      </w:tr>
      <w:tr w:rsidR="00F241D0" w:rsidRPr="00F241D0" w14:paraId="337E13FC" w14:textId="77777777">
        <w:tc>
          <w:tcPr>
            <w:tcW w:w="792" w:type="dxa"/>
          </w:tcPr>
          <w:p w14:paraId="37143028"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6</w:t>
            </w:r>
          </w:p>
        </w:tc>
        <w:tc>
          <w:tcPr>
            <w:tcW w:w="9288" w:type="dxa"/>
          </w:tcPr>
          <w:p w14:paraId="1C8849A6"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journal (hebdomadaire ou communautaire)</w:t>
            </w:r>
          </w:p>
        </w:tc>
      </w:tr>
      <w:tr w:rsidR="00F241D0" w:rsidRPr="00F241D0" w14:paraId="54C3EA87" w14:textId="77777777">
        <w:tc>
          <w:tcPr>
            <w:tcW w:w="792" w:type="dxa"/>
          </w:tcPr>
          <w:p w14:paraId="06D18A9C"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7</w:t>
            </w:r>
          </w:p>
        </w:tc>
        <w:tc>
          <w:tcPr>
            <w:tcW w:w="9288" w:type="dxa"/>
          </w:tcPr>
          <w:p w14:paraId="2FBF30E7"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panneaux d’affichage extérieurs</w:t>
            </w:r>
          </w:p>
        </w:tc>
      </w:tr>
      <w:tr w:rsidR="00F241D0" w:rsidRPr="000623F5" w14:paraId="21FDEA0B" w14:textId="77777777">
        <w:tc>
          <w:tcPr>
            <w:tcW w:w="792" w:type="dxa"/>
          </w:tcPr>
          <w:p w14:paraId="7B092A5C"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lastRenderedPageBreak/>
              <w:t>❑</w:t>
            </w:r>
            <w:r>
              <w:rPr>
                <w:rFonts w:asciiTheme="minorHAnsi" w:hAnsiTheme="minorHAnsi"/>
                <w:sz w:val="20"/>
                <w:vertAlign w:val="subscript"/>
              </w:rPr>
              <w:t xml:space="preserve">   8</w:t>
            </w:r>
          </w:p>
        </w:tc>
        <w:tc>
          <w:tcPr>
            <w:tcW w:w="9288" w:type="dxa"/>
          </w:tcPr>
          <w:p w14:paraId="29AB0C26"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dépliant ou brochure reçu(e) par la poste</w:t>
            </w:r>
          </w:p>
        </w:tc>
      </w:tr>
      <w:tr w:rsidR="00F241D0" w:rsidRPr="000623F5" w14:paraId="6FA4B04F" w14:textId="77777777">
        <w:tc>
          <w:tcPr>
            <w:tcW w:w="792" w:type="dxa"/>
          </w:tcPr>
          <w:p w14:paraId="2508727A"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9</w:t>
            </w:r>
          </w:p>
        </w:tc>
        <w:tc>
          <w:tcPr>
            <w:tcW w:w="9288" w:type="dxa"/>
          </w:tcPr>
          <w:p w14:paraId="501C7AED"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transport public (autobus ou métro)</w:t>
            </w:r>
          </w:p>
        </w:tc>
      </w:tr>
      <w:tr w:rsidR="00F241D0" w:rsidRPr="00F241D0" w14:paraId="01289C2D" w14:textId="77777777">
        <w:tc>
          <w:tcPr>
            <w:tcW w:w="792" w:type="dxa"/>
          </w:tcPr>
          <w:p w14:paraId="1C0CBB37"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10</w:t>
            </w:r>
          </w:p>
        </w:tc>
        <w:tc>
          <w:tcPr>
            <w:tcW w:w="9288" w:type="dxa"/>
          </w:tcPr>
          <w:p w14:paraId="2F76F1D7"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radio</w:t>
            </w:r>
          </w:p>
        </w:tc>
      </w:tr>
      <w:tr w:rsidR="00F241D0" w:rsidRPr="00F241D0" w14:paraId="7793DA53" w14:textId="77777777">
        <w:tc>
          <w:tcPr>
            <w:tcW w:w="792" w:type="dxa"/>
          </w:tcPr>
          <w:p w14:paraId="0DFC206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11</w:t>
            </w:r>
          </w:p>
        </w:tc>
        <w:tc>
          <w:tcPr>
            <w:tcW w:w="9288" w:type="dxa"/>
          </w:tcPr>
          <w:p w14:paraId="1C72B4EE"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télévision</w:t>
            </w:r>
          </w:p>
        </w:tc>
      </w:tr>
      <w:tr w:rsidR="00F241D0" w:rsidRPr="00F241D0" w14:paraId="25ECEF4D" w14:textId="77777777">
        <w:tc>
          <w:tcPr>
            <w:tcW w:w="792" w:type="dxa"/>
          </w:tcPr>
          <w:p w14:paraId="7E2B8BC3"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12</w:t>
            </w:r>
          </w:p>
        </w:tc>
        <w:tc>
          <w:tcPr>
            <w:tcW w:w="9288" w:type="dxa"/>
          </w:tcPr>
          <w:p w14:paraId="679DA5C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Twitter</w:t>
            </w:r>
          </w:p>
        </w:tc>
      </w:tr>
      <w:tr w:rsidR="00F241D0" w:rsidRPr="00F241D0" w14:paraId="6E0306D8" w14:textId="77777777">
        <w:tc>
          <w:tcPr>
            <w:tcW w:w="792" w:type="dxa"/>
          </w:tcPr>
          <w:p w14:paraId="0DA51F1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13</w:t>
            </w:r>
          </w:p>
        </w:tc>
        <w:tc>
          <w:tcPr>
            <w:tcW w:w="9288" w:type="dxa"/>
          </w:tcPr>
          <w:p w14:paraId="12A5643C"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YouTube</w:t>
            </w:r>
          </w:p>
        </w:tc>
      </w:tr>
      <w:tr w:rsidR="00F241D0" w:rsidRPr="00F241D0" w14:paraId="3E527A19" w14:textId="77777777">
        <w:tc>
          <w:tcPr>
            <w:tcW w:w="792" w:type="dxa"/>
          </w:tcPr>
          <w:p w14:paraId="052A7D64"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14</w:t>
            </w:r>
          </w:p>
        </w:tc>
        <w:tc>
          <w:tcPr>
            <w:tcW w:w="9288" w:type="dxa"/>
          </w:tcPr>
          <w:p w14:paraId="4A190E9D"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Instagram</w:t>
            </w:r>
          </w:p>
        </w:tc>
      </w:tr>
      <w:tr w:rsidR="00F241D0" w:rsidRPr="00F241D0" w14:paraId="031A06B3" w14:textId="77777777">
        <w:tc>
          <w:tcPr>
            <w:tcW w:w="792" w:type="dxa"/>
          </w:tcPr>
          <w:p w14:paraId="7D22DB7B"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15</w:t>
            </w:r>
          </w:p>
        </w:tc>
        <w:tc>
          <w:tcPr>
            <w:tcW w:w="9288" w:type="dxa"/>
          </w:tcPr>
          <w:p w14:paraId="3D4B0C0C"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LinkedIn</w:t>
            </w:r>
          </w:p>
        </w:tc>
      </w:tr>
      <w:tr w:rsidR="00F241D0" w:rsidRPr="00F241D0" w14:paraId="315301C4" w14:textId="77777777">
        <w:tc>
          <w:tcPr>
            <w:tcW w:w="792" w:type="dxa"/>
          </w:tcPr>
          <w:p w14:paraId="187FA871"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16</w:t>
            </w:r>
          </w:p>
        </w:tc>
        <w:tc>
          <w:tcPr>
            <w:tcW w:w="9288" w:type="dxa"/>
          </w:tcPr>
          <w:p w14:paraId="746DBF5B"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Snapchat</w:t>
            </w:r>
          </w:p>
        </w:tc>
      </w:tr>
      <w:tr w:rsidR="00F241D0" w:rsidRPr="00F241D0" w14:paraId="1F4D50A3" w14:textId="77777777">
        <w:tc>
          <w:tcPr>
            <w:tcW w:w="792" w:type="dxa"/>
          </w:tcPr>
          <w:p w14:paraId="587791D8"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17</w:t>
            </w:r>
          </w:p>
        </w:tc>
        <w:tc>
          <w:tcPr>
            <w:tcW w:w="9288" w:type="dxa"/>
          </w:tcPr>
          <w:p w14:paraId="7E22FCE8"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Spotify</w:t>
            </w:r>
          </w:p>
        </w:tc>
      </w:tr>
      <w:tr w:rsidR="00F241D0" w:rsidRPr="00F241D0" w14:paraId="74A3B851" w14:textId="77777777">
        <w:tc>
          <w:tcPr>
            <w:tcW w:w="792" w:type="dxa"/>
          </w:tcPr>
          <w:p w14:paraId="741B3688"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18</w:t>
            </w:r>
          </w:p>
        </w:tc>
        <w:tc>
          <w:tcPr>
            <w:tcW w:w="9288" w:type="dxa"/>
          </w:tcPr>
          <w:p w14:paraId="5307FDE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autre, veuillez préciser   __________________________________________________</w:t>
            </w:r>
          </w:p>
        </w:tc>
      </w:tr>
    </w:tbl>
    <w:p w14:paraId="47E2E6DF"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66BFE522"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T1C</w:t>
      </w:r>
    </w:p>
    <w:p w14:paraId="6AC6274F"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De quoi vous souvenez-vous à propos de cette publicité?</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p>
    <w:p w14:paraId="4EDEF95C" w14:textId="42D2F7B4"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i/>
          <w:color w:val="A8A8A8"/>
        </w:rPr>
        <w:t>Veuillez éviter de fournir des renseignements personnels permettant de vous identifier (p. ex. nom, courriel, numéro de téléphone, adresse postale), puisque toute l’information que vous entrez pourrait être communiquée au commanditaire de cette étude.</w:t>
      </w:r>
    </w:p>
    <w:p w14:paraId="5B111B68"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p w14:paraId="3A554E95" w14:textId="77777777" w:rsidR="00F241D0" w:rsidRPr="00F241D0" w:rsidRDefault="00F241D0" w:rsidP="00F46697">
      <w:pPr>
        <w:keepNext/>
        <w:keepLines/>
        <w:spacing w:line="276" w:lineRule="auto"/>
        <w:jc w:val="left"/>
        <w:rPr>
          <w:rFonts w:asciiTheme="minorHAnsi" w:eastAsiaTheme="minorEastAsia" w:hAnsiTheme="minorHAnsi"/>
          <w:sz w:val="22"/>
          <w:szCs w:val="22"/>
        </w:rPr>
      </w:pPr>
      <w:r>
        <w:rPr>
          <w:rFonts w:asciiTheme="minorHAnsi" w:hAnsiTheme="minorHAnsi"/>
          <w:sz w:val="22"/>
        </w:rPr>
        <w:t>__________________________________________________</w:t>
      </w:r>
      <w:r>
        <w:rPr>
          <w:rFonts w:asciiTheme="minorHAnsi" w:hAnsiTheme="minorHAnsi"/>
          <w:sz w:val="22"/>
        </w:rPr>
        <w:br/>
        <w:t>__________________________________________________</w:t>
      </w:r>
      <w:r>
        <w:rPr>
          <w:rFonts w:asciiTheme="minorHAnsi" w:hAnsiTheme="minorHAnsi"/>
          <w:sz w:val="22"/>
        </w:rPr>
        <w:br/>
        <w:t>__________________________________________________</w:t>
      </w:r>
      <w:r>
        <w:rPr>
          <w:rFonts w:asciiTheme="minorHAnsi" w:hAnsiTheme="minorHAnsi"/>
          <w:sz w:val="22"/>
        </w:rPr>
        <w:br/>
        <w:t>__________________________________________________</w:t>
      </w:r>
      <w:r>
        <w:rPr>
          <w:rFonts w:asciiTheme="minorHAnsi" w:hAnsiTheme="minorHAnsi"/>
          <w:sz w:val="22"/>
        </w:rPr>
        <w:br/>
        <w:t>__________________________________________________</w:t>
      </w:r>
    </w:p>
    <w:p w14:paraId="75B46FE2" w14:textId="77777777" w:rsidR="00F241D0" w:rsidRPr="00316687" w:rsidRDefault="00F241D0" w:rsidP="00F46697">
      <w:pPr>
        <w:spacing w:after="200" w:line="276" w:lineRule="auto"/>
        <w:jc w:val="left"/>
        <w:rPr>
          <w:rFonts w:asciiTheme="minorHAnsi" w:eastAsiaTheme="minorEastAsia" w:hAnsiTheme="minorHAnsi"/>
          <w:sz w:val="22"/>
          <w:szCs w:val="22"/>
          <w:lang w:val="fr-FR" w:eastAsia="en-US"/>
        </w:rPr>
      </w:pPr>
    </w:p>
    <w:p w14:paraId="2635356D" w14:textId="77777777" w:rsidR="00F241D0" w:rsidRPr="00F241D0" w:rsidRDefault="00F241D0" w:rsidP="00F46697">
      <w:pPr>
        <w:keepNext/>
        <w:spacing w:after="220" w:line="276" w:lineRule="auto"/>
        <w:jc w:val="left"/>
        <w:rPr>
          <w:rFonts w:asciiTheme="minorHAnsi" w:eastAsiaTheme="minorEastAsia" w:hAnsiTheme="minorHAnsi"/>
          <w:sz w:val="22"/>
          <w:szCs w:val="22"/>
        </w:rPr>
      </w:pPr>
      <w:r>
        <w:rPr>
          <w:rFonts w:asciiTheme="minorHAnsi" w:hAnsiTheme="minorHAnsi"/>
          <w:b/>
          <w:sz w:val="28"/>
        </w:rPr>
        <w:t>Page</w:t>
      </w:r>
    </w:p>
    <w:p w14:paraId="624F680B"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T1D</w:t>
      </w:r>
    </w:p>
    <w:p w14:paraId="1B5758D9"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 xml:space="preserve">Le Canada a actuellement mis en œuvre un certain nombre de restrictions relatives aux voyages afin d’aider à contenir la propagation de la COVID-19. Parmi les mesures suivantes, savez-vous lesquelles sont actuellement en vigueur pour l’entrée au Canada? </w:t>
      </w:r>
      <w:r>
        <w:rPr>
          <w:rFonts w:asciiTheme="minorHAnsi" w:hAnsiTheme="minorHAnsi"/>
          <w:b/>
          <w:sz w:val="22"/>
        </w:rPr>
        <w:t>*?*</w:t>
      </w:r>
    </w:p>
    <w:p w14:paraId="00F83110"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Pour obtenir de l’aide d’ordre technique, veuillez communiquer avec Sue Day par téléphone, en composant le 1-866-542-6921, ou par courriel, en écrivant à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
        <w:gridCol w:w="8648"/>
      </w:tblGrid>
      <w:tr w:rsidR="00F241D0" w:rsidRPr="00F241D0" w14:paraId="66DC12A2" w14:textId="77777777">
        <w:tc>
          <w:tcPr>
            <w:tcW w:w="792" w:type="dxa"/>
          </w:tcPr>
          <w:p w14:paraId="4C7ED71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1.</w:t>
            </w:r>
          </w:p>
        </w:tc>
        <w:tc>
          <w:tcPr>
            <w:tcW w:w="9288" w:type="dxa"/>
          </w:tcPr>
          <w:p w14:paraId="390DF0CF"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Tous les voyageurs (terrestres et aériens) doivent fournir la preuve d’un test de dépistage de la COVID-19 négatif effectué dans les 72 heures précédant leur arrivée au Canada. *</w:t>
            </w:r>
          </w:p>
        </w:tc>
      </w:tr>
      <w:tr w:rsidR="00F241D0" w:rsidRPr="00F241D0" w14:paraId="3FC66087" w14:textId="77777777">
        <w:tc>
          <w:tcPr>
            <w:tcW w:w="792" w:type="dxa"/>
          </w:tcPr>
          <w:p w14:paraId="23C3BE19"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2.</w:t>
            </w:r>
          </w:p>
        </w:tc>
        <w:tc>
          <w:tcPr>
            <w:tcW w:w="9288" w:type="dxa"/>
          </w:tcPr>
          <w:p w14:paraId="2760987B"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Tous les voyageurs (terrestres et aériens) doivent soumettre leurs informations de voyage et de contact, y compris un plan approprié de quarantaine, par voie électronique au moyen de l’application </w:t>
            </w:r>
            <w:proofErr w:type="spellStart"/>
            <w:r>
              <w:rPr>
                <w:rFonts w:asciiTheme="minorHAnsi" w:hAnsiTheme="minorHAnsi"/>
              </w:rPr>
              <w:t>ArriveCAN</w:t>
            </w:r>
            <w:proofErr w:type="spellEnd"/>
            <w:r>
              <w:rPr>
                <w:rFonts w:asciiTheme="minorHAnsi" w:hAnsiTheme="minorHAnsi"/>
              </w:rPr>
              <w:t xml:space="preserve"> avant de franchir la frontière ou d’embarquer dans un vol. *</w:t>
            </w:r>
          </w:p>
        </w:tc>
      </w:tr>
      <w:tr w:rsidR="00F241D0" w:rsidRPr="00F241D0" w14:paraId="5F9EA7A2" w14:textId="77777777">
        <w:tc>
          <w:tcPr>
            <w:tcW w:w="792" w:type="dxa"/>
          </w:tcPr>
          <w:p w14:paraId="3871FD93"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3.</w:t>
            </w:r>
          </w:p>
        </w:tc>
        <w:tc>
          <w:tcPr>
            <w:tcW w:w="9288" w:type="dxa"/>
          </w:tcPr>
          <w:p w14:paraId="0819C4C6"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Tous les voyageurs (terrestres et aériens) doivent passer un test de dépistage de la COVID-19 à leur arrivée au Canada. *</w:t>
            </w:r>
          </w:p>
        </w:tc>
      </w:tr>
      <w:tr w:rsidR="00F241D0" w:rsidRPr="00F241D0" w14:paraId="70A3F360" w14:textId="77777777">
        <w:tc>
          <w:tcPr>
            <w:tcW w:w="792" w:type="dxa"/>
          </w:tcPr>
          <w:p w14:paraId="6491EB88"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4.</w:t>
            </w:r>
          </w:p>
        </w:tc>
        <w:tc>
          <w:tcPr>
            <w:tcW w:w="9288" w:type="dxa"/>
          </w:tcPr>
          <w:p w14:paraId="4D05C00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Tous les voyageurs (terrestres et aériens) doivent être mis en quarantaine pendant 14 jours à leur arrivée au Canada. *</w:t>
            </w:r>
          </w:p>
        </w:tc>
      </w:tr>
      <w:tr w:rsidR="00F241D0" w:rsidRPr="00F241D0" w14:paraId="1F0176FA" w14:textId="77777777">
        <w:tc>
          <w:tcPr>
            <w:tcW w:w="792" w:type="dxa"/>
          </w:tcPr>
          <w:p w14:paraId="5CBCA43B"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lastRenderedPageBreak/>
              <w:t>5.</w:t>
            </w:r>
          </w:p>
        </w:tc>
        <w:tc>
          <w:tcPr>
            <w:tcW w:w="9288" w:type="dxa"/>
          </w:tcPr>
          <w:p w14:paraId="4BF55D19"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Tous les voyageurs aériens doivent séjourner dans un hôtel autorisé par le gouvernement à leur arrivée au Canada. *</w:t>
            </w:r>
          </w:p>
        </w:tc>
      </w:tr>
      <w:tr w:rsidR="00F241D0" w:rsidRPr="00F241D0" w14:paraId="69FC8E2F" w14:textId="77777777">
        <w:tc>
          <w:tcPr>
            <w:tcW w:w="792" w:type="dxa"/>
          </w:tcPr>
          <w:p w14:paraId="163E281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6.</w:t>
            </w:r>
          </w:p>
        </w:tc>
        <w:tc>
          <w:tcPr>
            <w:tcW w:w="9288" w:type="dxa"/>
          </w:tcPr>
          <w:p w14:paraId="6993E67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Tous les voyageurs aériens doivent réserver et payer leur séjour obligatoire à l’hôtel avant leur départ pour le Canada. *</w:t>
            </w:r>
          </w:p>
        </w:tc>
      </w:tr>
    </w:tbl>
    <w:p w14:paraId="18E79B0F" w14:textId="77777777" w:rsidR="00F241D0" w:rsidRPr="00F241D0" w:rsidRDefault="00F241D0" w:rsidP="00F46697">
      <w:pPr>
        <w:spacing w:line="276" w:lineRule="auto"/>
        <w:jc w:val="left"/>
        <w:rPr>
          <w:rFonts w:asciiTheme="minorHAnsi" w:eastAsiaTheme="minorEastAsia" w:hAnsiTheme="minorHAnsi"/>
          <w:sz w:val="22"/>
          <w:szCs w:val="22"/>
        </w:rPr>
      </w:pPr>
      <w:r>
        <w:rPr>
          <w:rFonts w:asciiTheme="minorHAnsi" w:hAnsiTheme="minorHAnsi"/>
          <w:i/>
          <w:color w:val="A8A8A8"/>
        </w:rPr>
        <w:t>L’ordre des énoncés marqués d’un * a été établi de façon aléatoire.</w:t>
      </w:r>
    </w:p>
    <w:p w14:paraId="08345D34" w14:textId="77777777" w:rsidR="00F241D0" w:rsidRPr="00316687" w:rsidRDefault="00F241D0" w:rsidP="00F46697">
      <w:pPr>
        <w:spacing w:line="276" w:lineRule="auto"/>
        <w:jc w:val="left"/>
        <w:rPr>
          <w:rFonts w:asciiTheme="minorHAnsi" w:eastAsiaTheme="minorEastAsia" w:hAnsiTheme="minorHAnsi"/>
          <w:sz w:val="22"/>
          <w:szCs w:val="22"/>
          <w:lang w:val="fr-FR"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
        <w:gridCol w:w="8648"/>
      </w:tblGrid>
      <w:tr w:rsidR="00F241D0" w:rsidRPr="00F241D0" w14:paraId="758CB708" w14:textId="77777777">
        <w:tc>
          <w:tcPr>
            <w:tcW w:w="792" w:type="dxa"/>
          </w:tcPr>
          <w:p w14:paraId="5BE843B2"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w:t>
            </w:r>
          </w:p>
        </w:tc>
        <w:tc>
          <w:tcPr>
            <w:tcW w:w="9288" w:type="dxa"/>
          </w:tcPr>
          <w:p w14:paraId="7879D927"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oui</w:t>
            </w:r>
          </w:p>
        </w:tc>
      </w:tr>
      <w:tr w:rsidR="00F241D0" w:rsidRPr="00F241D0" w14:paraId="0C23207D" w14:textId="77777777">
        <w:tc>
          <w:tcPr>
            <w:tcW w:w="792" w:type="dxa"/>
          </w:tcPr>
          <w:p w14:paraId="3256B68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w:t>
            </w:r>
          </w:p>
        </w:tc>
        <w:tc>
          <w:tcPr>
            <w:tcW w:w="9288" w:type="dxa"/>
          </w:tcPr>
          <w:p w14:paraId="43A42B6F"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non</w:t>
            </w:r>
          </w:p>
        </w:tc>
      </w:tr>
      <w:tr w:rsidR="00F241D0" w:rsidRPr="00F241D0" w14:paraId="45DDD1D1" w14:textId="77777777">
        <w:tc>
          <w:tcPr>
            <w:tcW w:w="792" w:type="dxa"/>
          </w:tcPr>
          <w:p w14:paraId="3AA202C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w:t>
            </w:r>
          </w:p>
        </w:tc>
        <w:tc>
          <w:tcPr>
            <w:tcW w:w="9288" w:type="dxa"/>
          </w:tcPr>
          <w:p w14:paraId="74504116"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Je ne sais pas</w:t>
            </w:r>
          </w:p>
        </w:tc>
      </w:tr>
    </w:tbl>
    <w:p w14:paraId="69C71D42"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16BA611E"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lastRenderedPageBreak/>
        <w:t>T1HBannieres1</w:t>
      </w:r>
    </w:p>
    <w:p w14:paraId="617BA388" w14:textId="11775194" w:rsidR="00E65760" w:rsidRDefault="00F241D0" w:rsidP="00F46697">
      <w:pPr>
        <w:keepNext/>
        <w:spacing w:line="276" w:lineRule="auto"/>
        <w:jc w:val="left"/>
        <w:rPr>
          <w:rFonts w:asciiTheme="minorHAnsi" w:hAnsiTheme="minorHAnsi"/>
          <w:b/>
        </w:rPr>
      </w:pPr>
      <w:r>
        <w:rPr>
          <w:rFonts w:asciiTheme="minorHAnsi" w:hAnsiTheme="minorHAnsi"/>
          <w:sz w:val="22"/>
        </w:rPr>
        <w:t>Voici quelques publicités qui ont récemment été diffusées dans différents médias.</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p>
    <w:p w14:paraId="29815908" w14:textId="693B7AB0" w:rsidR="00316687" w:rsidRDefault="00316687" w:rsidP="00F46697">
      <w:pPr>
        <w:keepNext/>
        <w:spacing w:line="276" w:lineRule="auto"/>
        <w:jc w:val="left"/>
        <w:rPr>
          <w:rFonts w:asciiTheme="minorHAnsi" w:hAnsiTheme="minorHAnsi"/>
          <w:b/>
        </w:rPr>
      </w:pPr>
      <w:r w:rsidRPr="00316687">
        <w:rPr>
          <w:rFonts w:asciiTheme="minorHAnsi" w:hAnsiTheme="minorHAnsi"/>
          <w:b/>
          <w:noProof/>
          <w:lang w:val="en-CA" w:eastAsia="en-CA"/>
        </w:rPr>
        <w:drawing>
          <wp:inline distT="0" distB="0" distL="0" distR="0" wp14:anchorId="64E85006" wp14:editId="410BDD86">
            <wp:extent cx="3146168" cy="3143250"/>
            <wp:effectExtent l="0" t="0" r="0" b="0"/>
            <wp:docPr id="1" name="Picture 1" descr="C:\Users\carabia\AppData\Local\Microsoft\Windows\INetCache\Content.MSO\3EA985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abia\AppData\Local\Microsoft\Windows\INetCache\Content.MSO\3EA98572.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9139" cy="3156209"/>
                    </a:xfrm>
                    <a:prstGeom prst="rect">
                      <a:avLst/>
                    </a:prstGeom>
                    <a:noFill/>
                    <a:ln>
                      <a:noFill/>
                    </a:ln>
                  </pic:spPr>
                </pic:pic>
              </a:graphicData>
            </a:graphic>
          </wp:inline>
        </w:drawing>
      </w:r>
    </w:p>
    <w:p w14:paraId="7925CED9" w14:textId="77777777" w:rsidR="00316687" w:rsidRDefault="00316687" w:rsidP="00F46697">
      <w:pPr>
        <w:keepNext/>
        <w:spacing w:line="276" w:lineRule="auto"/>
        <w:jc w:val="left"/>
        <w:rPr>
          <w:rFonts w:asciiTheme="minorHAnsi" w:eastAsiaTheme="minorEastAsia" w:hAnsiTheme="minorHAnsi"/>
          <w:b/>
          <w:szCs w:val="22"/>
        </w:rPr>
      </w:pPr>
    </w:p>
    <w:p w14:paraId="589E8FA5" w14:textId="023E05E2" w:rsidR="00E65760" w:rsidRDefault="00E65760" w:rsidP="00F46697">
      <w:pPr>
        <w:keepNext/>
        <w:spacing w:line="276" w:lineRule="auto"/>
        <w:jc w:val="left"/>
        <w:rPr>
          <w:rFonts w:asciiTheme="minorHAnsi" w:eastAsiaTheme="minorEastAsia" w:hAnsiTheme="minorHAnsi"/>
          <w:b/>
          <w:szCs w:val="22"/>
          <w:lang w:val="en-US" w:eastAsia="en-US"/>
        </w:rPr>
      </w:pPr>
    </w:p>
    <w:p w14:paraId="67BC460C" w14:textId="5ADB4D80" w:rsidR="00316687" w:rsidRDefault="00316687" w:rsidP="00F46697">
      <w:pPr>
        <w:keepNext/>
        <w:spacing w:line="276" w:lineRule="auto"/>
        <w:jc w:val="left"/>
        <w:rPr>
          <w:rFonts w:asciiTheme="minorHAnsi" w:eastAsiaTheme="minorEastAsia" w:hAnsiTheme="minorHAnsi"/>
          <w:sz w:val="22"/>
          <w:szCs w:val="22"/>
        </w:rPr>
      </w:pPr>
      <w:r w:rsidRPr="00316687">
        <w:rPr>
          <w:rFonts w:asciiTheme="minorHAnsi" w:eastAsiaTheme="minorEastAsia" w:hAnsiTheme="minorHAnsi"/>
          <w:noProof/>
          <w:sz w:val="22"/>
          <w:szCs w:val="22"/>
          <w:lang w:val="en-CA" w:eastAsia="en-CA"/>
        </w:rPr>
        <w:drawing>
          <wp:inline distT="0" distB="0" distL="0" distR="0" wp14:anchorId="61B9A3AF" wp14:editId="2FDE80ED">
            <wp:extent cx="3091858" cy="3086100"/>
            <wp:effectExtent l="0" t="0" r="0" b="0"/>
            <wp:docPr id="2" name="Picture 2" descr="C:\Users\carabia\AppData\Local\Microsoft\Windows\INetCache\Content.MSO\50EB40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abia\AppData\Local\Microsoft\Windows\INetCache\Content.MSO\50EB40DE.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97" cy="3090331"/>
                    </a:xfrm>
                    <a:prstGeom prst="rect">
                      <a:avLst/>
                    </a:prstGeom>
                    <a:noFill/>
                    <a:ln>
                      <a:noFill/>
                    </a:ln>
                  </pic:spPr>
                </pic:pic>
              </a:graphicData>
            </a:graphic>
          </wp:inline>
        </w:drawing>
      </w:r>
    </w:p>
    <w:p w14:paraId="3DDEF804" w14:textId="77777777" w:rsidR="00316687" w:rsidRDefault="00316687" w:rsidP="00F46697">
      <w:pPr>
        <w:keepNext/>
        <w:spacing w:line="276" w:lineRule="auto"/>
        <w:jc w:val="left"/>
        <w:rPr>
          <w:rFonts w:asciiTheme="minorHAnsi" w:eastAsiaTheme="minorEastAsia" w:hAnsiTheme="minorHAnsi"/>
          <w:sz w:val="22"/>
          <w:szCs w:val="22"/>
        </w:rPr>
      </w:pPr>
    </w:p>
    <w:p w14:paraId="466644CD" w14:textId="165269EC" w:rsidR="00E65760" w:rsidRDefault="00E65760" w:rsidP="00E65760">
      <w:pPr>
        <w:keepNext/>
        <w:spacing w:line="276" w:lineRule="auto"/>
        <w:jc w:val="left"/>
        <w:rPr>
          <w:rFonts w:asciiTheme="minorHAnsi" w:eastAsiaTheme="minorEastAsia" w:hAnsiTheme="minorHAnsi"/>
          <w:noProof/>
          <w:sz w:val="22"/>
          <w:szCs w:val="22"/>
        </w:rPr>
      </w:pPr>
      <w:r>
        <w:rPr>
          <w:rFonts w:asciiTheme="minorHAnsi" w:hAnsiTheme="minorHAnsi"/>
          <w:sz w:val="22"/>
        </w:rPr>
        <w:lastRenderedPageBreak/>
        <w:br/>
      </w:r>
      <w:r w:rsidR="00316687">
        <w:rPr>
          <w:rFonts w:asciiTheme="minorHAnsi" w:eastAsiaTheme="minorEastAsia" w:hAnsiTheme="minorHAnsi"/>
          <w:noProof/>
          <w:sz w:val="22"/>
          <w:szCs w:val="22"/>
          <w:lang w:val="en-CA" w:eastAsia="en-CA"/>
        </w:rPr>
        <w:drawing>
          <wp:inline distT="0" distB="0" distL="0" distR="0" wp14:anchorId="527A6FEB" wp14:editId="35128CE0">
            <wp:extent cx="3613935" cy="3600450"/>
            <wp:effectExtent l="0" t="0" r="5715" b="0"/>
            <wp:docPr id="5" name="Picture 5" descr="C:\Users\carabia\AppData\Local\Microsoft\Windows\INetCache\Content.MSO\194700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abia\AppData\Local\Microsoft\Windows\INetCache\Content.MSO\1947009C.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3493" cy="3609973"/>
                    </a:xfrm>
                    <a:prstGeom prst="rect">
                      <a:avLst/>
                    </a:prstGeom>
                    <a:noFill/>
                    <a:ln>
                      <a:noFill/>
                    </a:ln>
                  </pic:spPr>
                </pic:pic>
              </a:graphicData>
            </a:graphic>
          </wp:inline>
        </w:drawing>
      </w:r>
    </w:p>
    <w:p w14:paraId="072C8435" w14:textId="40AF4101" w:rsidR="00F241D0" w:rsidRPr="00F241D0" w:rsidRDefault="00E65760" w:rsidP="00E65760">
      <w:pPr>
        <w:keepNext/>
        <w:spacing w:line="276" w:lineRule="auto"/>
        <w:jc w:val="left"/>
        <w:rPr>
          <w:rFonts w:asciiTheme="minorHAnsi" w:eastAsiaTheme="minorEastAsia" w:hAnsiTheme="minorHAnsi"/>
          <w:sz w:val="22"/>
          <w:szCs w:val="22"/>
        </w:rPr>
      </w:pPr>
      <w:r>
        <w:rPr>
          <w:rFonts w:asciiTheme="minorHAnsi" w:hAnsiTheme="minorHAnsi"/>
          <w:sz w:val="22"/>
        </w:rPr>
        <w:br/>
        <w:t>Cliquez sur la flèche de droite pour passer à la page suivante.</w:t>
      </w:r>
    </w:p>
    <w:p w14:paraId="7F08DCDA" w14:textId="4799AEDD" w:rsidR="00F241D0" w:rsidRPr="00F241D0" w:rsidRDefault="00F241D0" w:rsidP="00E65760">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p w14:paraId="6705E360" w14:textId="67F0BEF3" w:rsidR="00E65760" w:rsidRPr="00316687" w:rsidRDefault="00E65760" w:rsidP="00F46697">
      <w:pPr>
        <w:keepNext/>
        <w:spacing w:after="40" w:line="276" w:lineRule="auto"/>
        <w:jc w:val="left"/>
        <w:rPr>
          <w:rFonts w:asciiTheme="minorHAnsi" w:eastAsiaTheme="minorEastAsia" w:hAnsiTheme="minorHAnsi"/>
          <w:b/>
          <w:sz w:val="22"/>
          <w:szCs w:val="22"/>
          <w:lang w:val="fr-FR" w:eastAsia="en-US"/>
        </w:rPr>
      </w:pPr>
    </w:p>
    <w:p w14:paraId="299A2087" w14:textId="77777777" w:rsidR="001B7713" w:rsidRDefault="00F241D0" w:rsidP="001B7713">
      <w:pPr>
        <w:spacing w:line="240" w:lineRule="auto"/>
        <w:jc w:val="left"/>
        <w:rPr>
          <w:rFonts w:asciiTheme="minorHAnsi" w:hAnsiTheme="minorHAnsi"/>
          <w:b/>
          <w:sz w:val="22"/>
        </w:rPr>
      </w:pPr>
      <w:r>
        <w:rPr>
          <w:rFonts w:asciiTheme="minorHAnsi" w:hAnsiTheme="minorHAnsi"/>
          <w:b/>
          <w:sz w:val="22"/>
        </w:rPr>
        <w:t>T1HBannieres2</w:t>
      </w:r>
    </w:p>
    <w:p w14:paraId="4FA17282" w14:textId="7517B57B" w:rsidR="00316687" w:rsidRPr="001B7713" w:rsidRDefault="00F241D0" w:rsidP="001B7713">
      <w:pPr>
        <w:spacing w:line="240" w:lineRule="auto"/>
        <w:jc w:val="left"/>
        <w:rPr>
          <w:rFonts w:asciiTheme="minorHAnsi" w:hAnsiTheme="minorHAnsi"/>
          <w:sz w:val="22"/>
        </w:rPr>
      </w:pPr>
      <w:r>
        <w:rPr>
          <w:rFonts w:asciiTheme="minorHAnsi" w:hAnsiTheme="minorHAnsi"/>
          <w:sz w:val="22"/>
        </w:rPr>
        <w:t>Voici quelques publicités qui ont récemment été diffusées dans différents médias.</w:t>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r>
        <w:rPr>
          <w:rFonts w:asciiTheme="minorHAnsi" w:hAnsiTheme="minorHAnsi"/>
          <w:sz w:val="22"/>
        </w:rPr>
        <w:br/>
      </w:r>
      <w:r w:rsidR="00316687">
        <w:rPr>
          <w:rFonts w:asciiTheme="minorHAnsi" w:hAnsiTheme="minorHAnsi"/>
          <w:noProof/>
          <w:sz w:val="22"/>
          <w:lang w:val="en-CA" w:eastAsia="en-CA"/>
        </w:rPr>
        <w:drawing>
          <wp:inline distT="0" distB="0" distL="0" distR="0" wp14:anchorId="6658BF4F" wp14:editId="2B007F9C">
            <wp:extent cx="3560228" cy="2962275"/>
            <wp:effectExtent l="0" t="0" r="2540" b="0"/>
            <wp:docPr id="6" name="Picture 6" descr="C:\Users\carabia\AppData\Local\Microsoft\Windows\INetCache\Content.MSO\642735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abia\AppData\Local\Microsoft\Windows\INetCache\Content.MSO\64273583.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8348" cy="2969031"/>
                    </a:xfrm>
                    <a:prstGeom prst="rect">
                      <a:avLst/>
                    </a:prstGeom>
                    <a:noFill/>
                    <a:ln>
                      <a:noFill/>
                    </a:ln>
                  </pic:spPr>
                </pic:pic>
              </a:graphicData>
            </a:graphic>
          </wp:inline>
        </w:drawing>
      </w:r>
    </w:p>
    <w:p w14:paraId="69B58FF0" w14:textId="6D574F2C" w:rsidR="00E65760" w:rsidRPr="00E65760" w:rsidRDefault="00F241D0" w:rsidP="004F461C">
      <w:pPr>
        <w:keepNext/>
        <w:spacing w:line="276" w:lineRule="auto"/>
        <w:jc w:val="left"/>
        <w:rPr>
          <w:rFonts w:asciiTheme="minorHAnsi" w:eastAsia="Times New Roman" w:hAnsiTheme="minorHAnsi"/>
          <w:b/>
          <w:sz w:val="22"/>
          <w:szCs w:val="22"/>
        </w:rPr>
      </w:pPr>
      <w:r>
        <w:rPr>
          <w:rFonts w:asciiTheme="minorHAnsi" w:hAnsiTheme="minorHAnsi"/>
          <w:sz w:val="22"/>
        </w:rPr>
        <w:lastRenderedPageBreak/>
        <w:br/>
      </w:r>
    </w:p>
    <w:p w14:paraId="208BC685" w14:textId="77777777" w:rsidR="00316687" w:rsidRDefault="00316687" w:rsidP="00E65760">
      <w:pPr>
        <w:keepNext/>
        <w:spacing w:line="276" w:lineRule="auto"/>
        <w:jc w:val="left"/>
        <w:rPr>
          <w:rFonts w:asciiTheme="minorHAnsi" w:eastAsiaTheme="minorEastAsia" w:hAnsiTheme="minorHAnsi"/>
          <w:sz w:val="22"/>
          <w:szCs w:val="22"/>
        </w:rPr>
      </w:pPr>
    </w:p>
    <w:p w14:paraId="073207CB" w14:textId="1A8C420A" w:rsidR="00E65760" w:rsidRDefault="00316687" w:rsidP="00E65760">
      <w:pPr>
        <w:keepNext/>
        <w:spacing w:line="276" w:lineRule="auto"/>
        <w:jc w:val="left"/>
        <w:rPr>
          <w:rFonts w:asciiTheme="minorHAnsi" w:eastAsiaTheme="minorEastAsia" w:hAnsiTheme="minorHAnsi"/>
          <w:b/>
          <w:sz w:val="22"/>
          <w:szCs w:val="22"/>
          <w:lang w:val="fr-FR" w:eastAsia="en-US"/>
        </w:rPr>
      </w:pPr>
      <w:r w:rsidRPr="00316687">
        <w:rPr>
          <w:rFonts w:asciiTheme="minorHAnsi" w:eastAsiaTheme="minorEastAsia" w:hAnsiTheme="minorHAnsi"/>
          <w:b/>
          <w:noProof/>
          <w:sz w:val="22"/>
          <w:szCs w:val="22"/>
          <w:lang w:val="en-CA" w:eastAsia="en-CA"/>
        </w:rPr>
        <w:drawing>
          <wp:inline distT="0" distB="0" distL="0" distR="0" wp14:anchorId="24C342DB" wp14:editId="67612E49">
            <wp:extent cx="3773365" cy="3143250"/>
            <wp:effectExtent l="0" t="0" r="0" b="0"/>
            <wp:docPr id="3" name="Picture 3" descr="C:\Users\carabia\AppData\Local\Microsoft\Windows\INetCache\Content.MSO\B99605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abia\AppData\Local\Microsoft\Windows\INetCache\Content.MSO\B99605F6.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6306" cy="3145700"/>
                    </a:xfrm>
                    <a:prstGeom prst="rect">
                      <a:avLst/>
                    </a:prstGeom>
                    <a:noFill/>
                    <a:ln>
                      <a:noFill/>
                    </a:ln>
                  </pic:spPr>
                </pic:pic>
              </a:graphicData>
            </a:graphic>
          </wp:inline>
        </w:drawing>
      </w:r>
    </w:p>
    <w:p w14:paraId="11CE4B88" w14:textId="77777777" w:rsidR="00316687" w:rsidRPr="00316687" w:rsidRDefault="00316687" w:rsidP="00E65760">
      <w:pPr>
        <w:keepNext/>
        <w:spacing w:line="276" w:lineRule="auto"/>
        <w:jc w:val="left"/>
        <w:rPr>
          <w:rFonts w:asciiTheme="minorHAnsi" w:eastAsiaTheme="minorEastAsia" w:hAnsiTheme="minorHAnsi"/>
          <w:b/>
          <w:sz w:val="22"/>
          <w:szCs w:val="22"/>
          <w:lang w:val="fr-FR" w:eastAsia="en-US"/>
        </w:rPr>
      </w:pPr>
    </w:p>
    <w:p w14:paraId="3666D23D" w14:textId="7E5F4541" w:rsidR="00E65760" w:rsidRPr="00316687" w:rsidRDefault="00316687" w:rsidP="00E65760">
      <w:pPr>
        <w:keepNext/>
        <w:spacing w:line="276" w:lineRule="auto"/>
        <w:jc w:val="left"/>
        <w:rPr>
          <w:rFonts w:asciiTheme="minorHAnsi" w:eastAsiaTheme="minorEastAsia" w:hAnsiTheme="minorHAnsi"/>
          <w:sz w:val="22"/>
          <w:szCs w:val="22"/>
          <w:lang w:val="fr-FR" w:eastAsia="en-US"/>
        </w:rPr>
      </w:pPr>
      <w:r>
        <w:rPr>
          <w:rFonts w:asciiTheme="minorHAnsi" w:eastAsiaTheme="minorEastAsia" w:hAnsiTheme="minorHAnsi"/>
          <w:noProof/>
          <w:sz w:val="22"/>
          <w:szCs w:val="22"/>
          <w:lang w:val="en-CA" w:eastAsia="en-CA"/>
        </w:rPr>
        <w:drawing>
          <wp:inline distT="0" distB="0" distL="0" distR="0" wp14:anchorId="27F0D017" wp14:editId="58968610">
            <wp:extent cx="4042609" cy="3362325"/>
            <wp:effectExtent l="0" t="0" r="0" b="0"/>
            <wp:docPr id="8" name="Picture 8" descr="C:\Users\carabia\AppData\Local\Microsoft\Windows\INetCache\Content.MSO\D617BD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abia\AppData\Local\Microsoft\Windows\INetCache\Content.MSO\D617BD74.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4922" cy="3364249"/>
                    </a:xfrm>
                    <a:prstGeom prst="rect">
                      <a:avLst/>
                    </a:prstGeom>
                    <a:noFill/>
                    <a:ln>
                      <a:noFill/>
                    </a:ln>
                  </pic:spPr>
                </pic:pic>
              </a:graphicData>
            </a:graphic>
          </wp:inline>
        </w:drawing>
      </w:r>
    </w:p>
    <w:p w14:paraId="0343325E" w14:textId="77777777" w:rsidR="00316687" w:rsidRDefault="00316687" w:rsidP="00E65760">
      <w:pPr>
        <w:keepNext/>
        <w:spacing w:line="276" w:lineRule="auto"/>
        <w:jc w:val="left"/>
        <w:rPr>
          <w:rFonts w:asciiTheme="minorHAnsi" w:hAnsiTheme="minorHAnsi"/>
          <w:b/>
          <w:sz w:val="22"/>
        </w:rPr>
      </w:pPr>
    </w:p>
    <w:p w14:paraId="2B14BCCE" w14:textId="68D3D08F" w:rsidR="00F241D0" w:rsidRPr="00F241D0" w:rsidRDefault="00DA3690" w:rsidP="00DA3690">
      <w:pPr>
        <w:keepNext/>
        <w:spacing w:line="276" w:lineRule="auto"/>
        <w:jc w:val="left"/>
        <w:rPr>
          <w:rFonts w:asciiTheme="minorHAnsi" w:eastAsiaTheme="minorEastAsia" w:hAnsiTheme="minorHAnsi"/>
          <w:sz w:val="22"/>
          <w:szCs w:val="22"/>
        </w:rPr>
      </w:pPr>
      <w:r>
        <w:rPr>
          <w:rFonts w:asciiTheme="minorHAnsi" w:hAnsiTheme="minorHAnsi"/>
          <w:sz w:val="22"/>
        </w:rPr>
        <w:br/>
        <w:t>Cliquez sur la flèche de droite pour passer à la page suivante.</w:t>
      </w:r>
    </w:p>
    <w:p w14:paraId="559BF89C"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p w14:paraId="5B9D6757" w14:textId="77777777" w:rsidR="00F241D0" w:rsidRPr="00316687" w:rsidRDefault="00F241D0" w:rsidP="00F46697">
      <w:pPr>
        <w:spacing w:after="200" w:line="276" w:lineRule="auto"/>
        <w:jc w:val="left"/>
        <w:rPr>
          <w:rFonts w:asciiTheme="minorHAnsi" w:eastAsiaTheme="minorEastAsia" w:hAnsiTheme="minorHAnsi"/>
          <w:sz w:val="22"/>
          <w:szCs w:val="22"/>
          <w:lang w:val="fr-FR" w:eastAsia="en-US"/>
        </w:rPr>
      </w:pPr>
    </w:p>
    <w:p w14:paraId="4092594F"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T1HBannieres3</w:t>
      </w:r>
    </w:p>
    <w:p w14:paraId="7F26CB9C" w14:textId="77777777" w:rsidR="00DA3690" w:rsidRDefault="00F241D0" w:rsidP="00F46697">
      <w:pPr>
        <w:keepNext/>
        <w:spacing w:line="276" w:lineRule="auto"/>
        <w:jc w:val="left"/>
        <w:rPr>
          <w:rFonts w:asciiTheme="minorHAnsi" w:eastAsiaTheme="minorEastAsia" w:hAnsiTheme="minorHAnsi"/>
          <w:b/>
          <w:szCs w:val="22"/>
        </w:rPr>
      </w:pPr>
      <w:r>
        <w:rPr>
          <w:rFonts w:asciiTheme="minorHAnsi" w:hAnsiTheme="minorHAnsi"/>
          <w:sz w:val="22"/>
        </w:rPr>
        <w:t>Voici quelques publicités qui ont récemment été diffusées dans différents médias.</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p>
    <w:p w14:paraId="4E3E4BFF" w14:textId="77777777" w:rsidR="00DA3690" w:rsidRDefault="00DA3690" w:rsidP="00F46697">
      <w:pPr>
        <w:keepNext/>
        <w:spacing w:line="276" w:lineRule="auto"/>
        <w:jc w:val="left"/>
        <w:rPr>
          <w:rFonts w:asciiTheme="minorHAnsi" w:eastAsiaTheme="minorEastAsia" w:hAnsiTheme="minorHAnsi"/>
          <w:b/>
          <w:szCs w:val="22"/>
          <w:lang w:val="en-US" w:eastAsia="en-US"/>
        </w:rPr>
      </w:pPr>
    </w:p>
    <w:p w14:paraId="25FCB138" w14:textId="59B417E2" w:rsidR="0097002F" w:rsidRDefault="0097002F" w:rsidP="00DA3690">
      <w:pPr>
        <w:keepNext/>
        <w:spacing w:line="276" w:lineRule="auto"/>
        <w:jc w:val="left"/>
        <w:rPr>
          <w:rFonts w:asciiTheme="minorHAnsi" w:eastAsiaTheme="minorEastAsia" w:hAnsiTheme="minorHAnsi"/>
          <w:noProof/>
          <w:sz w:val="22"/>
          <w:szCs w:val="22"/>
        </w:rPr>
      </w:pPr>
    </w:p>
    <w:p w14:paraId="04EA746A" w14:textId="0AFC1474" w:rsidR="00DA3690" w:rsidRPr="00316687" w:rsidRDefault="00316687" w:rsidP="001B7713">
      <w:pPr>
        <w:spacing w:line="240" w:lineRule="auto"/>
        <w:jc w:val="left"/>
        <w:rPr>
          <w:rFonts w:asciiTheme="minorHAnsi" w:eastAsiaTheme="minorEastAsia" w:hAnsiTheme="minorHAnsi"/>
          <w:sz w:val="22"/>
          <w:szCs w:val="22"/>
          <w:lang w:val="fr-FR" w:eastAsia="en-US"/>
        </w:rPr>
      </w:pPr>
      <w:r>
        <w:rPr>
          <w:rFonts w:asciiTheme="minorHAnsi" w:eastAsiaTheme="minorEastAsia" w:hAnsiTheme="minorHAnsi"/>
          <w:noProof/>
          <w:sz w:val="22"/>
          <w:szCs w:val="22"/>
          <w:lang w:val="en-CA" w:eastAsia="en-CA"/>
        </w:rPr>
        <w:drawing>
          <wp:inline distT="0" distB="0" distL="0" distR="0" wp14:anchorId="63385607" wp14:editId="5785EF06">
            <wp:extent cx="3095625" cy="2577962"/>
            <wp:effectExtent l="0" t="0" r="0" b="0"/>
            <wp:docPr id="9" name="Picture 9" descr="C:\Users\carabia\AppData\Local\Microsoft\Windows\INetCache\Content.MSO\F29D8F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abia\AppData\Local\Microsoft\Windows\INetCache\Content.MSO\F29D8F3B.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8907" cy="2580696"/>
                    </a:xfrm>
                    <a:prstGeom prst="rect">
                      <a:avLst/>
                    </a:prstGeom>
                    <a:noFill/>
                    <a:ln>
                      <a:noFill/>
                    </a:ln>
                  </pic:spPr>
                </pic:pic>
              </a:graphicData>
            </a:graphic>
          </wp:inline>
        </w:drawing>
      </w:r>
      <w:r>
        <w:rPr>
          <w:rFonts w:asciiTheme="minorHAnsi" w:eastAsiaTheme="minorEastAsia" w:hAnsiTheme="minorHAnsi"/>
          <w:noProof/>
          <w:sz w:val="22"/>
          <w:szCs w:val="22"/>
          <w:lang w:val="en-CA" w:eastAsia="en-CA"/>
        </w:rPr>
        <w:drawing>
          <wp:inline distT="0" distB="0" distL="0" distR="0" wp14:anchorId="6D51344D" wp14:editId="140D7FEB">
            <wp:extent cx="3108960" cy="2590800"/>
            <wp:effectExtent l="0" t="0" r="0" b="0"/>
            <wp:docPr id="11" name="Picture 11" descr="C:\Users\carabia\AppData\Local\Microsoft\Windows\INetCache\Content.MSO\70A15C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abia\AppData\Local\Microsoft\Windows\INetCache\Content.MSO\70A15CDD.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8960" cy="2590800"/>
                    </a:xfrm>
                    <a:prstGeom prst="rect">
                      <a:avLst/>
                    </a:prstGeom>
                    <a:noFill/>
                    <a:ln>
                      <a:noFill/>
                    </a:ln>
                  </pic:spPr>
                </pic:pic>
              </a:graphicData>
            </a:graphic>
          </wp:inline>
        </w:drawing>
      </w:r>
    </w:p>
    <w:p w14:paraId="0F95BE94" w14:textId="77777777" w:rsidR="00316687" w:rsidRDefault="00316687" w:rsidP="00DA3690">
      <w:pPr>
        <w:keepNext/>
        <w:spacing w:line="276" w:lineRule="auto"/>
        <w:jc w:val="left"/>
        <w:rPr>
          <w:rFonts w:asciiTheme="minorHAnsi" w:hAnsiTheme="minorHAnsi"/>
          <w:b/>
          <w:sz w:val="22"/>
        </w:rPr>
      </w:pPr>
    </w:p>
    <w:p w14:paraId="29C0D074" w14:textId="6F2CEABA" w:rsidR="00316687" w:rsidRPr="00316687" w:rsidRDefault="00316687" w:rsidP="00316687">
      <w:pPr>
        <w:pStyle w:val="NormalWeb"/>
        <w:rPr>
          <w:rFonts w:ascii="Times New Roman" w:eastAsia="Times New Roman" w:hAnsi="Times New Roman"/>
          <w:color w:val="000000"/>
          <w:sz w:val="27"/>
          <w:szCs w:val="27"/>
          <w:lang w:val="en-CA" w:eastAsia="en-CA"/>
        </w:rPr>
      </w:pPr>
      <w:r w:rsidRPr="00316687">
        <w:rPr>
          <w:rFonts w:asciiTheme="minorHAnsi" w:hAnsiTheme="minorHAnsi"/>
          <w:noProof/>
          <w:sz w:val="22"/>
          <w:lang w:val="en-CA" w:eastAsia="en-CA"/>
        </w:rPr>
        <w:drawing>
          <wp:inline distT="0" distB="0" distL="0" distR="0" wp14:anchorId="6509AA56" wp14:editId="0D1CB53C">
            <wp:extent cx="3057525" cy="2536007"/>
            <wp:effectExtent l="0" t="0" r="0" b="0"/>
            <wp:docPr id="12" name="Picture 12" descr="C:\Users\carabia\AppData\Local\Microsoft\Windows\INetCache\Content.MSO\80E271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abia\AppData\Local\Microsoft\Windows\INetCache\Content.MSO\80E27158.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2628" cy="2540240"/>
                    </a:xfrm>
                    <a:prstGeom prst="rect">
                      <a:avLst/>
                    </a:prstGeom>
                    <a:noFill/>
                    <a:ln>
                      <a:noFill/>
                    </a:ln>
                  </pic:spPr>
                </pic:pic>
              </a:graphicData>
            </a:graphic>
          </wp:inline>
        </w:drawing>
      </w:r>
    </w:p>
    <w:p w14:paraId="49790A55" w14:textId="7FC17420" w:rsidR="00F241D0" w:rsidRPr="00F241D0" w:rsidRDefault="00DA3690" w:rsidP="00DA3690">
      <w:pPr>
        <w:keepNext/>
        <w:spacing w:line="276" w:lineRule="auto"/>
        <w:jc w:val="left"/>
        <w:rPr>
          <w:rFonts w:asciiTheme="minorHAnsi" w:eastAsiaTheme="minorEastAsia" w:hAnsiTheme="minorHAnsi"/>
          <w:noProof/>
          <w:sz w:val="22"/>
          <w:szCs w:val="22"/>
        </w:rPr>
      </w:pPr>
      <w:r>
        <w:rPr>
          <w:rFonts w:asciiTheme="minorHAnsi" w:hAnsiTheme="minorHAnsi"/>
          <w:sz w:val="22"/>
        </w:rPr>
        <w:br/>
      </w:r>
      <w:r>
        <w:rPr>
          <w:rFonts w:asciiTheme="minorHAnsi" w:hAnsiTheme="minorHAnsi"/>
          <w:sz w:val="22"/>
        </w:rPr>
        <w:br/>
        <w:t>Cliquez sur la flèche de droite pour passer à la page suivante.</w:t>
      </w:r>
    </w:p>
    <w:p w14:paraId="438E4887"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p w14:paraId="4481413A" w14:textId="77777777" w:rsidR="00F241D0" w:rsidRPr="00316687" w:rsidRDefault="00F241D0" w:rsidP="00F46697">
      <w:pPr>
        <w:spacing w:after="200" w:line="276" w:lineRule="auto"/>
        <w:jc w:val="left"/>
        <w:rPr>
          <w:rFonts w:asciiTheme="minorHAnsi" w:eastAsiaTheme="minorEastAsia" w:hAnsiTheme="minorHAnsi"/>
          <w:sz w:val="22"/>
          <w:szCs w:val="22"/>
          <w:lang w:val="fr-FR" w:eastAsia="en-US"/>
        </w:rPr>
      </w:pPr>
    </w:p>
    <w:p w14:paraId="2DB03446"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T1HRadio1</w:t>
      </w:r>
    </w:p>
    <w:p w14:paraId="7E750DB5" w14:textId="1050565B" w:rsidR="007D4F02" w:rsidRPr="007D4F02" w:rsidRDefault="00F241D0" w:rsidP="007D4F02">
      <w:pPr>
        <w:keepNext/>
        <w:spacing w:line="276" w:lineRule="auto"/>
        <w:jc w:val="left"/>
        <w:rPr>
          <w:rFonts w:asciiTheme="minorHAnsi" w:eastAsiaTheme="minorEastAsia" w:hAnsiTheme="minorHAnsi"/>
          <w:b/>
          <w:sz w:val="22"/>
          <w:szCs w:val="22"/>
        </w:rPr>
      </w:pPr>
      <w:r>
        <w:rPr>
          <w:rFonts w:asciiTheme="minorHAnsi" w:hAnsiTheme="minorHAnsi"/>
          <w:sz w:val="22"/>
        </w:rPr>
        <w:t>Voici une publicité radio qui a récemment été diffusée dans différents médias.</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r>
        <w:rPr>
          <w:rFonts w:asciiTheme="minorHAnsi" w:hAnsiTheme="minorHAnsi"/>
          <w:sz w:val="22"/>
        </w:rPr>
        <w:br/>
      </w:r>
      <w:r>
        <w:rPr>
          <w:rFonts w:asciiTheme="minorHAnsi" w:hAnsiTheme="minorHAnsi"/>
          <w:sz w:val="22"/>
        </w:rPr>
        <w:br/>
      </w:r>
      <w:r>
        <w:rPr>
          <w:rFonts w:asciiTheme="minorHAnsi" w:hAnsiTheme="minorHAnsi"/>
          <w:color w:val="000099"/>
          <w:sz w:val="22"/>
        </w:rPr>
        <w:t>Si le fichier audio ne se télécharge pas automatiquement, veuillez cliquer ici pour ouvrir le lecteur dans une nouvelle fenêtre. (https://surveys.advanis.ca/media/usborderadv2021/GOV%20CAN_mandatory%20test_WITH%20MUSIC_fr.mp3)</w:t>
      </w:r>
      <w:r>
        <w:rPr>
          <w:rFonts w:asciiTheme="minorHAnsi" w:hAnsiTheme="minorHAnsi"/>
          <w:sz w:val="22"/>
        </w:rPr>
        <w:br/>
      </w:r>
      <w:r>
        <w:rPr>
          <w:rFonts w:asciiTheme="minorHAnsi" w:hAnsiTheme="minorHAnsi"/>
          <w:sz w:val="22"/>
        </w:rPr>
        <w:lastRenderedPageBreak/>
        <w:br/>
      </w:r>
      <w:r>
        <w:rPr>
          <w:rFonts w:asciiTheme="minorHAnsi" w:hAnsiTheme="minorHAnsi"/>
          <w:b/>
          <w:sz w:val="22"/>
        </w:rPr>
        <w:t>Communiqué audio</w:t>
      </w:r>
    </w:p>
    <w:p w14:paraId="6B9BDCDA" w14:textId="77777777" w:rsidR="007D4F02" w:rsidRPr="007D4F02" w:rsidRDefault="007D4F02" w:rsidP="007D4F02">
      <w:pPr>
        <w:keepNext/>
        <w:spacing w:line="276" w:lineRule="auto"/>
        <w:jc w:val="left"/>
        <w:rPr>
          <w:rFonts w:asciiTheme="minorHAnsi" w:eastAsiaTheme="minorEastAsia" w:hAnsiTheme="minorHAnsi"/>
          <w:sz w:val="22"/>
          <w:szCs w:val="22"/>
        </w:rPr>
      </w:pPr>
      <w:r>
        <w:rPr>
          <w:rFonts w:asciiTheme="minorHAnsi" w:hAnsiTheme="minorHAnsi"/>
          <w:b/>
          <w:sz w:val="22"/>
        </w:rPr>
        <w:t>Client </w:t>
      </w:r>
      <w:r>
        <w:rPr>
          <w:rFonts w:asciiTheme="minorHAnsi" w:hAnsiTheme="minorHAnsi"/>
          <w:sz w:val="22"/>
        </w:rPr>
        <w:t>: Affaires mondiales Canada</w:t>
      </w:r>
    </w:p>
    <w:p w14:paraId="55747A06" w14:textId="77777777" w:rsidR="007D4F02" w:rsidRPr="007D4F02" w:rsidRDefault="007D4F02" w:rsidP="007D4F02">
      <w:pPr>
        <w:keepNext/>
        <w:spacing w:line="276" w:lineRule="auto"/>
        <w:jc w:val="left"/>
        <w:rPr>
          <w:rFonts w:asciiTheme="minorHAnsi" w:eastAsiaTheme="minorEastAsia" w:hAnsiTheme="minorHAnsi"/>
          <w:b/>
          <w:sz w:val="22"/>
          <w:szCs w:val="22"/>
        </w:rPr>
      </w:pPr>
      <w:r>
        <w:rPr>
          <w:rFonts w:asciiTheme="minorHAnsi" w:hAnsiTheme="minorHAnsi"/>
          <w:b/>
          <w:sz w:val="22"/>
        </w:rPr>
        <w:t>Titre :</w:t>
      </w:r>
      <w:r>
        <w:rPr>
          <w:rFonts w:asciiTheme="minorHAnsi" w:hAnsiTheme="minorHAnsi"/>
          <w:sz w:val="22"/>
        </w:rPr>
        <w:t xml:space="preserve"> Résultat de test obligatoire</w:t>
      </w:r>
    </w:p>
    <w:p w14:paraId="707A287F" w14:textId="77777777" w:rsidR="007D4F02" w:rsidRPr="007D4F02" w:rsidRDefault="007D4F02" w:rsidP="007D4F02">
      <w:pPr>
        <w:keepNext/>
        <w:spacing w:line="276" w:lineRule="auto"/>
        <w:jc w:val="left"/>
        <w:rPr>
          <w:rFonts w:asciiTheme="minorHAnsi" w:eastAsiaTheme="minorEastAsia" w:hAnsiTheme="minorHAnsi"/>
          <w:sz w:val="22"/>
          <w:szCs w:val="22"/>
        </w:rPr>
      </w:pPr>
      <w:r>
        <w:rPr>
          <w:rFonts w:asciiTheme="minorHAnsi" w:hAnsiTheme="minorHAnsi"/>
          <w:b/>
          <w:sz w:val="22"/>
        </w:rPr>
        <w:t>Durée : 30 secondes</w:t>
      </w:r>
    </w:p>
    <w:p w14:paraId="197074B1" w14:textId="77777777" w:rsidR="007D4F02" w:rsidRPr="007D4F02" w:rsidRDefault="007D4F02" w:rsidP="007D4F02">
      <w:pPr>
        <w:keepNext/>
        <w:spacing w:line="276" w:lineRule="auto"/>
        <w:jc w:val="left"/>
        <w:rPr>
          <w:rFonts w:asciiTheme="minorHAnsi" w:eastAsiaTheme="minorEastAsia" w:hAnsiTheme="minorHAnsi"/>
          <w:b/>
          <w:sz w:val="22"/>
          <w:szCs w:val="22"/>
        </w:rPr>
      </w:pPr>
      <w:r>
        <w:rPr>
          <w:rFonts w:asciiTheme="minorHAnsi" w:hAnsiTheme="minorHAnsi"/>
          <w:b/>
          <w:sz w:val="22"/>
        </w:rPr>
        <w:t>Date de diffusion :</w:t>
      </w:r>
      <w:r>
        <w:rPr>
          <w:rFonts w:asciiTheme="minorHAnsi" w:hAnsiTheme="minorHAnsi"/>
          <w:sz w:val="22"/>
        </w:rPr>
        <w:t xml:space="preserve"> 2021</w:t>
      </w:r>
    </w:p>
    <w:p w14:paraId="0A397B27" w14:textId="77777777" w:rsidR="007D4F02" w:rsidRPr="00316687" w:rsidRDefault="007D4F02" w:rsidP="007D4F02">
      <w:pPr>
        <w:keepNext/>
        <w:spacing w:line="276" w:lineRule="auto"/>
        <w:jc w:val="left"/>
        <w:rPr>
          <w:rFonts w:asciiTheme="minorHAnsi" w:eastAsiaTheme="minorEastAsia" w:hAnsiTheme="minorHAnsi"/>
          <w:b/>
          <w:sz w:val="22"/>
          <w:szCs w:val="22"/>
          <w:lang w:val="fr-FR" w:eastAsia="en-US"/>
        </w:rPr>
      </w:pPr>
    </w:p>
    <w:p w14:paraId="5A363A45" w14:textId="77777777" w:rsidR="007D4F02" w:rsidRPr="00316687" w:rsidRDefault="007D4F02" w:rsidP="007D4F02">
      <w:pPr>
        <w:keepNext/>
        <w:spacing w:line="276" w:lineRule="auto"/>
        <w:jc w:val="left"/>
        <w:rPr>
          <w:rFonts w:asciiTheme="minorHAnsi" w:eastAsiaTheme="minorEastAsia" w:hAnsiTheme="minorHAnsi"/>
          <w:b/>
          <w:sz w:val="22"/>
          <w:szCs w:val="22"/>
          <w:lang w:val="fr-FR" w:eastAsia="en-US"/>
        </w:rPr>
      </w:pPr>
    </w:p>
    <w:p w14:paraId="6D663E42" w14:textId="77777777" w:rsidR="007D4F02" w:rsidRPr="007D4F02" w:rsidRDefault="007D4F02" w:rsidP="007D4F02">
      <w:pPr>
        <w:keepNext/>
        <w:spacing w:line="276" w:lineRule="auto"/>
        <w:jc w:val="left"/>
        <w:rPr>
          <w:rFonts w:asciiTheme="minorHAnsi" w:eastAsiaTheme="minorEastAsia" w:hAnsiTheme="minorHAnsi"/>
          <w:b/>
          <w:sz w:val="22"/>
          <w:szCs w:val="22"/>
          <w:u w:val="single"/>
        </w:rPr>
      </w:pPr>
      <w:r>
        <w:rPr>
          <w:rFonts w:asciiTheme="minorHAnsi" w:hAnsiTheme="minorHAnsi"/>
          <w:b/>
          <w:sz w:val="22"/>
          <w:u w:val="single"/>
        </w:rPr>
        <w:t>Français</w:t>
      </w:r>
    </w:p>
    <w:p w14:paraId="066F57FA" w14:textId="77777777" w:rsidR="007D4F02" w:rsidRPr="00316687" w:rsidRDefault="007D4F02" w:rsidP="007D4F02">
      <w:pPr>
        <w:keepNext/>
        <w:spacing w:line="276" w:lineRule="auto"/>
        <w:jc w:val="left"/>
        <w:rPr>
          <w:rFonts w:asciiTheme="minorHAnsi" w:eastAsiaTheme="minorEastAsia" w:hAnsiTheme="minorHAnsi"/>
          <w:sz w:val="22"/>
          <w:szCs w:val="22"/>
          <w:lang w:val="fr-FR" w:eastAsia="en-US"/>
        </w:rPr>
      </w:pPr>
    </w:p>
    <w:p w14:paraId="788EB7CE" w14:textId="77777777" w:rsidR="007D4F02" w:rsidRPr="007D4F02" w:rsidRDefault="007D4F02" w:rsidP="007D4F02">
      <w:pPr>
        <w:keepNext/>
        <w:spacing w:line="276" w:lineRule="auto"/>
        <w:jc w:val="left"/>
        <w:rPr>
          <w:rFonts w:asciiTheme="minorHAnsi" w:eastAsiaTheme="minorEastAsia" w:hAnsiTheme="minorHAnsi"/>
          <w:sz w:val="22"/>
          <w:szCs w:val="22"/>
        </w:rPr>
      </w:pPr>
      <w:r>
        <w:rPr>
          <w:rFonts w:asciiTheme="minorHAnsi" w:hAnsiTheme="minorHAnsi"/>
          <w:sz w:val="22"/>
        </w:rPr>
        <w:t>Le gouvernement du Canada demande à tous les Canadiens d’éviter tout voyage non essentiel à l’extérieur du pays. Si vous voyagez, sachez que :</w:t>
      </w:r>
    </w:p>
    <w:p w14:paraId="162E5D90" w14:textId="77777777" w:rsidR="007D4F02" w:rsidRPr="00316687" w:rsidRDefault="007D4F02" w:rsidP="007D4F02">
      <w:pPr>
        <w:keepNext/>
        <w:spacing w:line="276" w:lineRule="auto"/>
        <w:jc w:val="left"/>
        <w:rPr>
          <w:rFonts w:asciiTheme="minorHAnsi" w:eastAsiaTheme="minorEastAsia" w:hAnsiTheme="minorHAnsi"/>
          <w:sz w:val="22"/>
          <w:szCs w:val="22"/>
          <w:lang w:val="fr-FR" w:eastAsia="en-US"/>
        </w:rPr>
      </w:pPr>
    </w:p>
    <w:p w14:paraId="0BC81D61" w14:textId="77777777" w:rsidR="007D4F02" w:rsidRPr="007D4F02" w:rsidRDefault="007D4F02" w:rsidP="007D4F02">
      <w:pPr>
        <w:keepNext/>
        <w:spacing w:line="276" w:lineRule="auto"/>
        <w:jc w:val="left"/>
        <w:rPr>
          <w:rFonts w:asciiTheme="minorHAnsi" w:eastAsiaTheme="minorEastAsia" w:hAnsiTheme="minorHAnsi"/>
          <w:sz w:val="22"/>
          <w:szCs w:val="22"/>
        </w:rPr>
      </w:pPr>
      <w:r>
        <w:rPr>
          <w:rFonts w:asciiTheme="minorHAnsi" w:hAnsiTheme="minorHAnsi"/>
          <w:sz w:val="22"/>
        </w:rPr>
        <w:t>Tous les passagers aériens doivent présenter le résultat négatif d’un test de dépistage de la COVID-19 avant leur embarquement à destination du Canada et que</w:t>
      </w:r>
    </w:p>
    <w:p w14:paraId="171BD155" w14:textId="77777777" w:rsidR="007D4F02" w:rsidRPr="00316687" w:rsidRDefault="007D4F02" w:rsidP="007D4F02">
      <w:pPr>
        <w:keepNext/>
        <w:spacing w:line="276" w:lineRule="auto"/>
        <w:jc w:val="left"/>
        <w:rPr>
          <w:rFonts w:asciiTheme="minorHAnsi" w:eastAsiaTheme="minorEastAsia" w:hAnsiTheme="minorHAnsi"/>
          <w:sz w:val="22"/>
          <w:szCs w:val="22"/>
          <w:lang w:val="fr-FR" w:eastAsia="en-US"/>
        </w:rPr>
      </w:pPr>
    </w:p>
    <w:p w14:paraId="213A5B1C" w14:textId="77777777" w:rsidR="007D4F02" w:rsidRPr="007D4F02" w:rsidRDefault="007D4F02" w:rsidP="007D4F02">
      <w:pPr>
        <w:keepNext/>
        <w:spacing w:line="276" w:lineRule="auto"/>
        <w:jc w:val="left"/>
        <w:rPr>
          <w:rFonts w:asciiTheme="minorHAnsi" w:eastAsiaTheme="minorEastAsia" w:hAnsiTheme="minorHAnsi"/>
          <w:sz w:val="22"/>
          <w:szCs w:val="22"/>
        </w:rPr>
      </w:pPr>
      <w:r>
        <w:rPr>
          <w:rFonts w:asciiTheme="minorHAnsi" w:hAnsiTheme="minorHAnsi"/>
          <w:sz w:val="22"/>
        </w:rPr>
        <w:t xml:space="preserve">Toute personne entrant au Canada doit se mettre en quarantaine pendant 14 jours. </w:t>
      </w:r>
    </w:p>
    <w:p w14:paraId="56C6019C" w14:textId="77777777" w:rsidR="007D4F02" w:rsidRPr="00316687" w:rsidRDefault="007D4F02" w:rsidP="007D4F02">
      <w:pPr>
        <w:keepNext/>
        <w:spacing w:line="276" w:lineRule="auto"/>
        <w:jc w:val="left"/>
        <w:rPr>
          <w:rFonts w:asciiTheme="minorHAnsi" w:eastAsiaTheme="minorEastAsia" w:hAnsiTheme="minorHAnsi"/>
          <w:sz w:val="22"/>
          <w:szCs w:val="22"/>
          <w:lang w:val="fr-FR" w:eastAsia="en-US"/>
        </w:rPr>
      </w:pPr>
    </w:p>
    <w:p w14:paraId="05389F9B" w14:textId="77777777" w:rsidR="007D4F02" w:rsidRPr="007D4F02" w:rsidRDefault="007D4F02" w:rsidP="007D4F02">
      <w:pPr>
        <w:keepNext/>
        <w:spacing w:line="276" w:lineRule="auto"/>
        <w:jc w:val="left"/>
        <w:rPr>
          <w:rFonts w:asciiTheme="minorHAnsi" w:eastAsiaTheme="minorEastAsia" w:hAnsiTheme="minorHAnsi"/>
          <w:sz w:val="22"/>
          <w:szCs w:val="22"/>
        </w:rPr>
      </w:pPr>
      <w:r>
        <w:rPr>
          <w:rFonts w:asciiTheme="minorHAnsi" w:hAnsiTheme="minorHAnsi"/>
          <w:sz w:val="22"/>
        </w:rPr>
        <w:t xml:space="preserve">Détails à VOYAGE point GC point CA barre oblique VOYAGE tiret COVID </w:t>
      </w:r>
    </w:p>
    <w:p w14:paraId="684FC04B" w14:textId="77777777" w:rsidR="007D4F02" w:rsidRPr="00316687" w:rsidRDefault="007D4F02" w:rsidP="007D4F02">
      <w:pPr>
        <w:keepNext/>
        <w:spacing w:line="276" w:lineRule="auto"/>
        <w:jc w:val="left"/>
        <w:rPr>
          <w:rFonts w:asciiTheme="minorHAnsi" w:eastAsiaTheme="minorEastAsia" w:hAnsiTheme="minorHAnsi"/>
          <w:sz w:val="22"/>
          <w:szCs w:val="22"/>
          <w:lang w:val="fr-FR" w:eastAsia="en-US"/>
        </w:rPr>
      </w:pPr>
    </w:p>
    <w:p w14:paraId="5690E5EB" w14:textId="77777777" w:rsidR="007D4F02" w:rsidRPr="007D4F02" w:rsidRDefault="007D4F02" w:rsidP="007D4F02">
      <w:pPr>
        <w:keepNext/>
        <w:spacing w:line="276" w:lineRule="auto"/>
        <w:jc w:val="left"/>
        <w:rPr>
          <w:rFonts w:asciiTheme="minorHAnsi" w:eastAsiaTheme="minorEastAsia" w:hAnsiTheme="minorHAnsi"/>
          <w:sz w:val="22"/>
          <w:szCs w:val="22"/>
        </w:rPr>
      </w:pPr>
      <w:r>
        <w:rPr>
          <w:rFonts w:asciiTheme="minorHAnsi" w:hAnsiTheme="minorHAnsi"/>
          <w:sz w:val="22"/>
        </w:rPr>
        <w:t xml:space="preserve">Un message du gouvernement du Canada. </w:t>
      </w:r>
    </w:p>
    <w:p w14:paraId="5BD231FA" w14:textId="0FD15F10"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br/>
      </w:r>
      <w:r>
        <w:rPr>
          <w:rFonts w:asciiTheme="minorHAnsi" w:hAnsiTheme="minorHAnsi"/>
          <w:sz w:val="22"/>
        </w:rPr>
        <w:br/>
        <w:t>Cliquez sur la flèche de droite pour passer à la page suivante.</w:t>
      </w:r>
    </w:p>
    <w:p w14:paraId="29D427C7"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p w14:paraId="4B06BC9B" w14:textId="77777777" w:rsidR="00F241D0" w:rsidRPr="00316687" w:rsidRDefault="00F241D0" w:rsidP="00F46697">
      <w:pPr>
        <w:spacing w:after="200" w:line="276" w:lineRule="auto"/>
        <w:jc w:val="left"/>
        <w:rPr>
          <w:rFonts w:asciiTheme="minorHAnsi" w:eastAsiaTheme="minorEastAsia" w:hAnsiTheme="minorHAnsi"/>
          <w:sz w:val="22"/>
          <w:szCs w:val="22"/>
          <w:lang w:val="fr-FR" w:eastAsia="en-US"/>
        </w:rPr>
      </w:pPr>
    </w:p>
    <w:p w14:paraId="5C7E72CE" w14:textId="77777777" w:rsidR="00F241D0" w:rsidRPr="00316687" w:rsidRDefault="00F241D0" w:rsidP="00F46697">
      <w:pPr>
        <w:keepNext/>
        <w:spacing w:after="40" w:line="276" w:lineRule="auto"/>
        <w:jc w:val="left"/>
        <w:rPr>
          <w:rFonts w:asciiTheme="minorHAnsi" w:eastAsiaTheme="minorEastAsia" w:hAnsiTheme="minorHAnsi"/>
          <w:b/>
          <w:sz w:val="22"/>
          <w:szCs w:val="22"/>
          <w:lang w:val="fr-FR" w:eastAsia="en-US"/>
        </w:rPr>
      </w:pPr>
    </w:p>
    <w:p w14:paraId="7A072345"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T1HRadio2</w:t>
      </w:r>
    </w:p>
    <w:p w14:paraId="7429A360" w14:textId="77777777" w:rsidR="007D4F02" w:rsidRPr="007D4F02" w:rsidRDefault="00F241D0" w:rsidP="007D4F02">
      <w:pPr>
        <w:keepNext/>
        <w:spacing w:line="276" w:lineRule="auto"/>
        <w:jc w:val="left"/>
        <w:rPr>
          <w:rFonts w:asciiTheme="minorHAnsi" w:eastAsiaTheme="minorEastAsia" w:hAnsiTheme="minorHAnsi"/>
          <w:sz w:val="22"/>
          <w:szCs w:val="22"/>
        </w:rPr>
      </w:pPr>
      <w:r>
        <w:rPr>
          <w:rFonts w:asciiTheme="minorHAnsi" w:hAnsiTheme="minorHAnsi"/>
          <w:sz w:val="22"/>
        </w:rPr>
        <w:t>Voici une publicité radio qui a récemment été diffusée sur différents médias.</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r>
        <w:rPr>
          <w:rFonts w:asciiTheme="minorHAnsi" w:hAnsiTheme="minorHAnsi"/>
          <w:sz w:val="22"/>
        </w:rPr>
        <w:br/>
      </w:r>
      <w:r>
        <w:rPr>
          <w:rFonts w:asciiTheme="minorHAnsi" w:hAnsiTheme="minorHAnsi"/>
          <w:sz w:val="22"/>
        </w:rPr>
        <w:br/>
      </w:r>
      <w:r>
        <w:rPr>
          <w:rFonts w:asciiTheme="minorHAnsi" w:hAnsiTheme="minorHAnsi"/>
          <w:color w:val="000099"/>
          <w:sz w:val="22"/>
        </w:rPr>
        <w:t>Si le fichier audio ne se télécharge pas automatiquement, veuillez cliquer ici pour ouvrir le lecteur dans une nouvelle fenêtre. (https://surveys.advanis.ca/media/usborderadv2021/GOV_Hotel%20Stay%20and%20Testing_Final%20FRE_fullmix.mp3)</w:t>
      </w:r>
      <w:r>
        <w:rPr>
          <w:rFonts w:asciiTheme="minorHAnsi" w:hAnsiTheme="minorHAnsi"/>
          <w:sz w:val="22"/>
        </w:rPr>
        <w:br/>
      </w:r>
      <w:r>
        <w:rPr>
          <w:rFonts w:asciiTheme="minorHAnsi" w:hAnsiTheme="minorHAnsi"/>
          <w:sz w:val="22"/>
        </w:rPr>
        <w:lastRenderedPageBreak/>
        <w:br/>
      </w:r>
      <w:r>
        <w:rPr>
          <w:rFonts w:asciiTheme="minorHAnsi" w:hAnsiTheme="minorHAnsi"/>
          <w:b/>
          <w:bCs/>
          <w:sz w:val="22"/>
        </w:rPr>
        <w:t>Communiqué audio</w:t>
      </w:r>
      <w:r>
        <w:rPr>
          <w:rFonts w:asciiTheme="minorHAnsi" w:hAnsiTheme="minorHAnsi"/>
          <w:b/>
          <w:sz w:val="22"/>
        </w:rPr>
        <w:t xml:space="preserve"> (deuxième édition)</w:t>
      </w:r>
      <w:r>
        <w:rPr>
          <w:rFonts w:asciiTheme="minorHAnsi" w:hAnsiTheme="minorHAnsi"/>
          <w:sz w:val="22"/>
        </w:rPr>
        <w:t xml:space="preserve"> </w:t>
      </w:r>
    </w:p>
    <w:p w14:paraId="7C6D99ED" w14:textId="77777777" w:rsidR="007D4F02" w:rsidRPr="007D4F02" w:rsidRDefault="007D4F02" w:rsidP="007D4F02">
      <w:pPr>
        <w:keepNext/>
        <w:spacing w:line="276" w:lineRule="auto"/>
        <w:jc w:val="left"/>
        <w:rPr>
          <w:rFonts w:asciiTheme="minorHAnsi" w:eastAsiaTheme="minorEastAsia" w:hAnsiTheme="minorHAnsi"/>
          <w:sz w:val="22"/>
          <w:szCs w:val="22"/>
        </w:rPr>
      </w:pPr>
      <w:r>
        <w:rPr>
          <w:rFonts w:asciiTheme="minorHAnsi" w:hAnsiTheme="minorHAnsi"/>
          <w:b/>
          <w:sz w:val="22"/>
        </w:rPr>
        <w:t>Client </w:t>
      </w:r>
      <w:r>
        <w:rPr>
          <w:rFonts w:asciiTheme="minorHAnsi" w:hAnsiTheme="minorHAnsi"/>
          <w:sz w:val="22"/>
        </w:rPr>
        <w:t xml:space="preserve">: Affaires mondiales Canada </w:t>
      </w:r>
    </w:p>
    <w:p w14:paraId="13B70346" w14:textId="441E424D" w:rsidR="007D4F02" w:rsidRPr="007D4F02" w:rsidRDefault="007D4F02" w:rsidP="007D4F02">
      <w:pPr>
        <w:keepNext/>
        <w:spacing w:line="276" w:lineRule="auto"/>
        <w:jc w:val="left"/>
        <w:rPr>
          <w:rFonts w:asciiTheme="minorHAnsi" w:eastAsiaTheme="minorEastAsia" w:hAnsiTheme="minorHAnsi"/>
          <w:sz w:val="22"/>
          <w:szCs w:val="22"/>
        </w:rPr>
      </w:pPr>
      <w:r>
        <w:rPr>
          <w:rFonts w:asciiTheme="minorHAnsi" w:hAnsiTheme="minorHAnsi"/>
          <w:b/>
          <w:sz w:val="22"/>
        </w:rPr>
        <w:t>Titre :</w:t>
      </w:r>
      <w:r>
        <w:rPr>
          <w:rFonts w:asciiTheme="minorHAnsi" w:hAnsiTheme="minorHAnsi"/>
          <w:sz w:val="22"/>
        </w:rPr>
        <w:t xml:space="preserve"> Résultat de test obligatoire et autres exigences relatives aux tests</w:t>
      </w:r>
    </w:p>
    <w:p w14:paraId="6F0556BD" w14:textId="77777777" w:rsidR="007D4F02" w:rsidRPr="007D4F02" w:rsidRDefault="007D4F02" w:rsidP="007D4F02">
      <w:pPr>
        <w:keepNext/>
        <w:spacing w:line="276" w:lineRule="auto"/>
        <w:jc w:val="left"/>
        <w:rPr>
          <w:rFonts w:asciiTheme="minorHAnsi" w:eastAsiaTheme="minorEastAsia" w:hAnsiTheme="minorHAnsi"/>
          <w:sz w:val="22"/>
          <w:szCs w:val="22"/>
        </w:rPr>
      </w:pPr>
      <w:r>
        <w:rPr>
          <w:rFonts w:asciiTheme="minorHAnsi" w:hAnsiTheme="minorHAnsi"/>
          <w:b/>
          <w:sz w:val="22"/>
        </w:rPr>
        <w:t>Durée : 30 secondes</w:t>
      </w:r>
      <w:r>
        <w:rPr>
          <w:rFonts w:asciiTheme="minorHAnsi" w:hAnsiTheme="minorHAnsi"/>
          <w:sz w:val="22"/>
        </w:rPr>
        <w:t xml:space="preserve"> </w:t>
      </w:r>
    </w:p>
    <w:p w14:paraId="3ADD8759" w14:textId="77777777" w:rsidR="007D4F02" w:rsidRPr="007D4F02" w:rsidRDefault="007D4F02" w:rsidP="007D4F02">
      <w:pPr>
        <w:keepNext/>
        <w:spacing w:line="276" w:lineRule="auto"/>
        <w:jc w:val="left"/>
        <w:rPr>
          <w:rFonts w:asciiTheme="minorHAnsi" w:eastAsiaTheme="minorEastAsia" w:hAnsiTheme="minorHAnsi"/>
          <w:sz w:val="22"/>
          <w:szCs w:val="22"/>
        </w:rPr>
      </w:pPr>
      <w:r>
        <w:rPr>
          <w:rFonts w:asciiTheme="minorHAnsi" w:hAnsiTheme="minorHAnsi"/>
          <w:b/>
          <w:sz w:val="22"/>
        </w:rPr>
        <w:t>Date de diffusion :</w:t>
      </w:r>
      <w:r>
        <w:rPr>
          <w:rFonts w:asciiTheme="minorHAnsi" w:hAnsiTheme="minorHAnsi"/>
          <w:sz w:val="22"/>
        </w:rPr>
        <w:t xml:space="preserve"> 8 mars 2021 </w:t>
      </w:r>
    </w:p>
    <w:p w14:paraId="5F9E3061" w14:textId="77777777" w:rsidR="007D4F02" w:rsidRPr="007D4F02" w:rsidRDefault="007D4F02" w:rsidP="007D4F02">
      <w:pPr>
        <w:keepNext/>
        <w:spacing w:line="276" w:lineRule="auto"/>
        <w:jc w:val="left"/>
        <w:rPr>
          <w:rFonts w:asciiTheme="minorHAnsi" w:eastAsiaTheme="minorEastAsia" w:hAnsiTheme="minorHAnsi"/>
          <w:sz w:val="22"/>
          <w:szCs w:val="22"/>
        </w:rPr>
      </w:pPr>
      <w:r>
        <w:rPr>
          <w:rFonts w:asciiTheme="minorHAnsi" w:hAnsiTheme="minorHAnsi"/>
          <w:b/>
          <w:sz w:val="22"/>
        </w:rPr>
        <w:t xml:space="preserve"> </w:t>
      </w:r>
      <w:r>
        <w:rPr>
          <w:rFonts w:asciiTheme="minorHAnsi" w:hAnsiTheme="minorHAnsi"/>
          <w:sz w:val="22"/>
        </w:rPr>
        <w:t xml:space="preserve"> </w:t>
      </w:r>
    </w:p>
    <w:p w14:paraId="52B2EB47" w14:textId="77777777" w:rsidR="007D4F02" w:rsidRPr="00316687" w:rsidRDefault="007D4F02" w:rsidP="007D4F02">
      <w:pPr>
        <w:keepNext/>
        <w:spacing w:line="276" w:lineRule="auto"/>
        <w:jc w:val="left"/>
        <w:rPr>
          <w:rFonts w:asciiTheme="minorHAnsi" w:eastAsiaTheme="minorEastAsia" w:hAnsiTheme="minorHAnsi"/>
          <w:sz w:val="22"/>
          <w:szCs w:val="22"/>
          <w:lang w:val="fr-FR" w:eastAsia="en-US"/>
        </w:rPr>
      </w:pPr>
    </w:p>
    <w:p w14:paraId="34F8EE2B" w14:textId="77777777" w:rsidR="007D4F02" w:rsidRPr="007D4F02" w:rsidRDefault="007D4F02" w:rsidP="007D4F02">
      <w:pPr>
        <w:keepNext/>
        <w:spacing w:line="276" w:lineRule="auto"/>
        <w:jc w:val="left"/>
        <w:rPr>
          <w:rFonts w:asciiTheme="minorHAnsi" w:eastAsiaTheme="minorEastAsia" w:hAnsiTheme="minorHAnsi"/>
          <w:b/>
          <w:sz w:val="22"/>
          <w:szCs w:val="22"/>
          <w:u w:val="single"/>
        </w:rPr>
      </w:pPr>
      <w:r>
        <w:rPr>
          <w:rFonts w:asciiTheme="minorHAnsi" w:hAnsiTheme="minorHAnsi"/>
          <w:b/>
          <w:sz w:val="22"/>
          <w:u w:val="single"/>
        </w:rPr>
        <w:t xml:space="preserve">Français </w:t>
      </w:r>
    </w:p>
    <w:p w14:paraId="4CD5A643" w14:textId="77777777" w:rsidR="007D4F02" w:rsidRPr="00316687" w:rsidRDefault="007D4F02" w:rsidP="007D4F02">
      <w:pPr>
        <w:keepNext/>
        <w:spacing w:line="276" w:lineRule="auto"/>
        <w:jc w:val="left"/>
        <w:rPr>
          <w:rFonts w:asciiTheme="minorHAnsi" w:eastAsiaTheme="minorEastAsia" w:hAnsiTheme="minorHAnsi"/>
          <w:sz w:val="22"/>
          <w:szCs w:val="22"/>
          <w:lang w:val="fr-FR" w:eastAsia="en-US"/>
        </w:rPr>
      </w:pPr>
    </w:p>
    <w:p w14:paraId="3B582C7C" w14:textId="77777777" w:rsidR="007D4F02" w:rsidRPr="007D4F02" w:rsidRDefault="007D4F02" w:rsidP="007D4F02">
      <w:pPr>
        <w:keepNext/>
        <w:spacing w:line="276" w:lineRule="auto"/>
        <w:jc w:val="left"/>
        <w:rPr>
          <w:rFonts w:asciiTheme="minorHAnsi" w:eastAsiaTheme="minorEastAsia" w:hAnsiTheme="minorHAnsi"/>
          <w:sz w:val="22"/>
          <w:szCs w:val="22"/>
        </w:rPr>
      </w:pPr>
      <w:r>
        <w:rPr>
          <w:rFonts w:asciiTheme="minorHAnsi" w:hAnsiTheme="minorHAnsi"/>
          <w:sz w:val="22"/>
        </w:rPr>
        <w:t>Le gouvernement du Canada demande à tous les Canadiens d’éviter tout voyage non essentiel.</w:t>
      </w:r>
    </w:p>
    <w:p w14:paraId="40AF6A36" w14:textId="77777777" w:rsidR="007D4F02" w:rsidRPr="007D4F02" w:rsidRDefault="007D4F02" w:rsidP="007D4F02">
      <w:pPr>
        <w:keepNext/>
        <w:spacing w:line="276" w:lineRule="auto"/>
        <w:jc w:val="left"/>
        <w:rPr>
          <w:rFonts w:asciiTheme="minorHAnsi" w:eastAsiaTheme="minorEastAsia" w:hAnsiTheme="minorHAnsi"/>
          <w:sz w:val="22"/>
          <w:szCs w:val="22"/>
        </w:rPr>
      </w:pPr>
      <w:r>
        <w:rPr>
          <w:rFonts w:asciiTheme="minorHAnsi" w:hAnsiTheme="minorHAnsi"/>
          <w:sz w:val="22"/>
        </w:rPr>
        <w:t xml:space="preserve">  </w:t>
      </w:r>
    </w:p>
    <w:p w14:paraId="248A794D" w14:textId="77777777" w:rsidR="007D4F02" w:rsidRPr="007D4F02" w:rsidRDefault="007D4F02" w:rsidP="007D4F02">
      <w:pPr>
        <w:keepNext/>
        <w:spacing w:line="276" w:lineRule="auto"/>
        <w:jc w:val="left"/>
        <w:rPr>
          <w:rFonts w:asciiTheme="minorHAnsi" w:eastAsiaTheme="minorEastAsia" w:hAnsiTheme="minorHAnsi"/>
          <w:sz w:val="22"/>
          <w:szCs w:val="22"/>
        </w:rPr>
      </w:pPr>
      <w:r>
        <w:rPr>
          <w:rFonts w:asciiTheme="minorHAnsi" w:hAnsiTheme="minorHAnsi"/>
          <w:sz w:val="22"/>
        </w:rPr>
        <w:t xml:space="preserve">Tous les voyageurs de cinq ans ou plus qui entrent au Canada doivent fournir la preuve du résultat d’un test moléculaire COVID-19 valide. Ils seront à nouveau testés à leur arrivée. </w:t>
      </w:r>
    </w:p>
    <w:p w14:paraId="6F5C5716" w14:textId="77777777" w:rsidR="007D4F02" w:rsidRPr="007D4F02" w:rsidRDefault="007D4F02" w:rsidP="007D4F02">
      <w:pPr>
        <w:keepNext/>
        <w:spacing w:line="276" w:lineRule="auto"/>
        <w:jc w:val="left"/>
        <w:rPr>
          <w:rFonts w:asciiTheme="minorHAnsi" w:eastAsiaTheme="minorEastAsia" w:hAnsiTheme="minorHAnsi"/>
          <w:sz w:val="22"/>
          <w:szCs w:val="22"/>
        </w:rPr>
      </w:pPr>
      <w:r>
        <w:rPr>
          <w:rFonts w:asciiTheme="minorHAnsi" w:hAnsiTheme="minorHAnsi"/>
          <w:sz w:val="22"/>
        </w:rPr>
        <w:t xml:space="preserve"> </w:t>
      </w:r>
    </w:p>
    <w:p w14:paraId="4485D835" w14:textId="77777777" w:rsidR="007D4F02" w:rsidRPr="007D4F02" w:rsidRDefault="007D4F02" w:rsidP="007D4F02">
      <w:pPr>
        <w:keepNext/>
        <w:spacing w:line="276" w:lineRule="auto"/>
        <w:jc w:val="left"/>
        <w:rPr>
          <w:rFonts w:asciiTheme="minorHAnsi" w:eastAsiaTheme="minorEastAsia" w:hAnsiTheme="minorHAnsi"/>
          <w:sz w:val="22"/>
          <w:szCs w:val="22"/>
        </w:rPr>
      </w:pPr>
      <w:r>
        <w:rPr>
          <w:rFonts w:asciiTheme="minorHAnsi" w:hAnsiTheme="minorHAnsi"/>
          <w:sz w:val="22"/>
        </w:rPr>
        <w:t xml:space="preserve">Les passagers aériens doivent aussi réserver trois nuits dans un hôtel autorisé par le gouvernement à leurs propres frais avant d’entrer au Canada. </w:t>
      </w:r>
    </w:p>
    <w:p w14:paraId="5DC454C6" w14:textId="77777777" w:rsidR="007D4F02" w:rsidRPr="007D4F02" w:rsidRDefault="007D4F02" w:rsidP="007D4F02">
      <w:pPr>
        <w:keepNext/>
        <w:spacing w:line="276" w:lineRule="auto"/>
        <w:jc w:val="left"/>
        <w:rPr>
          <w:rFonts w:asciiTheme="minorHAnsi" w:eastAsiaTheme="minorEastAsia" w:hAnsiTheme="minorHAnsi"/>
          <w:sz w:val="22"/>
          <w:szCs w:val="22"/>
        </w:rPr>
      </w:pPr>
      <w:r>
        <w:rPr>
          <w:rFonts w:asciiTheme="minorHAnsi" w:hAnsiTheme="minorHAnsi"/>
          <w:sz w:val="22"/>
        </w:rPr>
        <w:t xml:space="preserve"> </w:t>
      </w:r>
    </w:p>
    <w:p w14:paraId="4FF522DE" w14:textId="77777777" w:rsidR="007D4F02" w:rsidRPr="007D4F02" w:rsidRDefault="007D4F02" w:rsidP="007D4F02">
      <w:pPr>
        <w:keepNext/>
        <w:spacing w:line="276" w:lineRule="auto"/>
        <w:jc w:val="left"/>
        <w:rPr>
          <w:rFonts w:asciiTheme="minorHAnsi" w:eastAsiaTheme="minorEastAsia" w:hAnsiTheme="minorHAnsi"/>
          <w:sz w:val="22"/>
          <w:szCs w:val="22"/>
        </w:rPr>
      </w:pPr>
      <w:r>
        <w:rPr>
          <w:rFonts w:asciiTheme="minorHAnsi" w:hAnsiTheme="minorHAnsi"/>
          <w:sz w:val="22"/>
        </w:rPr>
        <w:t xml:space="preserve">Détails à VOYAGE point GC point CA barre oblique VOYAGE tiret COVID  </w:t>
      </w:r>
    </w:p>
    <w:p w14:paraId="0A4790EB" w14:textId="77777777" w:rsidR="007D4F02" w:rsidRPr="007D4F02" w:rsidRDefault="007D4F02" w:rsidP="007D4F02">
      <w:pPr>
        <w:keepNext/>
        <w:spacing w:line="276" w:lineRule="auto"/>
        <w:jc w:val="left"/>
        <w:rPr>
          <w:rFonts w:asciiTheme="minorHAnsi" w:eastAsiaTheme="minorEastAsia" w:hAnsiTheme="minorHAnsi"/>
          <w:sz w:val="22"/>
          <w:szCs w:val="22"/>
        </w:rPr>
      </w:pPr>
      <w:r>
        <w:rPr>
          <w:rFonts w:asciiTheme="minorHAnsi" w:hAnsiTheme="minorHAnsi"/>
          <w:sz w:val="22"/>
        </w:rPr>
        <w:t xml:space="preserve">  </w:t>
      </w:r>
    </w:p>
    <w:p w14:paraId="768F3AEB" w14:textId="2388F6FA" w:rsidR="007D4F02" w:rsidRPr="007D4F02" w:rsidRDefault="007D4F02" w:rsidP="007D4F02">
      <w:pPr>
        <w:keepNext/>
        <w:spacing w:line="276" w:lineRule="auto"/>
        <w:jc w:val="left"/>
        <w:rPr>
          <w:rFonts w:asciiTheme="minorHAnsi" w:eastAsiaTheme="minorEastAsia" w:hAnsiTheme="minorHAnsi"/>
          <w:sz w:val="22"/>
          <w:szCs w:val="22"/>
        </w:rPr>
      </w:pPr>
      <w:r>
        <w:rPr>
          <w:rFonts w:asciiTheme="minorHAnsi" w:hAnsiTheme="minorHAnsi"/>
          <w:sz w:val="22"/>
        </w:rPr>
        <w:t>Un message du gouvernement du Canada.</w:t>
      </w:r>
    </w:p>
    <w:p w14:paraId="7EE1177B" w14:textId="6FD4485F"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br/>
      </w:r>
      <w:r>
        <w:rPr>
          <w:rFonts w:asciiTheme="minorHAnsi" w:hAnsiTheme="minorHAnsi"/>
          <w:sz w:val="22"/>
        </w:rPr>
        <w:br/>
        <w:t>Cliquez sur la flèche de droite pour passer à la page suivante.</w:t>
      </w:r>
    </w:p>
    <w:p w14:paraId="1C4ECEFC"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p w14:paraId="1667526C" w14:textId="77777777" w:rsidR="00F241D0" w:rsidRPr="00316687" w:rsidRDefault="00F241D0" w:rsidP="00F46697">
      <w:pPr>
        <w:spacing w:after="200" w:line="276" w:lineRule="auto"/>
        <w:jc w:val="left"/>
        <w:rPr>
          <w:rFonts w:asciiTheme="minorHAnsi" w:eastAsiaTheme="minorEastAsia" w:hAnsiTheme="minorHAnsi"/>
          <w:sz w:val="22"/>
          <w:szCs w:val="22"/>
          <w:lang w:val="fr-FR" w:eastAsia="en-US"/>
        </w:rPr>
      </w:pPr>
    </w:p>
    <w:p w14:paraId="14D1A78B"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T1H</w:t>
      </w:r>
    </w:p>
    <w:p w14:paraId="4A153CB6" w14:textId="63C154E3"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Au cours des trois dernières semaines, avez-vous vu, lu ou entendu ces publicités?</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p>
    <w:p w14:paraId="2BC6FB51"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
        <w:gridCol w:w="8648"/>
      </w:tblGrid>
      <w:tr w:rsidR="00F241D0" w:rsidRPr="00F241D0" w14:paraId="347278F4" w14:textId="77777777">
        <w:tc>
          <w:tcPr>
            <w:tcW w:w="792" w:type="dxa"/>
          </w:tcPr>
          <w:p w14:paraId="0BA42D2B"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w:t>
            </w:r>
          </w:p>
        </w:tc>
        <w:tc>
          <w:tcPr>
            <w:tcW w:w="9288" w:type="dxa"/>
          </w:tcPr>
          <w:p w14:paraId="34657CD3"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oui</w:t>
            </w:r>
          </w:p>
        </w:tc>
      </w:tr>
      <w:tr w:rsidR="00F241D0" w:rsidRPr="00F241D0" w14:paraId="73DE02D5" w14:textId="77777777">
        <w:tc>
          <w:tcPr>
            <w:tcW w:w="792" w:type="dxa"/>
          </w:tcPr>
          <w:p w14:paraId="2696FB5D"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w:t>
            </w:r>
          </w:p>
        </w:tc>
        <w:tc>
          <w:tcPr>
            <w:tcW w:w="9288" w:type="dxa"/>
          </w:tcPr>
          <w:p w14:paraId="0935E6A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non</w:t>
            </w:r>
          </w:p>
        </w:tc>
      </w:tr>
    </w:tbl>
    <w:p w14:paraId="271F9CBE"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29F52E49" w14:textId="77777777" w:rsidR="0097002F" w:rsidRDefault="0097002F">
      <w:pPr>
        <w:spacing w:line="240" w:lineRule="auto"/>
        <w:jc w:val="left"/>
        <w:rPr>
          <w:rFonts w:asciiTheme="minorHAnsi" w:hAnsiTheme="minorHAnsi"/>
          <w:b/>
          <w:sz w:val="28"/>
        </w:rPr>
      </w:pPr>
      <w:r>
        <w:rPr>
          <w:rFonts w:asciiTheme="minorHAnsi" w:hAnsiTheme="minorHAnsi"/>
          <w:b/>
          <w:sz w:val="28"/>
        </w:rPr>
        <w:br w:type="page"/>
      </w:r>
    </w:p>
    <w:p w14:paraId="02CCE624" w14:textId="65CAA3A7" w:rsidR="00F241D0" w:rsidRPr="00F241D0" w:rsidRDefault="00F241D0" w:rsidP="00F46697">
      <w:pPr>
        <w:keepNext/>
        <w:spacing w:after="220" w:line="276" w:lineRule="auto"/>
        <w:jc w:val="left"/>
        <w:rPr>
          <w:rFonts w:asciiTheme="minorHAnsi" w:eastAsiaTheme="minorEastAsia" w:hAnsiTheme="minorHAnsi"/>
          <w:sz w:val="22"/>
          <w:szCs w:val="22"/>
        </w:rPr>
      </w:pPr>
      <w:r>
        <w:rPr>
          <w:rFonts w:asciiTheme="minorHAnsi" w:hAnsiTheme="minorHAnsi"/>
          <w:b/>
          <w:sz w:val="28"/>
        </w:rPr>
        <w:lastRenderedPageBreak/>
        <w:t>Page</w:t>
      </w:r>
      <w:r>
        <w:rPr>
          <w:rFonts w:asciiTheme="minorHAnsi" w:hAnsiTheme="minorHAnsi"/>
          <w:i/>
        </w:rPr>
        <w:tab/>
        <w:t>S’affiche si réponse Oui à la T1H</w:t>
      </w:r>
    </w:p>
    <w:p w14:paraId="09A5A0A3"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T1I</w:t>
      </w:r>
    </w:p>
    <w:p w14:paraId="3210517A"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Où avez-vous vu, lu ou entendu ces publicités?</w:t>
      </w:r>
      <w:r>
        <w:rPr>
          <w:rFonts w:asciiTheme="minorHAnsi" w:hAnsiTheme="minorHAnsi"/>
          <w:sz w:val="22"/>
        </w:rPr>
        <w:br/>
      </w:r>
      <w:r>
        <w:rPr>
          <w:rFonts w:asciiTheme="minorHAnsi" w:hAnsiTheme="minorHAnsi"/>
          <w:sz w:val="22"/>
        </w:rPr>
        <w:br/>
      </w:r>
      <w:r>
        <w:rPr>
          <w:rFonts w:asciiTheme="minorHAnsi" w:hAnsiTheme="minorHAnsi"/>
        </w:rPr>
        <w:t>Choisissez toutes les réponses applicables.</w:t>
      </w:r>
      <w:r>
        <w:rPr>
          <w:rFonts w:asciiTheme="minorHAnsi" w:hAnsiTheme="minorHAnsi"/>
        </w:rPr>
        <w:br/>
        <w:t xml:space="preserve">Cliquez ici pour obtenir de l’aide d’ordre technique : </w:t>
      </w:r>
      <w:r>
        <w:rPr>
          <w:rFonts w:asciiTheme="minorHAnsi" w:hAnsiTheme="minorHAnsi"/>
          <w:b/>
        </w:rPr>
        <w:t>*?*</w:t>
      </w:r>
    </w:p>
    <w:p w14:paraId="37129200"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
        <w:gridCol w:w="8708"/>
      </w:tblGrid>
      <w:tr w:rsidR="00F241D0" w:rsidRPr="00F241D0" w14:paraId="0EE1AA41" w14:textId="77777777">
        <w:tc>
          <w:tcPr>
            <w:tcW w:w="792" w:type="dxa"/>
          </w:tcPr>
          <w:p w14:paraId="5E77C8AD"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w:t>
            </w:r>
          </w:p>
        </w:tc>
        <w:tc>
          <w:tcPr>
            <w:tcW w:w="9288" w:type="dxa"/>
          </w:tcPr>
          <w:p w14:paraId="345A7FB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cinéma</w:t>
            </w:r>
          </w:p>
        </w:tc>
      </w:tr>
      <w:tr w:rsidR="00F241D0" w:rsidRPr="00F241D0" w14:paraId="4F507526" w14:textId="77777777">
        <w:tc>
          <w:tcPr>
            <w:tcW w:w="792" w:type="dxa"/>
          </w:tcPr>
          <w:p w14:paraId="024D4A3F"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w:t>
            </w:r>
          </w:p>
        </w:tc>
        <w:tc>
          <w:tcPr>
            <w:tcW w:w="9288" w:type="dxa"/>
          </w:tcPr>
          <w:p w14:paraId="6A260310"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Facebook</w:t>
            </w:r>
          </w:p>
        </w:tc>
      </w:tr>
      <w:tr w:rsidR="00F241D0" w:rsidRPr="00F241D0" w14:paraId="62DAE3D2" w14:textId="77777777">
        <w:tc>
          <w:tcPr>
            <w:tcW w:w="792" w:type="dxa"/>
          </w:tcPr>
          <w:p w14:paraId="5CAB18B5"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w:t>
            </w:r>
          </w:p>
        </w:tc>
        <w:tc>
          <w:tcPr>
            <w:tcW w:w="9288" w:type="dxa"/>
          </w:tcPr>
          <w:p w14:paraId="2ADFB2CB"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site Internet</w:t>
            </w:r>
          </w:p>
        </w:tc>
      </w:tr>
      <w:tr w:rsidR="00F241D0" w:rsidRPr="00F241D0" w14:paraId="4A75E9B3" w14:textId="77777777">
        <w:tc>
          <w:tcPr>
            <w:tcW w:w="792" w:type="dxa"/>
          </w:tcPr>
          <w:p w14:paraId="0262D379"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4</w:t>
            </w:r>
          </w:p>
        </w:tc>
        <w:tc>
          <w:tcPr>
            <w:tcW w:w="9288" w:type="dxa"/>
          </w:tcPr>
          <w:p w14:paraId="245776D1"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magazines</w:t>
            </w:r>
          </w:p>
        </w:tc>
      </w:tr>
      <w:tr w:rsidR="00F241D0" w:rsidRPr="00F241D0" w14:paraId="79837213" w14:textId="77777777">
        <w:tc>
          <w:tcPr>
            <w:tcW w:w="792" w:type="dxa"/>
          </w:tcPr>
          <w:p w14:paraId="2893443B"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5</w:t>
            </w:r>
          </w:p>
        </w:tc>
        <w:tc>
          <w:tcPr>
            <w:tcW w:w="9288" w:type="dxa"/>
          </w:tcPr>
          <w:p w14:paraId="34AD5ADC"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journal (quotidien)</w:t>
            </w:r>
          </w:p>
        </w:tc>
      </w:tr>
      <w:tr w:rsidR="00F241D0" w:rsidRPr="00F241D0" w14:paraId="2813F64D" w14:textId="77777777">
        <w:tc>
          <w:tcPr>
            <w:tcW w:w="792" w:type="dxa"/>
          </w:tcPr>
          <w:p w14:paraId="42BC4008"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6</w:t>
            </w:r>
          </w:p>
        </w:tc>
        <w:tc>
          <w:tcPr>
            <w:tcW w:w="9288" w:type="dxa"/>
          </w:tcPr>
          <w:p w14:paraId="4AF159EF"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journal (hebdomadaire ou communautaire)</w:t>
            </w:r>
          </w:p>
        </w:tc>
      </w:tr>
      <w:tr w:rsidR="00F241D0" w:rsidRPr="00F241D0" w14:paraId="5328E093" w14:textId="77777777">
        <w:tc>
          <w:tcPr>
            <w:tcW w:w="792" w:type="dxa"/>
          </w:tcPr>
          <w:p w14:paraId="20DC9E99"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7</w:t>
            </w:r>
          </w:p>
        </w:tc>
        <w:tc>
          <w:tcPr>
            <w:tcW w:w="9288" w:type="dxa"/>
          </w:tcPr>
          <w:p w14:paraId="4ABD170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panneaux d’affichage extérieurs</w:t>
            </w:r>
          </w:p>
        </w:tc>
      </w:tr>
      <w:tr w:rsidR="00F241D0" w:rsidRPr="000623F5" w14:paraId="07B14C8B" w14:textId="77777777">
        <w:tc>
          <w:tcPr>
            <w:tcW w:w="792" w:type="dxa"/>
          </w:tcPr>
          <w:p w14:paraId="623C455C"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8</w:t>
            </w:r>
          </w:p>
        </w:tc>
        <w:tc>
          <w:tcPr>
            <w:tcW w:w="9288" w:type="dxa"/>
          </w:tcPr>
          <w:p w14:paraId="3D3DD21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dépliant ou brochure reçu(e) par la poste</w:t>
            </w:r>
          </w:p>
        </w:tc>
      </w:tr>
      <w:tr w:rsidR="00F241D0" w:rsidRPr="000623F5" w14:paraId="332A4342" w14:textId="77777777">
        <w:tc>
          <w:tcPr>
            <w:tcW w:w="792" w:type="dxa"/>
          </w:tcPr>
          <w:p w14:paraId="37D22CF7"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9</w:t>
            </w:r>
          </w:p>
        </w:tc>
        <w:tc>
          <w:tcPr>
            <w:tcW w:w="9288" w:type="dxa"/>
          </w:tcPr>
          <w:p w14:paraId="1513C99D"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transport public (autobus ou métro)</w:t>
            </w:r>
          </w:p>
        </w:tc>
      </w:tr>
      <w:tr w:rsidR="00F241D0" w:rsidRPr="00F241D0" w14:paraId="797F7B5E" w14:textId="77777777">
        <w:tc>
          <w:tcPr>
            <w:tcW w:w="792" w:type="dxa"/>
          </w:tcPr>
          <w:p w14:paraId="77630FCB"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10</w:t>
            </w:r>
          </w:p>
        </w:tc>
        <w:tc>
          <w:tcPr>
            <w:tcW w:w="9288" w:type="dxa"/>
          </w:tcPr>
          <w:p w14:paraId="2E61D04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radio</w:t>
            </w:r>
          </w:p>
        </w:tc>
      </w:tr>
      <w:tr w:rsidR="00F241D0" w:rsidRPr="00F241D0" w14:paraId="6EFC43B4" w14:textId="77777777">
        <w:tc>
          <w:tcPr>
            <w:tcW w:w="792" w:type="dxa"/>
          </w:tcPr>
          <w:p w14:paraId="2AACCDF8"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11</w:t>
            </w:r>
          </w:p>
        </w:tc>
        <w:tc>
          <w:tcPr>
            <w:tcW w:w="9288" w:type="dxa"/>
          </w:tcPr>
          <w:p w14:paraId="426670A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télévision</w:t>
            </w:r>
          </w:p>
        </w:tc>
      </w:tr>
      <w:tr w:rsidR="00F241D0" w:rsidRPr="00F241D0" w14:paraId="509D5E2C" w14:textId="77777777">
        <w:tc>
          <w:tcPr>
            <w:tcW w:w="792" w:type="dxa"/>
          </w:tcPr>
          <w:p w14:paraId="5EBE4175"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12</w:t>
            </w:r>
          </w:p>
        </w:tc>
        <w:tc>
          <w:tcPr>
            <w:tcW w:w="9288" w:type="dxa"/>
          </w:tcPr>
          <w:p w14:paraId="43E20317"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Twitter</w:t>
            </w:r>
          </w:p>
        </w:tc>
      </w:tr>
      <w:tr w:rsidR="00F241D0" w:rsidRPr="00F241D0" w14:paraId="1BFC3DFE" w14:textId="77777777">
        <w:tc>
          <w:tcPr>
            <w:tcW w:w="792" w:type="dxa"/>
          </w:tcPr>
          <w:p w14:paraId="4032AF8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13</w:t>
            </w:r>
          </w:p>
        </w:tc>
        <w:tc>
          <w:tcPr>
            <w:tcW w:w="9288" w:type="dxa"/>
          </w:tcPr>
          <w:p w14:paraId="7383A27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YouTube</w:t>
            </w:r>
          </w:p>
        </w:tc>
      </w:tr>
      <w:tr w:rsidR="00F241D0" w:rsidRPr="00F241D0" w14:paraId="049C77AD" w14:textId="77777777">
        <w:tc>
          <w:tcPr>
            <w:tcW w:w="792" w:type="dxa"/>
          </w:tcPr>
          <w:p w14:paraId="36E30ADF"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14</w:t>
            </w:r>
          </w:p>
        </w:tc>
        <w:tc>
          <w:tcPr>
            <w:tcW w:w="9288" w:type="dxa"/>
          </w:tcPr>
          <w:p w14:paraId="3F24DF6F"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Instagram</w:t>
            </w:r>
          </w:p>
        </w:tc>
      </w:tr>
      <w:tr w:rsidR="00F241D0" w:rsidRPr="00F241D0" w14:paraId="2E633325" w14:textId="77777777">
        <w:tc>
          <w:tcPr>
            <w:tcW w:w="792" w:type="dxa"/>
          </w:tcPr>
          <w:p w14:paraId="01A7CCDE"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15</w:t>
            </w:r>
          </w:p>
        </w:tc>
        <w:tc>
          <w:tcPr>
            <w:tcW w:w="9288" w:type="dxa"/>
          </w:tcPr>
          <w:p w14:paraId="1D6B09C9"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LinkedIn</w:t>
            </w:r>
          </w:p>
        </w:tc>
      </w:tr>
      <w:tr w:rsidR="00F241D0" w:rsidRPr="00F241D0" w14:paraId="5A5D021E" w14:textId="77777777">
        <w:tc>
          <w:tcPr>
            <w:tcW w:w="792" w:type="dxa"/>
          </w:tcPr>
          <w:p w14:paraId="2EADF097"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16</w:t>
            </w:r>
          </w:p>
        </w:tc>
        <w:tc>
          <w:tcPr>
            <w:tcW w:w="9288" w:type="dxa"/>
          </w:tcPr>
          <w:p w14:paraId="61F3A06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Snapchat</w:t>
            </w:r>
          </w:p>
        </w:tc>
      </w:tr>
      <w:tr w:rsidR="00F241D0" w:rsidRPr="00F241D0" w14:paraId="28EFCFBA" w14:textId="77777777">
        <w:tc>
          <w:tcPr>
            <w:tcW w:w="792" w:type="dxa"/>
          </w:tcPr>
          <w:p w14:paraId="3D271CB4"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17</w:t>
            </w:r>
          </w:p>
        </w:tc>
        <w:tc>
          <w:tcPr>
            <w:tcW w:w="9288" w:type="dxa"/>
          </w:tcPr>
          <w:p w14:paraId="2084FD2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Spotify</w:t>
            </w:r>
          </w:p>
        </w:tc>
      </w:tr>
      <w:tr w:rsidR="00F241D0" w:rsidRPr="00F241D0" w14:paraId="02E1DC8A" w14:textId="77777777">
        <w:tc>
          <w:tcPr>
            <w:tcW w:w="792" w:type="dxa"/>
          </w:tcPr>
          <w:p w14:paraId="1300EC43"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18</w:t>
            </w:r>
          </w:p>
        </w:tc>
        <w:tc>
          <w:tcPr>
            <w:tcW w:w="9288" w:type="dxa"/>
          </w:tcPr>
          <w:p w14:paraId="25748A1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autre, veuillez préciser   __________________________________________________</w:t>
            </w:r>
          </w:p>
        </w:tc>
      </w:tr>
    </w:tbl>
    <w:p w14:paraId="2DD6413F"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0F91E0B0" w14:textId="77777777" w:rsidR="00F241D0" w:rsidRPr="00F241D0" w:rsidRDefault="00F241D0" w:rsidP="00F46697">
      <w:pPr>
        <w:keepNext/>
        <w:spacing w:after="220" w:line="276" w:lineRule="auto"/>
        <w:jc w:val="left"/>
        <w:rPr>
          <w:rFonts w:asciiTheme="minorHAnsi" w:eastAsiaTheme="minorEastAsia" w:hAnsiTheme="minorHAnsi"/>
          <w:sz w:val="22"/>
          <w:szCs w:val="22"/>
        </w:rPr>
      </w:pPr>
      <w:r>
        <w:rPr>
          <w:rFonts w:asciiTheme="minorHAnsi" w:hAnsiTheme="minorHAnsi"/>
          <w:b/>
          <w:sz w:val="28"/>
        </w:rPr>
        <w:t>Page</w:t>
      </w:r>
    </w:p>
    <w:p w14:paraId="6A657F66"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T1J</w:t>
      </w:r>
    </w:p>
    <w:p w14:paraId="52D5667D"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 xml:space="preserve">Quel est, selon vous, le message </w:t>
      </w:r>
      <w:r>
        <w:rPr>
          <w:rFonts w:asciiTheme="minorHAnsi" w:hAnsiTheme="minorHAnsi"/>
          <w:b/>
          <w:bCs/>
          <w:sz w:val="22"/>
          <w:u w:val="single"/>
        </w:rPr>
        <w:t>principal</w:t>
      </w:r>
      <w:r>
        <w:rPr>
          <w:rFonts w:asciiTheme="minorHAnsi" w:hAnsiTheme="minorHAnsi"/>
          <w:sz w:val="22"/>
        </w:rPr>
        <w:t xml:space="preserve"> que ces publicités tentent de véhiculer?</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p>
    <w:p w14:paraId="5FC99B9B" w14:textId="0AE27590"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i/>
          <w:color w:val="A8A8A8"/>
        </w:rPr>
        <w:t>Veuillez éviter de fournir des renseignements personnels permettant de vous identifier (p. ex. nom, courriel, numéro de téléphone, adresse postale), puisque toute l’information que vous entrez pourrait être communiquée au commanditaire de cette étude.</w:t>
      </w:r>
    </w:p>
    <w:p w14:paraId="54636D1D"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p w14:paraId="055DC948" w14:textId="77777777" w:rsidR="00F241D0" w:rsidRPr="00F241D0" w:rsidRDefault="00F241D0" w:rsidP="00F46697">
      <w:pPr>
        <w:keepNext/>
        <w:keepLines/>
        <w:spacing w:line="276" w:lineRule="auto"/>
        <w:jc w:val="left"/>
        <w:rPr>
          <w:rFonts w:asciiTheme="minorHAnsi" w:eastAsiaTheme="minorEastAsia" w:hAnsiTheme="minorHAnsi"/>
          <w:sz w:val="22"/>
          <w:szCs w:val="22"/>
        </w:rPr>
      </w:pPr>
      <w:r>
        <w:rPr>
          <w:rFonts w:asciiTheme="minorHAnsi" w:hAnsiTheme="minorHAnsi"/>
          <w:sz w:val="22"/>
        </w:rPr>
        <w:t>__________________________________________________</w:t>
      </w:r>
      <w:r>
        <w:rPr>
          <w:rFonts w:asciiTheme="minorHAnsi" w:hAnsiTheme="minorHAnsi"/>
          <w:sz w:val="22"/>
        </w:rPr>
        <w:br/>
        <w:t>__________________________________________________</w:t>
      </w:r>
      <w:r>
        <w:rPr>
          <w:rFonts w:asciiTheme="minorHAnsi" w:hAnsiTheme="minorHAnsi"/>
          <w:sz w:val="22"/>
        </w:rPr>
        <w:br/>
        <w:t>__________________________________________________</w:t>
      </w:r>
      <w:r>
        <w:rPr>
          <w:rFonts w:asciiTheme="minorHAnsi" w:hAnsiTheme="minorHAnsi"/>
          <w:sz w:val="22"/>
        </w:rPr>
        <w:br/>
        <w:t>__________________________________________________</w:t>
      </w:r>
      <w:r>
        <w:rPr>
          <w:rFonts w:asciiTheme="minorHAnsi" w:hAnsiTheme="minorHAnsi"/>
          <w:sz w:val="22"/>
        </w:rPr>
        <w:br/>
        <w:t>__________________________________________________</w:t>
      </w:r>
    </w:p>
    <w:p w14:paraId="79FF772A" w14:textId="77777777" w:rsidR="00F241D0" w:rsidRPr="00316687" w:rsidRDefault="00F241D0" w:rsidP="00F46697">
      <w:pPr>
        <w:spacing w:after="200" w:line="276" w:lineRule="auto"/>
        <w:jc w:val="left"/>
        <w:rPr>
          <w:rFonts w:asciiTheme="minorHAnsi" w:eastAsiaTheme="minorEastAsia" w:hAnsiTheme="minorHAnsi"/>
          <w:sz w:val="22"/>
          <w:szCs w:val="22"/>
          <w:lang w:val="fr-FR" w:eastAsia="en-US"/>
        </w:rPr>
      </w:pPr>
    </w:p>
    <w:p w14:paraId="588B864F"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lastRenderedPageBreak/>
        <w:t>T1K</w:t>
      </w:r>
    </w:p>
    <w:p w14:paraId="7BAC6EDF"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 xml:space="preserve">Dans quelle mesure êtes-vous d’accord ou non avec les énoncés suivants au sujet de ces publicités? </w:t>
      </w:r>
      <w:r>
        <w:rPr>
          <w:rFonts w:asciiTheme="minorHAnsi" w:hAnsiTheme="minorHAnsi"/>
          <w:b/>
          <w:sz w:val="22"/>
        </w:rPr>
        <w:t>*?*</w:t>
      </w:r>
    </w:p>
    <w:p w14:paraId="2126499D"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Pour obtenir de l’aide d’ordre technique, veuillez communiquer avec Sue Day par téléphone, en composant le 1-866-542-6921, ou par courriel, en écrivant à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
        <w:gridCol w:w="8648"/>
      </w:tblGrid>
      <w:tr w:rsidR="00F241D0" w:rsidRPr="000623F5" w14:paraId="1D4E69CE" w14:textId="77777777">
        <w:tc>
          <w:tcPr>
            <w:tcW w:w="792" w:type="dxa"/>
          </w:tcPr>
          <w:p w14:paraId="54E2D56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1.</w:t>
            </w:r>
          </w:p>
        </w:tc>
        <w:tc>
          <w:tcPr>
            <w:tcW w:w="9288" w:type="dxa"/>
          </w:tcPr>
          <w:p w14:paraId="1D213080"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Ces publicités attirent mon attention*</w:t>
            </w:r>
          </w:p>
        </w:tc>
      </w:tr>
      <w:tr w:rsidR="00F241D0" w:rsidRPr="000623F5" w14:paraId="7A99C5F6" w14:textId="77777777">
        <w:tc>
          <w:tcPr>
            <w:tcW w:w="792" w:type="dxa"/>
          </w:tcPr>
          <w:p w14:paraId="643DCC5D"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2.</w:t>
            </w:r>
          </w:p>
        </w:tc>
        <w:tc>
          <w:tcPr>
            <w:tcW w:w="9288" w:type="dxa"/>
          </w:tcPr>
          <w:p w14:paraId="31D6056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Ces publicités me concernent*</w:t>
            </w:r>
          </w:p>
        </w:tc>
      </w:tr>
      <w:tr w:rsidR="00F241D0" w:rsidRPr="000623F5" w14:paraId="5DBFBAB9" w14:textId="77777777">
        <w:tc>
          <w:tcPr>
            <w:tcW w:w="792" w:type="dxa"/>
          </w:tcPr>
          <w:p w14:paraId="784C5923"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3.</w:t>
            </w:r>
          </w:p>
        </w:tc>
        <w:tc>
          <w:tcPr>
            <w:tcW w:w="9288" w:type="dxa"/>
          </w:tcPr>
          <w:p w14:paraId="24048DC6"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Ces publicités sont difficiles à suivre*</w:t>
            </w:r>
          </w:p>
        </w:tc>
      </w:tr>
      <w:tr w:rsidR="00F241D0" w:rsidRPr="000623F5" w14:paraId="3E3BF280" w14:textId="77777777">
        <w:tc>
          <w:tcPr>
            <w:tcW w:w="792" w:type="dxa"/>
          </w:tcPr>
          <w:p w14:paraId="1F6B2439"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4.</w:t>
            </w:r>
          </w:p>
        </w:tc>
        <w:tc>
          <w:tcPr>
            <w:tcW w:w="9288" w:type="dxa"/>
          </w:tcPr>
          <w:p w14:paraId="6C59707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Ces publicités ne favorisent pas un parti politique plus qu’un autre*</w:t>
            </w:r>
          </w:p>
        </w:tc>
      </w:tr>
      <w:tr w:rsidR="00F241D0" w:rsidRPr="000623F5" w14:paraId="1D1204ED" w14:textId="77777777">
        <w:tc>
          <w:tcPr>
            <w:tcW w:w="792" w:type="dxa"/>
          </w:tcPr>
          <w:p w14:paraId="1CD2E2C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5.</w:t>
            </w:r>
          </w:p>
        </w:tc>
        <w:tc>
          <w:tcPr>
            <w:tcW w:w="9288" w:type="dxa"/>
          </w:tcPr>
          <w:p w14:paraId="6151E02D"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Ces publicités traitent d’un sujet important*</w:t>
            </w:r>
          </w:p>
        </w:tc>
      </w:tr>
      <w:tr w:rsidR="00F241D0" w:rsidRPr="000623F5" w14:paraId="71A9D701" w14:textId="77777777">
        <w:tc>
          <w:tcPr>
            <w:tcW w:w="792" w:type="dxa"/>
          </w:tcPr>
          <w:p w14:paraId="5753C51F"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6.</w:t>
            </w:r>
          </w:p>
        </w:tc>
        <w:tc>
          <w:tcPr>
            <w:tcW w:w="9288" w:type="dxa"/>
          </w:tcPr>
          <w:p w14:paraId="43BE2BF9"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Ces publicités fournissent de l’information nouvelle*</w:t>
            </w:r>
          </w:p>
        </w:tc>
      </w:tr>
      <w:tr w:rsidR="00F241D0" w:rsidRPr="000623F5" w14:paraId="08F5BF11" w14:textId="77777777">
        <w:tc>
          <w:tcPr>
            <w:tcW w:w="792" w:type="dxa"/>
          </w:tcPr>
          <w:p w14:paraId="1BAA429E"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7.</w:t>
            </w:r>
          </w:p>
        </w:tc>
        <w:tc>
          <w:tcPr>
            <w:tcW w:w="9288" w:type="dxa"/>
          </w:tcPr>
          <w:p w14:paraId="6DCA679C"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Ces publicités indiquent clairement que le gouvernement du Canada a fourni des ressources aux Canadiens pour prendre des décisions éclairées concernant les voyages internationaux au milieu de la pandémie*</w:t>
            </w:r>
          </w:p>
        </w:tc>
      </w:tr>
    </w:tbl>
    <w:p w14:paraId="56AF9829" w14:textId="77777777" w:rsidR="00F241D0" w:rsidRPr="00F241D0" w:rsidRDefault="00F241D0" w:rsidP="00F46697">
      <w:pPr>
        <w:spacing w:line="276" w:lineRule="auto"/>
        <w:jc w:val="left"/>
        <w:rPr>
          <w:rFonts w:asciiTheme="minorHAnsi" w:eastAsiaTheme="minorEastAsia" w:hAnsiTheme="minorHAnsi"/>
          <w:sz w:val="22"/>
          <w:szCs w:val="22"/>
        </w:rPr>
      </w:pPr>
      <w:r>
        <w:rPr>
          <w:rFonts w:asciiTheme="minorHAnsi" w:hAnsiTheme="minorHAnsi"/>
          <w:i/>
          <w:color w:val="A8A8A8"/>
        </w:rPr>
        <w:t>L’ordre des énoncés marqués d’un * a été établi de façon aléatoire.</w:t>
      </w:r>
    </w:p>
    <w:p w14:paraId="296D4472" w14:textId="77777777" w:rsidR="00F241D0" w:rsidRPr="00316687" w:rsidRDefault="00F241D0" w:rsidP="00F46697">
      <w:pPr>
        <w:spacing w:line="276" w:lineRule="auto"/>
        <w:jc w:val="left"/>
        <w:rPr>
          <w:rFonts w:asciiTheme="minorHAnsi" w:eastAsiaTheme="minorEastAsia" w:hAnsiTheme="minorHAnsi"/>
          <w:sz w:val="22"/>
          <w:szCs w:val="22"/>
          <w:lang w:val="fr-FR"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8650"/>
      </w:tblGrid>
      <w:tr w:rsidR="00F241D0" w:rsidRPr="00F241D0" w14:paraId="40938261" w14:textId="77777777">
        <w:tc>
          <w:tcPr>
            <w:tcW w:w="792" w:type="dxa"/>
          </w:tcPr>
          <w:p w14:paraId="5FE7A44D"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w:t>
            </w:r>
          </w:p>
        </w:tc>
        <w:tc>
          <w:tcPr>
            <w:tcW w:w="9288" w:type="dxa"/>
          </w:tcPr>
          <w:p w14:paraId="54970479" w14:textId="3E218E01"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1 </w:t>
            </w:r>
            <w:r w:rsidR="0097002F">
              <w:rPr>
                <w:rFonts w:asciiTheme="minorHAnsi" w:hAnsiTheme="minorHAnsi"/>
              </w:rPr>
              <w:t>–</w:t>
            </w:r>
            <w:r>
              <w:rPr>
                <w:rFonts w:asciiTheme="minorHAnsi" w:hAnsiTheme="minorHAnsi"/>
              </w:rPr>
              <w:t xml:space="preserve"> Fortement en désaccord</w:t>
            </w:r>
          </w:p>
        </w:tc>
      </w:tr>
      <w:tr w:rsidR="00F241D0" w:rsidRPr="00F241D0" w14:paraId="2F777CF2" w14:textId="77777777">
        <w:tc>
          <w:tcPr>
            <w:tcW w:w="792" w:type="dxa"/>
          </w:tcPr>
          <w:p w14:paraId="75FD96B5"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w:t>
            </w:r>
          </w:p>
        </w:tc>
        <w:tc>
          <w:tcPr>
            <w:tcW w:w="9288" w:type="dxa"/>
          </w:tcPr>
          <w:p w14:paraId="1C8B84EF"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2</w:t>
            </w:r>
          </w:p>
        </w:tc>
      </w:tr>
      <w:tr w:rsidR="00F241D0" w:rsidRPr="00F241D0" w14:paraId="297129AD" w14:textId="77777777">
        <w:tc>
          <w:tcPr>
            <w:tcW w:w="792" w:type="dxa"/>
          </w:tcPr>
          <w:p w14:paraId="16012BA1"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w:t>
            </w:r>
          </w:p>
        </w:tc>
        <w:tc>
          <w:tcPr>
            <w:tcW w:w="9288" w:type="dxa"/>
          </w:tcPr>
          <w:p w14:paraId="45F37F8D" w14:textId="75871FB8"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3 </w:t>
            </w:r>
            <w:r w:rsidR="0097002F">
              <w:rPr>
                <w:rFonts w:asciiTheme="minorHAnsi" w:hAnsiTheme="minorHAnsi"/>
              </w:rPr>
              <w:t>–</w:t>
            </w:r>
            <w:r>
              <w:rPr>
                <w:rFonts w:asciiTheme="minorHAnsi" w:hAnsiTheme="minorHAnsi"/>
              </w:rPr>
              <w:t xml:space="preserve"> Ni en accord ni en désaccord</w:t>
            </w:r>
          </w:p>
        </w:tc>
      </w:tr>
      <w:tr w:rsidR="00F241D0" w:rsidRPr="00F241D0" w14:paraId="0B43E158" w14:textId="77777777">
        <w:tc>
          <w:tcPr>
            <w:tcW w:w="792" w:type="dxa"/>
          </w:tcPr>
          <w:p w14:paraId="7558A97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4</w:t>
            </w:r>
          </w:p>
        </w:tc>
        <w:tc>
          <w:tcPr>
            <w:tcW w:w="9288" w:type="dxa"/>
          </w:tcPr>
          <w:p w14:paraId="6569147D"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4</w:t>
            </w:r>
          </w:p>
        </w:tc>
      </w:tr>
      <w:tr w:rsidR="00F241D0" w:rsidRPr="00F241D0" w14:paraId="042C4FC1" w14:textId="77777777">
        <w:tc>
          <w:tcPr>
            <w:tcW w:w="792" w:type="dxa"/>
          </w:tcPr>
          <w:p w14:paraId="4628AFF4"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5</w:t>
            </w:r>
          </w:p>
        </w:tc>
        <w:tc>
          <w:tcPr>
            <w:tcW w:w="9288" w:type="dxa"/>
          </w:tcPr>
          <w:p w14:paraId="21F30C51" w14:textId="2DC065CE"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5 </w:t>
            </w:r>
            <w:r w:rsidR="0097002F">
              <w:rPr>
                <w:rFonts w:asciiTheme="minorHAnsi" w:hAnsiTheme="minorHAnsi"/>
              </w:rPr>
              <w:t>–</w:t>
            </w:r>
            <w:r>
              <w:rPr>
                <w:rFonts w:asciiTheme="minorHAnsi" w:hAnsiTheme="minorHAnsi"/>
              </w:rPr>
              <w:t xml:space="preserve"> Fortement en accord</w:t>
            </w:r>
          </w:p>
        </w:tc>
      </w:tr>
    </w:tbl>
    <w:p w14:paraId="32FC47CD"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135B4F27" w14:textId="77777777" w:rsidR="00F241D0" w:rsidRPr="00F241D0" w:rsidRDefault="00F241D0" w:rsidP="00F46697">
      <w:pPr>
        <w:keepNext/>
        <w:spacing w:after="220" w:line="276" w:lineRule="auto"/>
        <w:jc w:val="left"/>
        <w:rPr>
          <w:rFonts w:asciiTheme="minorHAnsi" w:eastAsiaTheme="minorEastAsia" w:hAnsiTheme="minorHAnsi"/>
          <w:sz w:val="22"/>
          <w:szCs w:val="22"/>
        </w:rPr>
      </w:pPr>
      <w:r>
        <w:rPr>
          <w:rFonts w:asciiTheme="minorHAnsi" w:hAnsiTheme="minorHAnsi"/>
          <w:b/>
          <w:sz w:val="28"/>
        </w:rPr>
        <w:t>Page</w:t>
      </w:r>
    </w:p>
    <w:p w14:paraId="30F8502E"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D1</w:t>
      </w:r>
    </w:p>
    <w:p w14:paraId="4128B35A"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 xml:space="preserve">Laquelle de ces descriptions correspond le mieux à votre situation d’emploi actuelle? </w:t>
      </w:r>
      <w:r>
        <w:rPr>
          <w:rFonts w:asciiTheme="minorHAnsi" w:hAnsiTheme="minorHAnsi"/>
        </w:rPr>
        <w:t>Êtes-vous...</w:t>
      </w:r>
      <w:r>
        <w:rPr>
          <w:rFonts w:asciiTheme="minorHAnsi" w:hAnsiTheme="minorHAnsi"/>
        </w:rPr>
        <w:br/>
      </w:r>
      <w:r>
        <w:rPr>
          <w:rFonts w:asciiTheme="minorHAnsi" w:hAnsiTheme="minorHAnsi"/>
        </w:rPr>
        <w:br/>
        <w:t xml:space="preserve">Cliquez ici pour obtenir de l’aide d’ordre technique : </w:t>
      </w:r>
      <w:r>
        <w:rPr>
          <w:rFonts w:asciiTheme="minorHAnsi" w:hAnsiTheme="minorHAnsi"/>
          <w:b/>
        </w:rPr>
        <w:t>*?*</w:t>
      </w:r>
    </w:p>
    <w:p w14:paraId="517557D7"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8656"/>
      </w:tblGrid>
      <w:tr w:rsidR="00F241D0" w:rsidRPr="000623F5" w14:paraId="27CE47DE" w14:textId="77777777">
        <w:tc>
          <w:tcPr>
            <w:tcW w:w="792" w:type="dxa"/>
          </w:tcPr>
          <w:p w14:paraId="1DB7AC46"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w:t>
            </w:r>
          </w:p>
        </w:tc>
        <w:tc>
          <w:tcPr>
            <w:tcW w:w="9288" w:type="dxa"/>
          </w:tcPr>
          <w:p w14:paraId="2A58B2C0"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travailleur/travailleuse à temps complet (30 heures et plus par semaine)</w:t>
            </w:r>
          </w:p>
        </w:tc>
      </w:tr>
      <w:tr w:rsidR="00F241D0" w:rsidRPr="000623F5" w14:paraId="364C6EE3" w14:textId="77777777">
        <w:tc>
          <w:tcPr>
            <w:tcW w:w="792" w:type="dxa"/>
          </w:tcPr>
          <w:p w14:paraId="2FA7DA81"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w:t>
            </w:r>
          </w:p>
        </w:tc>
        <w:tc>
          <w:tcPr>
            <w:tcW w:w="9288" w:type="dxa"/>
          </w:tcPr>
          <w:p w14:paraId="55764BF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travailleur/travailleuse à temps partiel (moins de 30 heures par semaine)</w:t>
            </w:r>
          </w:p>
        </w:tc>
      </w:tr>
      <w:tr w:rsidR="00F241D0" w:rsidRPr="00F241D0" w14:paraId="2B58A471" w14:textId="77777777">
        <w:tc>
          <w:tcPr>
            <w:tcW w:w="792" w:type="dxa"/>
          </w:tcPr>
          <w:p w14:paraId="2D46CA7D"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w:t>
            </w:r>
          </w:p>
        </w:tc>
        <w:tc>
          <w:tcPr>
            <w:tcW w:w="9288" w:type="dxa"/>
          </w:tcPr>
          <w:p w14:paraId="0FD2F6F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travailleur/travailleuse autonome</w:t>
            </w:r>
          </w:p>
        </w:tc>
      </w:tr>
      <w:tr w:rsidR="00F241D0" w:rsidRPr="000623F5" w14:paraId="5A878C79" w14:textId="77777777">
        <w:tc>
          <w:tcPr>
            <w:tcW w:w="792" w:type="dxa"/>
          </w:tcPr>
          <w:p w14:paraId="02A94691"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4</w:t>
            </w:r>
          </w:p>
        </w:tc>
        <w:tc>
          <w:tcPr>
            <w:tcW w:w="9288" w:type="dxa"/>
          </w:tcPr>
          <w:p w14:paraId="3304CF0A"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sans emploi, mais à la recherche d’un emploi</w:t>
            </w:r>
          </w:p>
        </w:tc>
      </w:tr>
      <w:tr w:rsidR="00F241D0" w:rsidRPr="000623F5" w14:paraId="32BD7E66" w14:textId="77777777">
        <w:tc>
          <w:tcPr>
            <w:tcW w:w="792" w:type="dxa"/>
          </w:tcPr>
          <w:p w14:paraId="1D24E6A2"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5</w:t>
            </w:r>
          </w:p>
        </w:tc>
        <w:tc>
          <w:tcPr>
            <w:tcW w:w="9288" w:type="dxa"/>
          </w:tcPr>
          <w:p w14:paraId="2BB0A52D"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étudiant/étudiante à temps plein</w:t>
            </w:r>
          </w:p>
        </w:tc>
      </w:tr>
      <w:tr w:rsidR="00F241D0" w:rsidRPr="00F241D0" w14:paraId="5EB14C56" w14:textId="77777777">
        <w:tc>
          <w:tcPr>
            <w:tcW w:w="792" w:type="dxa"/>
          </w:tcPr>
          <w:p w14:paraId="2AA6DABC"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6</w:t>
            </w:r>
          </w:p>
        </w:tc>
        <w:tc>
          <w:tcPr>
            <w:tcW w:w="9288" w:type="dxa"/>
          </w:tcPr>
          <w:p w14:paraId="5E22234E"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retraité/retraitée</w:t>
            </w:r>
          </w:p>
        </w:tc>
      </w:tr>
      <w:tr w:rsidR="00F241D0" w:rsidRPr="000623F5" w14:paraId="6A1057B0" w14:textId="77777777">
        <w:tc>
          <w:tcPr>
            <w:tcW w:w="792" w:type="dxa"/>
          </w:tcPr>
          <w:p w14:paraId="52CA79C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7</w:t>
            </w:r>
          </w:p>
        </w:tc>
        <w:tc>
          <w:tcPr>
            <w:tcW w:w="9288" w:type="dxa"/>
          </w:tcPr>
          <w:p w14:paraId="3CAD93EA"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à l’extérieur du marché du travail (personne au foyer à temps plein ou sans emploi et non à la recherche d’emploi)</w:t>
            </w:r>
          </w:p>
        </w:tc>
      </w:tr>
      <w:tr w:rsidR="00F241D0" w:rsidRPr="00F241D0" w14:paraId="4B8BCCA7" w14:textId="77777777">
        <w:tc>
          <w:tcPr>
            <w:tcW w:w="792" w:type="dxa"/>
          </w:tcPr>
          <w:p w14:paraId="1000F96B"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8</w:t>
            </w:r>
          </w:p>
        </w:tc>
        <w:tc>
          <w:tcPr>
            <w:tcW w:w="9288" w:type="dxa"/>
          </w:tcPr>
          <w:p w14:paraId="106D48BA"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autre situation</w:t>
            </w:r>
          </w:p>
        </w:tc>
      </w:tr>
    </w:tbl>
    <w:p w14:paraId="4D370EA4"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5439799A"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lastRenderedPageBreak/>
        <w:t>D2</w:t>
      </w:r>
    </w:p>
    <w:p w14:paraId="3BFAE27C"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Quel est le plus haut niveau de scolarité que vous avez atteint?</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p>
    <w:p w14:paraId="22CF8B36"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8650"/>
      </w:tblGrid>
      <w:tr w:rsidR="00F241D0" w:rsidRPr="00F241D0" w14:paraId="0482F653" w14:textId="77777777">
        <w:tc>
          <w:tcPr>
            <w:tcW w:w="792" w:type="dxa"/>
          </w:tcPr>
          <w:p w14:paraId="0F1C5A22"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w:t>
            </w:r>
          </w:p>
        </w:tc>
        <w:tc>
          <w:tcPr>
            <w:tcW w:w="9288" w:type="dxa"/>
          </w:tcPr>
          <w:p w14:paraId="4DBA70B7"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huitième année ou moins</w:t>
            </w:r>
          </w:p>
        </w:tc>
      </w:tr>
      <w:tr w:rsidR="00F241D0" w:rsidRPr="00F241D0" w14:paraId="1AC21B34" w14:textId="77777777">
        <w:tc>
          <w:tcPr>
            <w:tcW w:w="792" w:type="dxa"/>
          </w:tcPr>
          <w:p w14:paraId="2F307976"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w:t>
            </w:r>
          </w:p>
        </w:tc>
        <w:tc>
          <w:tcPr>
            <w:tcW w:w="9288" w:type="dxa"/>
          </w:tcPr>
          <w:p w14:paraId="71B07D41"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quelques années d’études secondaires</w:t>
            </w:r>
          </w:p>
        </w:tc>
      </w:tr>
      <w:tr w:rsidR="00F241D0" w:rsidRPr="000623F5" w14:paraId="5559B641" w14:textId="77777777">
        <w:tc>
          <w:tcPr>
            <w:tcW w:w="792" w:type="dxa"/>
          </w:tcPr>
          <w:p w14:paraId="239A65A5"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5</w:t>
            </w:r>
          </w:p>
        </w:tc>
        <w:tc>
          <w:tcPr>
            <w:tcW w:w="9288" w:type="dxa"/>
          </w:tcPr>
          <w:p w14:paraId="753A36EA"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diplôme d’études secondaires ou l’équivalent</w:t>
            </w:r>
          </w:p>
        </w:tc>
      </w:tr>
      <w:tr w:rsidR="00F241D0" w:rsidRPr="000623F5" w14:paraId="279DB49B" w14:textId="77777777">
        <w:tc>
          <w:tcPr>
            <w:tcW w:w="792" w:type="dxa"/>
          </w:tcPr>
          <w:p w14:paraId="6DB1B034"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6</w:t>
            </w:r>
          </w:p>
        </w:tc>
        <w:tc>
          <w:tcPr>
            <w:tcW w:w="9288" w:type="dxa"/>
          </w:tcPr>
          <w:p w14:paraId="54C1BDDD" w14:textId="1709A005" w:rsidR="00F241D0" w:rsidRPr="00F241D0" w:rsidRDefault="00F241D0" w:rsidP="002E2861">
            <w:pPr>
              <w:spacing w:line="240" w:lineRule="auto"/>
              <w:jc w:val="left"/>
              <w:rPr>
                <w:rFonts w:asciiTheme="minorHAnsi" w:hAnsiTheme="minorHAnsi" w:cs="Times New Roman"/>
              </w:rPr>
            </w:pPr>
            <w:r>
              <w:rPr>
                <w:rFonts w:asciiTheme="minorHAnsi" w:hAnsiTheme="minorHAnsi"/>
              </w:rPr>
              <w:t>apprentissage enregistré ou autre certificat ou diplôme d’une école de métiers</w:t>
            </w:r>
          </w:p>
        </w:tc>
      </w:tr>
      <w:tr w:rsidR="00F241D0" w:rsidRPr="000623F5" w14:paraId="6903D5F1" w14:textId="77777777">
        <w:tc>
          <w:tcPr>
            <w:tcW w:w="792" w:type="dxa"/>
          </w:tcPr>
          <w:p w14:paraId="682678AC"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7</w:t>
            </w:r>
          </w:p>
        </w:tc>
        <w:tc>
          <w:tcPr>
            <w:tcW w:w="9288" w:type="dxa"/>
          </w:tcPr>
          <w:p w14:paraId="26F03A93"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collège, cégep ou autre certificat ou diplôme d’une institution non universitaire</w:t>
            </w:r>
          </w:p>
        </w:tc>
      </w:tr>
      <w:tr w:rsidR="00F241D0" w:rsidRPr="000623F5" w14:paraId="53D4EC87" w14:textId="77777777">
        <w:tc>
          <w:tcPr>
            <w:tcW w:w="792" w:type="dxa"/>
          </w:tcPr>
          <w:p w14:paraId="533375C3"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8</w:t>
            </w:r>
          </w:p>
        </w:tc>
        <w:tc>
          <w:tcPr>
            <w:tcW w:w="9288" w:type="dxa"/>
          </w:tcPr>
          <w:p w14:paraId="7839934D"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certificat ou diplôme universitaire inférieur au baccalauréat</w:t>
            </w:r>
          </w:p>
        </w:tc>
      </w:tr>
      <w:tr w:rsidR="00F241D0" w:rsidRPr="00F241D0" w14:paraId="5BA316CC" w14:textId="77777777">
        <w:tc>
          <w:tcPr>
            <w:tcW w:w="792" w:type="dxa"/>
          </w:tcPr>
          <w:p w14:paraId="2A82E51D"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9</w:t>
            </w:r>
          </w:p>
        </w:tc>
        <w:tc>
          <w:tcPr>
            <w:tcW w:w="9288" w:type="dxa"/>
          </w:tcPr>
          <w:p w14:paraId="7A9C5CDA"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baccalauréat</w:t>
            </w:r>
          </w:p>
        </w:tc>
      </w:tr>
      <w:tr w:rsidR="00F241D0" w:rsidRPr="000623F5" w14:paraId="6F9A48DC" w14:textId="77777777">
        <w:tc>
          <w:tcPr>
            <w:tcW w:w="792" w:type="dxa"/>
          </w:tcPr>
          <w:p w14:paraId="1AAE76D7"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10</w:t>
            </w:r>
          </w:p>
        </w:tc>
        <w:tc>
          <w:tcPr>
            <w:tcW w:w="9288" w:type="dxa"/>
          </w:tcPr>
          <w:p w14:paraId="3211CAB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diplôme d’études universitaires supérieur au baccalauréat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
        </w:tc>
      </w:tr>
    </w:tbl>
    <w:p w14:paraId="0CEA083A" w14:textId="77777777" w:rsidR="00F241D0" w:rsidRPr="00316687" w:rsidRDefault="00F241D0" w:rsidP="00F46697">
      <w:pPr>
        <w:spacing w:after="200" w:line="276" w:lineRule="auto"/>
        <w:jc w:val="left"/>
        <w:rPr>
          <w:rFonts w:asciiTheme="minorHAnsi" w:eastAsiaTheme="minorEastAsia" w:hAnsiTheme="minorHAnsi"/>
          <w:sz w:val="22"/>
          <w:szCs w:val="22"/>
          <w:lang w:val="fr-FR" w:eastAsia="en-US"/>
        </w:rPr>
      </w:pPr>
    </w:p>
    <w:p w14:paraId="094A468E"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D3</w:t>
      </w:r>
    </w:p>
    <w:p w14:paraId="018172E2"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Des enfants de moins de 18 ans habitent-ils actuellement dans votre foyer?</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p>
    <w:p w14:paraId="5E20EB8B"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
        <w:gridCol w:w="8648"/>
      </w:tblGrid>
      <w:tr w:rsidR="00F241D0" w:rsidRPr="00F241D0" w14:paraId="7C46864F" w14:textId="77777777">
        <w:tc>
          <w:tcPr>
            <w:tcW w:w="792" w:type="dxa"/>
          </w:tcPr>
          <w:p w14:paraId="2FF90A1E"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w:t>
            </w:r>
          </w:p>
        </w:tc>
        <w:tc>
          <w:tcPr>
            <w:tcW w:w="9288" w:type="dxa"/>
          </w:tcPr>
          <w:p w14:paraId="0005DEF1"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oui</w:t>
            </w:r>
          </w:p>
        </w:tc>
      </w:tr>
      <w:tr w:rsidR="00F241D0" w:rsidRPr="00F241D0" w14:paraId="6236980B" w14:textId="77777777">
        <w:tc>
          <w:tcPr>
            <w:tcW w:w="792" w:type="dxa"/>
          </w:tcPr>
          <w:p w14:paraId="389B7ED6"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w:t>
            </w:r>
          </w:p>
        </w:tc>
        <w:tc>
          <w:tcPr>
            <w:tcW w:w="9288" w:type="dxa"/>
          </w:tcPr>
          <w:p w14:paraId="405D9C01"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non</w:t>
            </w:r>
          </w:p>
        </w:tc>
      </w:tr>
    </w:tbl>
    <w:p w14:paraId="6373DB59"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6EB2E11C"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D4</w:t>
      </w:r>
    </w:p>
    <w:p w14:paraId="5F72F212"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Laquelle des catégories suivantes décrit le mieux la somme des revenus annuels avant impôts de tous les membres de votre foyer?</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p>
    <w:p w14:paraId="57BD82F7"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8650"/>
      </w:tblGrid>
      <w:tr w:rsidR="00F241D0" w:rsidRPr="00F241D0" w14:paraId="5963F58F" w14:textId="77777777">
        <w:tc>
          <w:tcPr>
            <w:tcW w:w="792" w:type="dxa"/>
          </w:tcPr>
          <w:p w14:paraId="1C56233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w:t>
            </w:r>
          </w:p>
        </w:tc>
        <w:tc>
          <w:tcPr>
            <w:tcW w:w="9288" w:type="dxa"/>
          </w:tcPr>
          <w:p w14:paraId="2F9099AB"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moins de 20 000 $</w:t>
            </w:r>
          </w:p>
        </w:tc>
      </w:tr>
      <w:tr w:rsidR="00F241D0" w:rsidRPr="00F241D0" w14:paraId="3F8581D1" w14:textId="77777777">
        <w:tc>
          <w:tcPr>
            <w:tcW w:w="792" w:type="dxa"/>
          </w:tcPr>
          <w:p w14:paraId="6AD050E1"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w:t>
            </w:r>
          </w:p>
        </w:tc>
        <w:tc>
          <w:tcPr>
            <w:tcW w:w="9288" w:type="dxa"/>
          </w:tcPr>
          <w:p w14:paraId="54BBB116"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entre 20 000 $ et 40 000 $</w:t>
            </w:r>
          </w:p>
        </w:tc>
      </w:tr>
      <w:tr w:rsidR="00F241D0" w:rsidRPr="00F241D0" w14:paraId="0AAC8A64" w14:textId="77777777">
        <w:tc>
          <w:tcPr>
            <w:tcW w:w="792" w:type="dxa"/>
          </w:tcPr>
          <w:p w14:paraId="7FD20D2F"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w:t>
            </w:r>
          </w:p>
        </w:tc>
        <w:tc>
          <w:tcPr>
            <w:tcW w:w="9288" w:type="dxa"/>
          </w:tcPr>
          <w:p w14:paraId="3850B13F"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entre 40 000 $ et 60 000 $</w:t>
            </w:r>
          </w:p>
        </w:tc>
      </w:tr>
      <w:tr w:rsidR="00F241D0" w:rsidRPr="00F241D0" w14:paraId="5D53BE24" w14:textId="77777777">
        <w:tc>
          <w:tcPr>
            <w:tcW w:w="792" w:type="dxa"/>
          </w:tcPr>
          <w:p w14:paraId="1845E344"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4</w:t>
            </w:r>
          </w:p>
        </w:tc>
        <w:tc>
          <w:tcPr>
            <w:tcW w:w="9288" w:type="dxa"/>
          </w:tcPr>
          <w:p w14:paraId="4C2C5F60"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entre 60 000 $ et 80 000 $</w:t>
            </w:r>
          </w:p>
        </w:tc>
      </w:tr>
      <w:tr w:rsidR="00F241D0" w:rsidRPr="00F241D0" w14:paraId="69295DEA" w14:textId="77777777">
        <w:tc>
          <w:tcPr>
            <w:tcW w:w="792" w:type="dxa"/>
          </w:tcPr>
          <w:p w14:paraId="70B243DE"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5</w:t>
            </w:r>
          </w:p>
        </w:tc>
        <w:tc>
          <w:tcPr>
            <w:tcW w:w="9288" w:type="dxa"/>
          </w:tcPr>
          <w:p w14:paraId="01E27EDC"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entre 80 000 $ et 100 000 $</w:t>
            </w:r>
          </w:p>
        </w:tc>
      </w:tr>
      <w:tr w:rsidR="00F241D0" w:rsidRPr="00F241D0" w14:paraId="2D97262C" w14:textId="77777777">
        <w:tc>
          <w:tcPr>
            <w:tcW w:w="792" w:type="dxa"/>
          </w:tcPr>
          <w:p w14:paraId="7304C95A"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6</w:t>
            </w:r>
          </w:p>
        </w:tc>
        <w:tc>
          <w:tcPr>
            <w:tcW w:w="9288" w:type="dxa"/>
          </w:tcPr>
          <w:p w14:paraId="19AD6F6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entre 100 000 $ et 150 000 $</w:t>
            </w:r>
          </w:p>
        </w:tc>
      </w:tr>
      <w:tr w:rsidR="00F241D0" w:rsidRPr="00F241D0" w14:paraId="40CF1954" w14:textId="77777777">
        <w:tc>
          <w:tcPr>
            <w:tcW w:w="792" w:type="dxa"/>
          </w:tcPr>
          <w:p w14:paraId="1AA02D78"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7</w:t>
            </w:r>
          </w:p>
        </w:tc>
        <w:tc>
          <w:tcPr>
            <w:tcW w:w="9288" w:type="dxa"/>
          </w:tcPr>
          <w:p w14:paraId="0DFD1303"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150 000 $ et plus</w:t>
            </w:r>
          </w:p>
        </w:tc>
      </w:tr>
      <w:tr w:rsidR="00F241D0" w:rsidRPr="00F241D0" w14:paraId="5D21F744" w14:textId="77777777">
        <w:tc>
          <w:tcPr>
            <w:tcW w:w="792" w:type="dxa"/>
          </w:tcPr>
          <w:p w14:paraId="640B910B"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-8</w:t>
            </w:r>
          </w:p>
        </w:tc>
        <w:tc>
          <w:tcPr>
            <w:tcW w:w="9288" w:type="dxa"/>
          </w:tcPr>
          <w:p w14:paraId="2AC8318F"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préfère ne pas répondre</w:t>
            </w:r>
          </w:p>
        </w:tc>
      </w:tr>
    </w:tbl>
    <w:p w14:paraId="7B17CE01"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5B47088E" w14:textId="77777777" w:rsidR="00F241D0" w:rsidRPr="00F241D0" w:rsidRDefault="00F241D0" w:rsidP="00F46697">
      <w:pPr>
        <w:keepNext/>
        <w:spacing w:after="220" w:line="276" w:lineRule="auto"/>
        <w:jc w:val="left"/>
        <w:rPr>
          <w:rFonts w:asciiTheme="minorHAnsi" w:eastAsiaTheme="minorEastAsia" w:hAnsiTheme="minorHAnsi"/>
          <w:sz w:val="22"/>
          <w:szCs w:val="22"/>
        </w:rPr>
      </w:pPr>
      <w:r>
        <w:rPr>
          <w:rFonts w:asciiTheme="minorHAnsi" w:hAnsiTheme="minorHAnsi"/>
          <w:b/>
          <w:sz w:val="28"/>
        </w:rPr>
        <w:lastRenderedPageBreak/>
        <w:t>Page</w:t>
      </w:r>
    </w:p>
    <w:p w14:paraId="4F2003BB"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D5</w:t>
      </w:r>
    </w:p>
    <w:p w14:paraId="1A3BF61A"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Où êtes-vous né(e)?</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p>
    <w:p w14:paraId="095CFCC5"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8650"/>
      </w:tblGrid>
      <w:tr w:rsidR="00F241D0" w:rsidRPr="00F241D0" w14:paraId="3BAADE07" w14:textId="77777777">
        <w:tc>
          <w:tcPr>
            <w:tcW w:w="792" w:type="dxa"/>
          </w:tcPr>
          <w:p w14:paraId="4F59C351"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w:t>
            </w:r>
          </w:p>
        </w:tc>
        <w:tc>
          <w:tcPr>
            <w:tcW w:w="9288" w:type="dxa"/>
          </w:tcPr>
          <w:p w14:paraId="41A6EBA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 Canada</w:t>
            </w:r>
          </w:p>
        </w:tc>
      </w:tr>
      <w:tr w:rsidR="00F241D0" w:rsidRPr="00F241D0" w14:paraId="77757156" w14:textId="77777777">
        <w:tc>
          <w:tcPr>
            <w:tcW w:w="792" w:type="dxa"/>
          </w:tcPr>
          <w:p w14:paraId="25147827"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w:t>
            </w:r>
          </w:p>
        </w:tc>
        <w:tc>
          <w:tcPr>
            <w:tcW w:w="9288" w:type="dxa"/>
          </w:tcPr>
          <w:p w14:paraId="1D52403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à l’étranger</w:t>
            </w:r>
          </w:p>
        </w:tc>
      </w:tr>
    </w:tbl>
    <w:p w14:paraId="6F89F2C4"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1A33333B"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D5ailleurs</w:t>
      </w:r>
      <w:r>
        <w:rPr>
          <w:rFonts w:asciiTheme="minorHAnsi" w:hAnsiTheme="minorHAnsi"/>
          <w:i/>
        </w:rPr>
        <w:tab/>
        <w:t>S’affiche si la réponse à D5 est à l’étranger</w:t>
      </w:r>
    </w:p>
    <w:p w14:paraId="394112CF"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Précisez quel pays :</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p>
    <w:p w14:paraId="107B67C5"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
        <w:gridCol w:w="8699"/>
      </w:tblGrid>
      <w:tr w:rsidR="00F241D0" w:rsidRPr="00F241D0" w14:paraId="65D2C559" w14:textId="77777777">
        <w:tc>
          <w:tcPr>
            <w:tcW w:w="792" w:type="dxa"/>
          </w:tcPr>
          <w:p w14:paraId="6948988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167</w:t>
            </w:r>
          </w:p>
        </w:tc>
        <w:tc>
          <w:tcPr>
            <w:tcW w:w="9288" w:type="dxa"/>
          </w:tcPr>
          <w:p w14:paraId="210F5F96"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__QUESTION_ARBORESCENCE__</w:t>
            </w:r>
          </w:p>
        </w:tc>
      </w:tr>
      <w:tr w:rsidR="00F241D0" w:rsidRPr="00F241D0" w14:paraId="6B09A798" w14:textId="77777777">
        <w:tc>
          <w:tcPr>
            <w:tcW w:w="792" w:type="dxa"/>
          </w:tcPr>
          <w:p w14:paraId="61E9C896"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w:t>
            </w:r>
          </w:p>
        </w:tc>
        <w:tc>
          <w:tcPr>
            <w:tcW w:w="9288" w:type="dxa"/>
          </w:tcPr>
          <w:p w14:paraId="60C119DA"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Amérique du </w:t>
            </w:r>
            <w:proofErr w:type="spellStart"/>
            <w:r>
              <w:rPr>
                <w:rFonts w:asciiTheme="minorHAnsi" w:hAnsiTheme="minorHAnsi"/>
              </w:rPr>
              <w:t>Nord|Mexique</w:t>
            </w:r>
            <w:proofErr w:type="spellEnd"/>
          </w:p>
        </w:tc>
      </w:tr>
      <w:tr w:rsidR="00F241D0" w:rsidRPr="000623F5" w14:paraId="2416DA6D" w14:textId="77777777">
        <w:tc>
          <w:tcPr>
            <w:tcW w:w="792" w:type="dxa"/>
          </w:tcPr>
          <w:p w14:paraId="6C6F6588"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w:t>
            </w:r>
          </w:p>
        </w:tc>
        <w:tc>
          <w:tcPr>
            <w:tcW w:w="9288" w:type="dxa"/>
          </w:tcPr>
          <w:p w14:paraId="0897013B"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Amérique du </w:t>
            </w:r>
            <w:proofErr w:type="spellStart"/>
            <w:r>
              <w:rPr>
                <w:rFonts w:asciiTheme="minorHAnsi" w:hAnsiTheme="minorHAnsi"/>
              </w:rPr>
              <w:t>Nord|États-Unis</w:t>
            </w:r>
            <w:proofErr w:type="spellEnd"/>
            <w:r>
              <w:rPr>
                <w:rFonts w:asciiTheme="minorHAnsi" w:hAnsiTheme="minorHAnsi"/>
              </w:rPr>
              <w:t xml:space="preserve"> d’Amérique</w:t>
            </w:r>
          </w:p>
        </w:tc>
      </w:tr>
      <w:tr w:rsidR="00F241D0" w:rsidRPr="000623F5" w14:paraId="2F3066A8" w14:textId="77777777">
        <w:tc>
          <w:tcPr>
            <w:tcW w:w="792" w:type="dxa"/>
          </w:tcPr>
          <w:p w14:paraId="1BC63E99"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4</w:t>
            </w:r>
          </w:p>
        </w:tc>
        <w:tc>
          <w:tcPr>
            <w:tcW w:w="9288" w:type="dxa"/>
          </w:tcPr>
          <w:p w14:paraId="1F5C3380"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Caraïbes/Amérique </w:t>
            </w:r>
            <w:proofErr w:type="spellStart"/>
            <w:r>
              <w:rPr>
                <w:rFonts w:asciiTheme="minorHAnsi" w:hAnsiTheme="minorHAnsi"/>
              </w:rPr>
              <w:t>centrale|Bahamas</w:t>
            </w:r>
            <w:proofErr w:type="spellEnd"/>
            <w:r>
              <w:rPr>
                <w:rFonts w:asciiTheme="minorHAnsi" w:hAnsiTheme="minorHAnsi"/>
              </w:rPr>
              <w:t>, les</w:t>
            </w:r>
          </w:p>
        </w:tc>
      </w:tr>
      <w:tr w:rsidR="00F241D0" w:rsidRPr="00F241D0" w14:paraId="6BF2E258" w14:textId="77777777">
        <w:tc>
          <w:tcPr>
            <w:tcW w:w="792" w:type="dxa"/>
          </w:tcPr>
          <w:p w14:paraId="6EDEF48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5</w:t>
            </w:r>
          </w:p>
        </w:tc>
        <w:tc>
          <w:tcPr>
            <w:tcW w:w="9288" w:type="dxa"/>
          </w:tcPr>
          <w:p w14:paraId="7A56B88D"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Caraïbes/Amérique </w:t>
            </w:r>
            <w:proofErr w:type="spellStart"/>
            <w:r>
              <w:rPr>
                <w:rFonts w:asciiTheme="minorHAnsi" w:hAnsiTheme="minorHAnsi"/>
              </w:rPr>
              <w:t>centrale|Barbade</w:t>
            </w:r>
            <w:proofErr w:type="spellEnd"/>
          </w:p>
        </w:tc>
      </w:tr>
      <w:tr w:rsidR="00F241D0" w:rsidRPr="000623F5" w14:paraId="6C190E09" w14:textId="77777777">
        <w:tc>
          <w:tcPr>
            <w:tcW w:w="792" w:type="dxa"/>
          </w:tcPr>
          <w:p w14:paraId="5FE2442D"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6</w:t>
            </w:r>
          </w:p>
        </w:tc>
        <w:tc>
          <w:tcPr>
            <w:tcW w:w="9288" w:type="dxa"/>
          </w:tcPr>
          <w:p w14:paraId="065E561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Caraïbes/Amérique </w:t>
            </w:r>
            <w:proofErr w:type="spellStart"/>
            <w:r>
              <w:rPr>
                <w:rFonts w:asciiTheme="minorHAnsi" w:hAnsiTheme="minorHAnsi"/>
              </w:rPr>
              <w:t>centrale|îles</w:t>
            </w:r>
            <w:proofErr w:type="spellEnd"/>
            <w:r>
              <w:rPr>
                <w:rFonts w:asciiTheme="minorHAnsi" w:hAnsiTheme="minorHAnsi"/>
              </w:rPr>
              <w:t xml:space="preserve"> Caïmans</w:t>
            </w:r>
          </w:p>
        </w:tc>
      </w:tr>
      <w:tr w:rsidR="00F241D0" w:rsidRPr="000623F5" w14:paraId="4CE9BE77" w14:textId="77777777">
        <w:tc>
          <w:tcPr>
            <w:tcW w:w="792" w:type="dxa"/>
          </w:tcPr>
          <w:p w14:paraId="183C6822"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7</w:t>
            </w:r>
          </w:p>
        </w:tc>
        <w:tc>
          <w:tcPr>
            <w:tcW w:w="9288" w:type="dxa"/>
          </w:tcPr>
          <w:p w14:paraId="60739360"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Caraïbes/Amérique </w:t>
            </w:r>
            <w:proofErr w:type="spellStart"/>
            <w:r>
              <w:rPr>
                <w:rFonts w:asciiTheme="minorHAnsi" w:hAnsiTheme="minorHAnsi"/>
              </w:rPr>
              <w:t>centrale|Costa</w:t>
            </w:r>
            <w:proofErr w:type="spellEnd"/>
            <w:r>
              <w:rPr>
                <w:rFonts w:asciiTheme="minorHAnsi" w:hAnsiTheme="minorHAnsi"/>
              </w:rPr>
              <w:t xml:space="preserve"> Rica</w:t>
            </w:r>
          </w:p>
        </w:tc>
      </w:tr>
      <w:tr w:rsidR="00F241D0" w:rsidRPr="00F241D0" w14:paraId="7BE53E8F" w14:textId="77777777">
        <w:tc>
          <w:tcPr>
            <w:tcW w:w="792" w:type="dxa"/>
          </w:tcPr>
          <w:p w14:paraId="3E3CA6FC"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8</w:t>
            </w:r>
          </w:p>
        </w:tc>
        <w:tc>
          <w:tcPr>
            <w:tcW w:w="9288" w:type="dxa"/>
          </w:tcPr>
          <w:p w14:paraId="37DEDD86"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Caraïbes/Amérique </w:t>
            </w:r>
            <w:proofErr w:type="spellStart"/>
            <w:r>
              <w:rPr>
                <w:rFonts w:asciiTheme="minorHAnsi" w:hAnsiTheme="minorHAnsi"/>
              </w:rPr>
              <w:t>centrale|Cuba</w:t>
            </w:r>
            <w:proofErr w:type="spellEnd"/>
          </w:p>
        </w:tc>
      </w:tr>
      <w:tr w:rsidR="00F241D0" w:rsidRPr="00F241D0" w14:paraId="09ABAC43" w14:textId="77777777">
        <w:tc>
          <w:tcPr>
            <w:tcW w:w="792" w:type="dxa"/>
          </w:tcPr>
          <w:p w14:paraId="249DEED5"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9</w:t>
            </w:r>
          </w:p>
        </w:tc>
        <w:tc>
          <w:tcPr>
            <w:tcW w:w="9288" w:type="dxa"/>
          </w:tcPr>
          <w:p w14:paraId="59E0370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Caraïbes/Amérique </w:t>
            </w:r>
            <w:proofErr w:type="spellStart"/>
            <w:r>
              <w:rPr>
                <w:rFonts w:asciiTheme="minorHAnsi" w:hAnsiTheme="minorHAnsi"/>
              </w:rPr>
              <w:t>centrale|Dominique</w:t>
            </w:r>
            <w:proofErr w:type="spellEnd"/>
          </w:p>
        </w:tc>
      </w:tr>
      <w:tr w:rsidR="00F241D0" w:rsidRPr="000623F5" w14:paraId="080912C2" w14:textId="77777777">
        <w:tc>
          <w:tcPr>
            <w:tcW w:w="792" w:type="dxa"/>
          </w:tcPr>
          <w:p w14:paraId="19FC39F8"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10</w:t>
            </w:r>
          </w:p>
        </w:tc>
        <w:tc>
          <w:tcPr>
            <w:tcW w:w="9288" w:type="dxa"/>
          </w:tcPr>
          <w:p w14:paraId="7C489856"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Caraïbes/Amérique </w:t>
            </w:r>
            <w:proofErr w:type="spellStart"/>
            <w:r>
              <w:rPr>
                <w:rFonts w:asciiTheme="minorHAnsi" w:hAnsiTheme="minorHAnsi"/>
              </w:rPr>
              <w:t>centrale|République</w:t>
            </w:r>
            <w:proofErr w:type="spellEnd"/>
            <w:r>
              <w:rPr>
                <w:rFonts w:asciiTheme="minorHAnsi" w:hAnsiTheme="minorHAnsi"/>
              </w:rPr>
              <w:t xml:space="preserve"> dominicaine</w:t>
            </w:r>
          </w:p>
        </w:tc>
      </w:tr>
      <w:tr w:rsidR="00F241D0" w:rsidRPr="000623F5" w14:paraId="0273E733" w14:textId="77777777">
        <w:tc>
          <w:tcPr>
            <w:tcW w:w="792" w:type="dxa"/>
          </w:tcPr>
          <w:p w14:paraId="5F214529"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11</w:t>
            </w:r>
          </w:p>
        </w:tc>
        <w:tc>
          <w:tcPr>
            <w:tcW w:w="9288" w:type="dxa"/>
          </w:tcPr>
          <w:p w14:paraId="1A6727F0"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Caraïbes/Amérique </w:t>
            </w:r>
            <w:proofErr w:type="spellStart"/>
            <w:r>
              <w:rPr>
                <w:rFonts w:asciiTheme="minorHAnsi" w:hAnsiTheme="minorHAnsi"/>
              </w:rPr>
              <w:t>centrale|El</w:t>
            </w:r>
            <w:proofErr w:type="spellEnd"/>
            <w:r>
              <w:rPr>
                <w:rFonts w:asciiTheme="minorHAnsi" w:hAnsiTheme="minorHAnsi"/>
              </w:rPr>
              <w:t xml:space="preserve"> Salvador</w:t>
            </w:r>
          </w:p>
        </w:tc>
      </w:tr>
      <w:tr w:rsidR="00F241D0" w:rsidRPr="00F241D0" w14:paraId="783C9E5E" w14:textId="77777777">
        <w:tc>
          <w:tcPr>
            <w:tcW w:w="792" w:type="dxa"/>
          </w:tcPr>
          <w:p w14:paraId="33794E2B"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12</w:t>
            </w:r>
          </w:p>
        </w:tc>
        <w:tc>
          <w:tcPr>
            <w:tcW w:w="9288" w:type="dxa"/>
          </w:tcPr>
          <w:p w14:paraId="4FB89BC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Caraïbes/Amérique </w:t>
            </w:r>
            <w:proofErr w:type="spellStart"/>
            <w:r>
              <w:rPr>
                <w:rFonts w:asciiTheme="minorHAnsi" w:hAnsiTheme="minorHAnsi"/>
              </w:rPr>
              <w:t>centrale|Grenade</w:t>
            </w:r>
            <w:proofErr w:type="spellEnd"/>
          </w:p>
        </w:tc>
      </w:tr>
      <w:tr w:rsidR="00F241D0" w:rsidRPr="00F241D0" w14:paraId="758AD83D" w14:textId="77777777">
        <w:tc>
          <w:tcPr>
            <w:tcW w:w="792" w:type="dxa"/>
          </w:tcPr>
          <w:p w14:paraId="48947921"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13</w:t>
            </w:r>
          </w:p>
        </w:tc>
        <w:tc>
          <w:tcPr>
            <w:tcW w:w="9288" w:type="dxa"/>
          </w:tcPr>
          <w:p w14:paraId="02F7BFEF"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Caraïbes/Amérique </w:t>
            </w:r>
            <w:proofErr w:type="spellStart"/>
            <w:r>
              <w:rPr>
                <w:rFonts w:asciiTheme="minorHAnsi" w:hAnsiTheme="minorHAnsi"/>
              </w:rPr>
              <w:t>centrale|Guadeloupe</w:t>
            </w:r>
            <w:proofErr w:type="spellEnd"/>
          </w:p>
        </w:tc>
      </w:tr>
      <w:tr w:rsidR="00F241D0" w:rsidRPr="00F241D0" w14:paraId="539667A5" w14:textId="77777777">
        <w:tc>
          <w:tcPr>
            <w:tcW w:w="792" w:type="dxa"/>
          </w:tcPr>
          <w:p w14:paraId="6A9680A4"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14</w:t>
            </w:r>
          </w:p>
        </w:tc>
        <w:tc>
          <w:tcPr>
            <w:tcW w:w="9288" w:type="dxa"/>
          </w:tcPr>
          <w:p w14:paraId="2AD1F450"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Caraïbes/Amérique </w:t>
            </w:r>
            <w:proofErr w:type="spellStart"/>
            <w:r>
              <w:rPr>
                <w:rFonts w:asciiTheme="minorHAnsi" w:hAnsiTheme="minorHAnsi"/>
              </w:rPr>
              <w:t>centrale|Guatemala</w:t>
            </w:r>
            <w:proofErr w:type="spellEnd"/>
          </w:p>
        </w:tc>
      </w:tr>
      <w:tr w:rsidR="00F241D0" w:rsidRPr="00F241D0" w14:paraId="58EA9600" w14:textId="77777777">
        <w:tc>
          <w:tcPr>
            <w:tcW w:w="792" w:type="dxa"/>
          </w:tcPr>
          <w:p w14:paraId="4C1302D3"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15</w:t>
            </w:r>
          </w:p>
        </w:tc>
        <w:tc>
          <w:tcPr>
            <w:tcW w:w="9288" w:type="dxa"/>
          </w:tcPr>
          <w:p w14:paraId="10604959"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Caraïbes/Amérique </w:t>
            </w:r>
            <w:proofErr w:type="spellStart"/>
            <w:r>
              <w:rPr>
                <w:rFonts w:asciiTheme="minorHAnsi" w:hAnsiTheme="minorHAnsi"/>
              </w:rPr>
              <w:t>centrale|Haïti</w:t>
            </w:r>
            <w:proofErr w:type="spellEnd"/>
          </w:p>
        </w:tc>
      </w:tr>
      <w:tr w:rsidR="00F241D0" w:rsidRPr="00F241D0" w14:paraId="778ED11B" w14:textId="77777777">
        <w:tc>
          <w:tcPr>
            <w:tcW w:w="792" w:type="dxa"/>
          </w:tcPr>
          <w:p w14:paraId="3A896075"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16</w:t>
            </w:r>
          </w:p>
        </w:tc>
        <w:tc>
          <w:tcPr>
            <w:tcW w:w="9288" w:type="dxa"/>
          </w:tcPr>
          <w:p w14:paraId="434635E8"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Caraïbes/Amérique </w:t>
            </w:r>
            <w:proofErr w:type="spellStart"/>
            <w:r>
              <w:rPr>
                <w:rFonts w:asciiTheme="minorHAnsi" w:hAnsiTheme="minorHAnsi"/>
              </w:rPr>
              <w:t>centrale|Honduras</w:t>
            </w:r>
            <w:proofErr w:type="spellEnd"/>
          </w:p>
        </w:tc>
      </w:tr>
      <w:tr w:rsidR="00F241D0" w:rsidRPr="00F241D0" w14:paraId="3C191929" w14:textId="77777777">
        <w:tc>
          <w:tcPr>
            <w:tcW w:w="792" w:type="dxa"/>
          </w:tcPr>
          <w:p w14:paraId="3CF8F21E"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17</w:t>
            </w:r>
          </w:p>
        </w:tc>
        <w:tc>
          <w:tcPr>
            <w:tcW w:w="9288" w:type="dxa"/>
          </w:tcPr>
          <w:p w14:paraId="356D45BC"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Caraïbes/Amérique </w:t>
            </w:r>
            <w:proofErr w:type="spellStart"/>
            <w:r>
              <w:rPr>
                <w:rFonts w:asciiTheme="minorHAnsi" w:hAnsiTheme="minorHAnsi"/>
              </w:rPr>
              <w:t>centrale|Jamaïque</w:t>
            </w:r>
            <w:proofErr w:type="spellEnd"/>
          </w:p>
        </w:tc>
      </w:tr>
      <w:tr w:rsidR="00F241D0" w:rsidRPr="00F241D0" w14:paraId="2BA37CC3" w14:textId="77777777">
        <w:tc>
          <w:tcPr>
            <w:tcW w:w="792" w:type="dxa"/>
          </w:tcPr>
          <w:p w14:paraId="29E707E6"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18</w:t>
            </w:r>
          </w:p>
        </w:tc>
        <w:tc>
          <w:tcPr>
            <w:tcW w:w="9288" w:type="dxa"/>
          </w:tcPr>
          <w:p w14:paraId="1F26B968"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Caraïbes/Amérique </w:t>
            </w:r>
            <w:proofErr w:type="spellStart"/>
            <w:r>
              <w:rPr>
                <w:rFonts w:asciiTheme="minorHAnsi" w:hAnsiTheme="minorHAnsi"/>
              </w:rPr>
              <w:t>centrale|Martinique</w:t>
            </w:r>
            <w:proofErr w:type="spellEnd"/>
          </w:p>
        </w:tc>
      </w:tr>
      <w:tr w:rsidR="00F241D0" w:rsidRPr="00F241D0" w14:paraId="5171FED5" w14:textId="77777777">
        <w:tc>
          <w:tcPr>
            <w:tcW w:w="792" w:type="dxa"/>
          </w:tcPr>
          <w:p w14:paraId="39F5FE3C"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19</w:t>
            </w:r>
          </w:p>
        </w:tc>
        <w:tc>
          <w:tcPr>
            <w:tcW w:w="9288" w:type="dxa"/>
          </w:tcPr>
          <w:p w14:paraId="2D2722E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Caraïbes/Amérique </w:t>
            </w:r>
            <w:proofErr w:type="spellStart"/>
            <w:r>
              <w:rPr>
                <w:rFonts w:asciiTheme="minorHAnsi" w:hAnsiTheme="minorHAnsi"/>
              </w:rPr>
              <w:t>centrale|Nicaragua</w:t>
            </w:r>
            <w:proofErr w:type="spellEnd"/>
          </w:p>
        </w:tc>
      </w:tr>
      <w:tr w:rsidR="00F241D0" w:rsidRPr="000623F5" w14:paraId="580AF99A" w14:textId="77777777">
        <w:tc>
          <w:tcPr>
            <w:tcW w:w="792" w:type="dxa"/>
          </w:tcPr>
          <w:p w14:paraId="1D4A1D34"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20</w:t>
            </w:r>
          </w:p>
        </w:tc>
        <w:tc>
          <w:tcPr>
            <w:tcW w:w="9288" w:type="dxa"/>
          </w:tcPr>
          <w:p w14:paraId="3F4F15FA"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Caraïbes/Amérique </w:t>
            </w:r>
            <w:proofErr w:type="spellStart"/>
            <w:r>
              <w:rPr>
                <w:rFonts w:asciiTheme="minorHAnsi" w:hAnsiTheme="minorHAnsi"/>
              </w:rPr>
              <w:t>centrale|Panamá</w:t>
            </w:r>
            <w:proofErr w:type="spellEnd"/>
            <w:r>
              <w:rPr>
                <w:rFonts w:asciiTheme="minorHAnsi" w:hAnsiTheme="minorHAnsi"/>
              </w:rPr>
              <w:t>, République du</w:t>
            </w:r>
          </w:p>
        </w:tc>
      </w:tr>
      <w:tr w:rsidR="00F241D0" w:rsidRPr="00F241D0" w14:paraId="13143166" w14:textId="77777777">
        <w:tc>
          <w:tcPr>
            <w:tcW w:w="792" w:type="dxa"/>
          </w:tcPr>
          <w:p w14:paraId="3816645C"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21</w:t>
            </w:r>
          </w:p>
        </w:tc>
        <w:tc>
          <w:tcPr>
            <w:tcW w:w="9288" w:type="dxa"/>
          </w:tcPr>
          <w:p w14:paraId="4E14E7FA"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Caraïbes/Amérique </w:t>
            </w:r>
            <w:proofErr w:type="spellStart"/>
            <w:r>
              <w:rPr>
                <w:rFonts w:asciiTheme="minorHAnsi" w:hAnsiTheme="minorHAnsi"/>
              </w:rPr>
              <w:t>centrale|Sainte-Lucie</w:t>
            </w:r>
            <w:proofErr w:type="spellEnd"/>
          </w:p>
        </w:tc>
      </w:tr>
      <w:tr w:rsidR="00F241D0" w:rsidRPr="000623F5" w14:paraId="58A2821F" w14:textId="77777777">
        <w:tc>
          <w:tcPr>
            <w:tcW w:w="792" w:type="dxa"/>
          </w:tcPr>
          <w:p w14:paraId="08B7C5CA"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22</w:t>
            </w:r>
          </w:p>
        </w:tc>
        <w:tc>
          <w:tcPr>
            <w:tcW w:w="9288" w:type="dxa"/>
          </w:tcPr>
          <w:p w14:paraId="0D2B7E8C"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Caraïbes/Amérique </w:t>
            </w:r>
            <w:proofErr w:type="spellStart"/>
            <w:r>
              <w:rPr>
                <w:rFonts w:asciiTheme="minorHAnsi" w:hAnsiTheme="minorHAnsi"/>
              </w:rPr>
              <w:t>centrale|Saint-Kitts-et-Nevis</w:t>
            </w:r>
            <w:proofErr w:type="spellEnd"/>
          </w:p>
        </w:tc>
      </w:tr>
      <w:tr w:rsidR="00F241D0" w:rsidRPr="000623F5" w14:paraId="45F856AA" w14:textId="77777777">
        <w:tc>
          <w:tcPr>
            <w:tcW w:w="792" w:type="dxa"/>
          </w:tcPr>
          <w:p w14:paraId="6D66C11E"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23</w:t>
            </w:r>
          </w:p>
        </w:tc>
        <w:tc>
          <w:tcPr>
            <w:tcW w:w="9288" w:type="dxa"/>
          </w:tcPr>
          <w:p w14:paraId="1A0B7E48"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Caraïbes/Amérique </w:t>
            </w:r>
            <w:proofErr w:type="spellStart"/>
            <w:r>
              <w:rPr>
                <w:rFonts w:asciiTheme="minorHAnsi" w:hAnsiTheme="minorHAnsi"/>
              </w:rPr>
              <w:t>centrale|Saint-Vincent-et-les-Grenadines</w:t>
            </w:r>
            <w:proofErr w:type="spellEnd"/>
          </w:p>
        </w:tc>
      </w:tr>
      <w:tr w:rsidR="00F241D0" w:rsidRPr="000623F5" w14:paraId="451AB144" w14:textId="77777777">
        <w:tc>
          <w:tcPr>
            <w:tcW w:w="792" w:type="dxa"/>
          </w:tcPr>
          <w:p w14:paraId="63218EAC"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24</w:t>
            </w:r>
          </w:p>
        </w:tc>
        <w:tc>
          <w:tcPr>
            <w:tcW w:w="9288" w:type="dxa"/>
          </w:tcPr>
          <w:p w14:paraId="196B514D"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Caraïbes/Amérique </w:t>
            </w:r>
            <w:proofErr w:type="spellStart"/>
            <w:r>
              <w:rPr>
                <w:rFonts w:asciiTheme="minorHAnsi" w:hAnsiTheme="minorHAnsi"/>
              </w:rPr>
              <w:t>centrale|Trinité-et-Tobago</w:t>
            </w:r>
            <w:proofErr w:type="spellEnd"/>
            <w:r>
              <w:rPr>
                <w:rFonts w:asciiTheme="minorHAnsi" w:hAnsiTheme="minorHAnsi"/>
              </w:rPr>
              <w:t>, République de</w:t>
            </w:r>
          </w:p>
        </w:tc>
      </w:tr>
      <w:tr w:rsidR="00F241D0" w:rsidRPr="00F241D0" w14:paraId="11C5EA4D" w14:textId="77777777">
        <w:tc>
          <w:tcPr>
            <w:tcW w:w="792" w:type="dxa"/>
          </w:tcPr>
          <w:p w14:paraId="2C0F63AF"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26</w:t>
            </w:r>
          </w:p>
        </w:tc>
        <w:tc>
          <w:tcPr>
            <w:tcW w:w="9288" w:type="dxa"/>
          </w:tcPr>
          <w:p w14:paraId="656FEC37"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Amérique du </w:t>
            </w:r>
            <w:proofErr w:type="spellStart"/>
            <w:r>
              <w:rPr>
                <w:rFonts w:asciiTheme="minorHAnsi" w:hAnsiTheme="minorHAnsi"/>
              </w:rPr>
              <w:t>Sud|Argentine</w:t>
            </w:r>
            <w:proofErr w:type="spellEnd"/>
          </w:p>
        </w:tc>
      </w:tr>
      <w:tr w:rsidR="00F241D0" w:rsidRPr="00F241D0" w14:paraId="080A6B9C" w14:textId="77777777">
        <w:tc>
          <w:tcPr>
            <w:tcW w:w="792" w:type="dxa"/>
          </w:tcPr>
          <w:p w14:paraId="70BA4A29"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25</w:t>
            </w:r>
          </w:p>
        </w:tc>
        <w:tc>
          <w:tcPr>
            <w:tcW w:w="9288" w:type="dxa"/>
          </w:tcPr>
          <w:p w14:paraId="35BBFDF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Amérique du </w:t>
            </w:r>
            <w:proofErr w:type="spellStart"/>
            <w:r>
              <w:rPr>
                <w:rFonts w:asciiTheme="minorHAnsi" w:hAnsiTheme="minorHAnsi"/>
              </w:rPr>
              <w:t>Sud|Brésil</w:t>
            </w:r>
            <w:proofErr w:type="spellEnd"/>
          </w:p>
        </w:tc>
      </w:tr>
      <w:tr w:rsidR="00F241D0" w:rsidRPr="00F241D0" w14:paraId="47F6D64B" w14:textId="77777777">
        <w:tc>
          <w:tcPr>
            <w:tcW w:w="792" w:type="dxa"/>
          </w:tcPr>
          <w:p w14:paraId="12CEFDB7"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27</w:t>
            </w:r>
          </w:p>
        </w:tc>
        <w:tc>
          <w:tcPr>
            <w:tcW w:w="9288" w:type="dxa"/>
          </w:tcPr>
          <w:p w14:paraId="29E8183E"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Amérique du </w:t>
            </w:r>
            <w:proofErr w:type="spellStart"/>
            <w:r>
              <w:rPr>
                <w:rFonts w:asciiTheme="minorHAnsi" w:hAnsiTheme="minorHAnsi"/>
              </w:rPr>
              <w:t>Sud|Bolivie</w:t>
            </w:r>
            <w:proofErr w:type="spellEnd"/>
          </w:p>
        </w:tc>
      </w:tr>
      <w:tr w:rsidR="00F241D0" w:rsidRPr="00F241D0" w14:paraId="0BA9D0FF" w14:textId="77777777">
        <w:tc>
          <w:tcPr>
            <w:tcW w:w="792" w:type="dxa"/>
          </w:tcPr>
          <w:p w14:paraId="6387D7EE"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28</w:t>
            </w:r>
          </w:p>
        </w:tc>
        <w:tc>
          <w:tcPr>
            <w:tcW w:w="9288" w:type="dxa"/>
          </w:tcPr>
          <w:p w14:paraId="6D73B9BF"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Amérique du </w:t>
            </w:r>
            <w:proofErr w:type="spellStart"/>
            <w:r>
              <w:rPr>
                <w:rFonts w:asciiTheme="minorHAnsi" w:hAnsiTheme="minorHAnsi"/>
              </w:rPr>
              <w:t>Sud|Chili</w:t>
            </w:r>
            <w:proofErr w:type="spellEnd"/>
          </w:p>
        </w:tc>
      </w:tr>
      <w:tr w:rsidR="00F241D0" w:rsidRPr="00F241D0" w14:paraId="5B00BAB5" w14:textId="77777777">
        <w:tc>
          <w:tcPr>
            <w:tcW w:w="792" w:type="dxa"/>
          </w:tcPr>
          <w:p w14:paraId="0CC37CD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29</w:t>
            </w:r>
          </w:p>
        </w:tc>
        <w:tc>
          <w:tcPr>
            <w:tcW w:w="9288" w:type="dxa"/>
          </w:tcPr>
          <w:p w14:paraId="4297F78D"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Amérique du </w:t>
            </w:r>
            <w:proofErr w:type="spellStart"/>
            <w:r>
              <w:rPr>
                <w:rFonts w:asciiTheme="minorHAnsi" w:hAnsiTheme="minorHAnsi"/>
              </w:rPr>
              <w:t>Sud|Colombie</w:t>
            </w:r>
            <w:proofErr w:type="spellEnd"/>
          </w:p>
        </w:tc>
      </w:tr>
      <w:tr w:rsidR="00F241D0" w:rsidRPr="00F241D0" w14:paraId="4718B67C" w14:textId="77777777">
        <w:tc>
          <w:tcPr>
            <w:tcW w:w="792" w:type="dxa"/>
          </w:tcPr>
          <w:p w14:paraId="46078D77"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lastRenderedPageBreak/>
              <w:t>❍</w:t>
            </w:r>
            <w:r>
              <w:rPr>
                <w:rFonts w:asciiTheme="minorHAnsi" w:hAnsiTheme="minorHAnsi"/>
                <w:sz w:val="20"/>
                <w:vertAlign w:val="subscript"/>
              </w:rPr>
              <w:t xml:space="preserve">   30</w:t>
            </w:r>
          </w:p>
        </w:tc>
        <w:tc>
          <w:tcPr>
            <w:tcW w:w="9288" w:type="dxa"/>
          </w:tcPr>
          <w:p w14:paraId="2ACAF4A9"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Amérique du </w:t>
            </w:r>
            <w:proofErr w:type="spellStart"/>
            <w:r>
              <w:rPr>
                <w:rFonts w:asciiTheme="minorHAnsi" w:hAnsiTheme="minorHAnsi"/>
              </w:rPr>
              <w:t>Sud|Équateur</w:t>
            </w:r>
            <w:proofErr w:type="spellEnd"/>
          </w:p>
        </w:tc>
      </w:tr>
      <w:tr w:rsidR="00F241D0" w:rsidRPr="00F241D0" w14:paraId="48285962" w14:textId="77777777">
        <w:tc>
          <w:tcPr>
            <w:tcW w:w="792" w:type="dxa"/>
          </w:tcPr>
          <w:p w14:paraId="1A1D8AA4"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31</w:t>
            </w:r>
          </w:p>
        </w:tc>
        <w:tc>
          <w:tcPr>
            <w:tcW w:w="9288" w:type="dxa"/>
          </w:tcPr>
          <w:p w14:paraId="7A5C7603"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Amérique du </w:t>
            </w:r>
            <w:proofErr w:type="spellStart"/>
            <w:r>
              <w:rPr>
                <w:rFonts w:asciiTheme="minorHAnsi" w:hAnsiTheme="minorHAnsi"/>
              </w:rPr>
              <w:t>Sud|Guyana</w:t>
            </w:r>
            <w:proofErr w:type="spellEnd"/>
          </w:p>
        </w:tc>
      </w:tr>
      <w:tr w:rsidR="00F241D0" w:rsidRPr="00F241D0" w14:paraId="15C2A9DB" w14:textId="77777777">
        <w:tc>
          <w:tcPr>
            <w:tcW w:w="792" w:type="dxa"/>
          </w:tcPr>
          <w:p w14:paraId="4EF9EE06"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32</w:t>
            </w:r>
          </w:p>
        </w:tc>
        <w:tc>
          <w:tcPr>
            <w:tcW w:w="9288" w:type="dxa"/>
          </w:tcPr>
          <w:p w14:paraId="652D4BD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Amérique du </w:t>
            </w:r>
            <w:proofErr w:type="spellStart"/>
            <w:r>
              <w:rPr>
                <w:rFonts w:asciiTheme="minorHAnsi" w:hAnsiTheme="minorHAnsi"/>
              </w:rPr>
              <w:t>Sud|Paraguay</w:t>
            </w:r>
            <w:proofErr w:type="spellEnd"/>
          </w:p>
        </w:tc>
      </w:tr>
      <w:tr w:rsidR="00F241D0" w:rsidRPr="00F241D0" w14:paraId="2EEE3C29" w14:textId="77777777">
        <w:tc>
          <w:tcPr>
            <w:tcW w:w="792" w:type="dxa"/>
          </w:tcPr>
          <w:p w14:paraId="67FB05FB"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33</w:t>
            </w:r>
          </w:p>
        </w:tc>
        <w:tc>
          <w:tcPr>
            <w:tcW w:w="9288" w:type="dxa"/>
          </w:tcPr>
          <w:p w14:paraId="24215CB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Amérique du </w:t>
            </w:r>
            <w:proofErr w:type="spellStart"/>
            <w:r>
              <w:rPr>
                <w:rFonts w:asciiTheme="minorHAnsi" w:hAnsiTheme="minorHAnsi"/>
              </w:rPr>
              <w:t>Sud|Pérou</w:t>
            </w:r>
            <w:proofErr w:type="spellEnd"/>
          </w:p>
        </w:tc>
      </w:tr>
      <w:tr w:rsidR="00F241D0" w:rsidRPr="00F241D0" w14:paraId="3CA2B771" w14:textId="77777777">
        <w:tc>
          <w:tcPr>
            <w:tcW w:w="792" w:type="dxa"/>
          </w:tcPr>
          <w:p w14:paraId="0486B169"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34</w:t>
            </w:r>
          </w:p>
        </w:tc>
        <w:tc>
          <w:tcPr>
            <w:tcW w:w="9288" w:type="dxa"/>
          </w:tcPr>
          <w:p w14:paraId="3E50CBAE"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Amérique du </w:t>
            </w:r>
            <w:proofErr w:type="spellStart"/>
            <w:r>
              <w:rPr>
                <w:rFonts w:asciiTheme="minorHAnsi" w:hAnsiTheme="minorHAnsi"/>
              </w:rPr>
              <w:t>Sud|Uruguay</w:t>
            </w:r>
            <w:proofErr w:type="spellEnd"/>
          </w:p>
        </w:tc>
      </w:tr>
      <w:tr w:rsidR="00F241D0" w:rsidRPr="00F241D0" w14:paraId="7BCB5EAC" w14:textId="77777777">
        <w:tc>
          <w:tcPr>
            <w:tcW w:w="792" w:type="dxa"/>
          </w:tcPr>
          <w:p w14:paraId="49642CBD"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35</w:t>
            </w:r>
          </w:p>
        </w:tc>
        <w:tc>
          <w:tcPr>
            <w:tcW w:w="9288" w:type="dxa"/>
          </w:tcPr>
          <w:p w14:paraId="23151B77"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Amérique du </w:t>
            </w:r>
            <w:proofErr w:type="spellStart"/>
            <w:r>
              <w:rPr>
                <w:rFonts w:asciiTheme="minorHAnsi" w:hAnsiTheme="minorHAnsi"/>
              </w:rPr>
              <w:t>Sud|Venezuela</w:t>
            </w:r>
            <w:proofErr w:type="spellEnd"/>
          </w:p>
        </w:tc>
      </w:tr>
      <w:tr w:rsidR="00F241D0" w:rsidRPr="00F241D0" w14:paraId="16965CDE" w14:textId="77777777">
        <w:tc>
          <w:tcPr>
            <w:tcW w:w="792" w:type="dxa"/>
          </w:tcPr>
          <w:p w14:paraId="43FBE066"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37</w:t>
            </w:r>
          </w:p>
        </w:tc>
        <w:tc>
          <w:tcPr>
            <w:tcW w:w="9288" w:type="dxa"/>
          </w:tcPr>
          <w:p w14:paraId="30DC82E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Europe de l’</w:t>
            </w:r>
            <w:proofErr w:type="spellStart"/>
            <w:r>
              <w:rPr>
                <w:rFonts w:asciiTheme="minorHAnsi" w:hAnsiTheme="minorHAnsi"/>
              </w:rPr>
              <w:t>Est|Bélarus</w:t>
            </w:r>
            <w:proofErr w:type="spellEnd"/>
          </w:p>
        </w:tc>
      </w:tr>
      <w:tr w:rsidR="00F241D0" w:rsidRPr="00F241D0" w14:paraId="04254EA9" w14:textId="77777777">
        <w:tc>
          <w:tcPr>
            <w:tcW w:w="792" w:type="dxa"/>
          </w:tcPr>
          <w:p w14:paraId="217563AD"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38</w:t>
            </w:r>
          </w:p>
        </w:tc>
        <w:tc>
          <w:tcPr>
            <w:tcW w:w="9288" w:type="dxa"/>
          </w:tcPr>
          <w:p w14:paraId="2F7DB213"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Europe de l’</w:t>
            </w:r>
            <w:proofErr w:type="spellStart"/>
            <w:r>
              <w:rPr>
                <w:rFonts w:asciiTheme="minorHAnsi" w:hAnsiTheme="minorHAnsi"/>
              </w:rPr>
              <w:t>Est|Bulgarie</w:t>
            </w:r>
            <w:proofErr w:type="spellEnd"/>
          </w:p>
        </w:tc>
      </w:tr>
      <w:tr w:rsidR="00F241D0" w:rsidRPr="00F241D0" w14:paraId="07EB9532" w14:textId="77777777">
        <w:tc>
          <w:tcPr>
            <w:tcW w:w="792" w:type="dxa"/>
          </w:tcPr>
          <w:p w14:paraId="26474F03"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39</w:t>
            </w:r>
          </w:p>
        </w:tc>
        <w:tc>
          <w:tcPr>
            <w:tcW w:w="9288" w:type="dxa"/>
          </w:tcPr>
          <w:p w14:paraId="18AEE09D"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Europe de l’</w:t>
            </w:r>
            <w:proofErr w:type="spellStart"/>
            <w:r>
              <w:rPr>
                <w:rFonts w:asciiTheme="minorHAnsi" w:hAnsiTheme="minorHAnsi"/>
              </w:rPr>
              <w:t>Est|République</w:t>
            </w:r>
            <w:proofErr w:type="spellEnd"/>
            <w:r>
              <w:rPr>
                <w:rFonts w:asciiTheme="minorHAnsi" w:hAnsiTheme="minorHAnsi"/>
              </w:rPr>
              <w:t xml:space="preserve"> tchèque</w:t>
            </w:r>
          </w:p>
        </w:tc>
      </w:tr>
      <w:tr w:rsidR="00F241D0" w:rsidRPr="00F241D0" w14:paraId="224C59EA" w14:textId="77777777">
        <w:tc>
          <w:tcPr>
            <w:tcW w:w="792" w:type="dxa"/>
          </w:tcPr>
          <w:p w14:paraId="73C74E71"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40</w:t>
            </w:r>
          </w:p>
        </w:tc>
        <w:tc>
          <w:tcPr>
            <w:tcW w:w="9288" w:type="dxa"/>
          </w:tcPr>
          <w:p w14:paraId="4019367E"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Europe de l’</w:t>
            </w:r>
            <w:proofErr w:type="spellStart"/>
            <w:r>
              <w:rPr>
                <w:rFonts w:asciiTheme="minorHAnsi" w:hAnsiTheme="minorHAnsi"/>
              </w:rPr>
              <w:t>Est|Hongrie</w:t>
            </w:r>
            <w:proofErr w:type="spellEnd"/>
          </w:p>
        </w:tc>
      </w:tr>
      <w:tr w:rsidR="00F241D0" w:rsidRPr="00F241D0" w14:paraId="6D45E47A" w14:textId="77777777">
        <w:tc>
          <w:tcPr>
            <w:tcW w:w="792" w:type="dxa"/>
          </w:tcPr>
          <w:p w14:paraId="66222D3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41</w:t>
            </w:r>
          </w:p>
        </w:tc>
        <w:tc>
          <w:tcPr>
            <w:tcW w:w="9288" w:type="dxa"/>
          </w:tcPr>
          <w:p w14:paraId="482C79B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Europe de l’</w:t>
            </w:r>
            <w:proofErr w:type="spellStart"/>
            <w:r>
              <w:rPr>
                <w:rFonts w:asciiTheme="minorHAnsi" w:hAnsiTheme="minorHAnsi"/>
              </w:rPr>
              <w:t>Est|Moldavie</w:t>
            </w:r>
            <w:proofErr w:type="spellEnd"/>
          </w:p>
        </w:tc>
      </w:tr>
      <w:tr w:rsidR="00F241D0" w:rsidRPr="00F241D0" w14:paraId="24FE3911" w14:textId="77777777">
        <w:tc>
          <w:tcPr>
            <w:tcW w:w="792" w:type="dxa"/>
          </w:tcPr>
          <w:p w14:paraId="2D5B005A"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42</w:t>
            </w:r>
          </w:p>
        </w:tc>
        <w:tc>
          <w:tcPr>
            <w:tcW w:w="9288" w:type="dxa"/>
          </w:tcPr>
          <w:p w14:paraId="1729430E"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Europe de l’</w:t>
            </w:r>
            <w:proofErr w:type="spellStart"/>
            <w:r>
              <w:rPr>
                <w:rFonts w:asciiTheme="minorHAnsi" w:hAnsiTheme="minorHAnsi"/>
              </w:rPr>
              <w:t>Est|Pologne</w:t>
            </w:r>
            <w:proofErr w:type="spellEnd"/>
          </w:p>
        </w:tc>
      </w:tr>
      <w:tr w:rsidR="00F241D0" w:rsidRPr="00F241D0" w14:paraId="5D2A579B" w14:textId="77777777">
        <w:tc>
          <w:tcPr>
            <w:tcW w:w="792" w:type="dxa"/>
          </w:tcPr>
          <w:p w14:paraId="47E017DE"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43</w:t>
            </w:r>
          </w:p>
        </w:tc>
        <w:tc>
          <w:tcPr>
            <w:tcW w:w="9288" w:type="dxa"/>
          </w:tcPr>
          <w:p w14:paraId="7B007F8E"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Europe de l’</w:t>
            </w:r>
            <w:proofErr w:type="spellStart"/>
            <w:r>
              <w:rPr>
                <w:rFonts w:asciiTheme="minorHAnsi" w:hAnsiTheme="minorHAnsi"/>
              </w:rPr>
              <w:t>Est|Roumanie</w:t>
            </w:r>
            <w:proofErr w:type="spellEnd"/>
          </w:p>
        </w:tc>
      </w:tr>
      <w:tr w:rsidR="00F241D0" w:rsidRPr="00F241D0" w14:paraId="69E35787" w14:textId="77777777">
        <w:tc>
          <w:tcPr>
            <w:tcW w:w="792" w:type="dxa"/>
          </w:tcPr>
          <w:p w14:paraId="3C6FBA3D"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44</w:t>
            </w:r>
          </w:p>
        </w:tc>
        <w:tc>
          <w:tcPr>
            <w:tcW w:w="9288" w:type="dxa"/>
          </w:tcPr>
          <w:p w14:paraId="25488357"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Europe de l’</w:t>
            </w:r>
            <w:proofErr w:type="spellStart"/>
            <w:r>
              <w:rPr>
                <w:rFonts w:asciiTheme="minorHAnsi" w:hAnsiTheme="minorHAnsi"/>
              </w:rPr>
              <w:t>Est|Russie</w:t>
            </w:r>
            <w:proofErr w:type="spellEnd"/>
          </w:p>
        </w:tc>
      </w:tr>
      <w:tr w:rsidR="00F241D0" w:rsidRPr="00F241D0" w14:paraId="6253B156" w14:textId="77777777">
        <w:tc>
          <w:tcPr>
            <w:tcW w:w="792" w:type="dxa"/>
          </w:tcPr>
          <w:p w14:paraId="51A1B55A"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45</w:t>
            </w:r>
          </w:p>
        </w:tc>
        <w:tc>
          <w:tcPr>
            <w:tcW w:w="9288" w:type="dxa"/>
          </w:tcPr>
          <w:p w14:paraId="43B7195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Europe de l’</w:t>
            </w:r>
            <w:proofErr w:type="spellStart"/>
            <w:r>
              <w:rPr>
                <w:rFonts w:asciiTheme="minorHAnsi" w:hAnsiTheme="minorHAnsi"/>
              </w:rPr>
              <w:t>Est|République</w:t>
            </w:r>
            <w:proofErr w:type="spellEnd"/>
            <w:r>
              <w:rPr>
                <w:rFonts w:asciiTheme="minorHAnsi" w:hAnsiTheme="minorHAnsi"/>
              </w:rPr>
              <w:t xml:space="preserve"> slovaque</w:t>
            </w:r>
          </w:p>
        </w:tc>
      </w:tr>
      <w:tr w:rsidR="00F241D0" w:rsidRPr="00F241D0" w14:paraId="3FFAD567" w14:textId="77777777">
        <w:tc>
          <w:tcPr>
            <w:tcW w:w="792" w:type="dxa"/>
          </w:tcPr>
          <w:p w14:paraId="3FC719D1"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46</w:t>
            </w:r>
          </w:p>
        </w:tc>
        <w:tc>
          <w:tcPr>
            <w:tcW w:w="9288" w:type="dxa"/>
          </w:tcPr>
          <w:p w14:paraId="54363E2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Europe de l’</w:t>
            </w:r>
            <w:proofErr w:type="spellStart"/>
            <w:r>
              <w:rPr>
                <w:rFonts w:asciiTheme="minorHAnsi" w:hAnsiTheme="minorHAnsi"/>
              </w:rPr>
              <w:t>Est|Ukraine</w:t>
            </w:r>
            <w:proofErr w:type="spellEnd"/>
          </w:p>
        </w:tc>
      </w:tr>
      <w:tr w:rsidR="00F241D0" w:rsidRPr="00F241D0" w14:paraId="273098CD" w14:textId="77777777">
        <w:tc>
          <w:tcPr>
            <w:tcW w:w="792" w:type="dxa"/>
          </w:tcPr>
          <w:p w14:paraId="14D9A098"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47</w:t>
            </w:r>
          </w:p>
        </w:tc>
        <w:tc>
          <w:tcPr>
            <w:tcW w:w="9288" w:type="dxa"/>
          </w:tcPr>
          <w:p w14:paraId="7BF2A85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Nord|Danemark</w:t>
            </w:r>
            <w:proofErr w:type="spellEnd"/>
          </w:p>
        </w:tc>
      </w:tr>
      <w:tr w:rsidR="00F241D0" w:rsidRPr="00F241D0" w14:paraId="033B552E" w14:textId="77777777">
        <w:tc>
          <w:tcPr>
            <w:tcW w:w="792" w:type="dxa"/>
          </w:tcPr>
          <w:p w14:paraId="0E62B4BC"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48</w:t>
            </w:r>
          </w:p>
        </w:tc>
        <w:tc>
          <w:tcPr>
            <w:tcW w:w="9288" w:type="dxa"/>
          </w:tcPr>
          <w:p w14:paraId="7BBC55FA"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Nord|Angleterre</w:t>
            </w:r>
            <w:proofErr w:type="spellEnd"/>
          </w:p>
        </w:tc>
      </w:tr>
      <w:tr w:rsidR="00F241D0" w:rsidRPr="00F241D0" w14:paraId="08FF3CE9" w14:textId="77777777">
        <w:tc>
          <w:tcPr>
            <w:tcW w:w="792" w:type="dxa"/>
          </w:tcPr>
          <w:p w14:paraId="163F74D8"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49</w:t>
            </w:r>
          </w:p>
        </w:tc>
        <w:tc>
          <w:tcPr>
            <w:tcW w:w="9288" w:type="dxa"/>
          </w:tcPr>
          <w:p w14:paraId="1B723F9D"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Nord|Estonie</w:t>
            </w:r>
            <w:proofErr w:type="spellEnd"/>
          </w:p>
        </w:tc>
      </w:tr>
      <w:tr w:rsidR="00F241D0" w:rsidRPr="00F241D0" w14:paraId="2F176C1F" w14:textId="77777777">
        <w:tc>
          <w:tcPr>
            <w:tcW w:w="792" w:type="dxa"/>
          </w:tcPr>
          <w:p w14:paraId="42D06613"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50</w:t>
            </w:r>
          </w:p>
        </w:tc>
        <w:tc>
          <w:tcPr>
            <w:tcW w:w="9288" w:type="dxa"/>
          </w:tcPr>
          <w:p w14:paraId="4FE8BFEB"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Nord|Finlande</w:t>
            </w:r>
            <w:proofErr w:type="spellEnd"/>
          </w:p>
        </w:tc>
      </w:tr>
      <w:tr w:rsidR="00F241D0" w:rsidRPr="000623F5" w14:paraId="00BCDAC3" w14:textId="77777777">
        <w:tc>
          <w:tcPr>
            <w:tcW w:w="792" w:type="dxa"/>
          </w:tcPr>
          <w:p w14:paraId="309B9B42"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51</w:t>
            </w:r>
          </w:p>
        </w:tc>
        <w:tc>
          <w:tcPr>
            <w:tcW w:w="9288" w:type="dxa"/>
          </w:tcPr>
          <w:p w14:paraId="5C9FFD1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Nord|Irlande</w:t>
            </w:r>
            <w:proofErr w:type="spellEnd"/>
            <w:r>
              <w:rPr>
                <w:rFonts w:asciiTheme="minorHAnsi" w:hAnsiTheme="minorHAnsi"/>
              </w:rPr>
              <w:t>, République d’</w:t>
            </w:r>
          </w:p>
        </w:tc>
      </w:tr>
      <w:tr w:rsidR="00F241D0" w:rsidRPr="00F241D0" w14:paraId="4ED63C4D" w14:textId="77777777">
        <w:tc>
          <w:tcPr>
            <w:tcW w:w="792" w:type="dxa"/>
          </w:tcPr>
          <w:p w14:paraId="68210CEE"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52</w:t>
            </w:r>
          </w:p>
        </w:tc>
        <w:tc>
          <w:tcPr>
            <w:tcW w:w="9288" w:type="dxa"/>
          </w:tcPr>
          <w:p w14:paraId="56F9F91A"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Nord|Lettonie</w:t>
            </w:r>
            <w:proofErr w:type="spellEnd"/>
          </w:p>
        </w:tc>
      </w:tr>
      <w:tr w:rsidR="00F241D0" w:rsidRPr="00F241D0" w14:paraId="1E45CEB9" w14:textId="77777777">
        <w:tc>
          <w:tcPr>
            <w:tcW w:w="792" w:type="dxa"/>
          </w:tcPr>
          <w:p w14:paraId="0BD4385B"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53</w:t>
            </w:r>
          </w:p>
        </w:tc>
        <w:tc>
          <w:tcPr>
            <w:tcW w:w="9288" w:type="dxa"/>
          </w:tcPr>
          <w:p w14:paraId="6782C17D"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Nord|Lituanie</w:t>
            </w:r>
            <w:proofErr w:type="spellEnd"/>
          </w:p>
        </w:tc>
      </w:tr>
      <w:tr w:rsidR="00F241D0" w:rsidRPr="00F241D0" w14:paraId="30D2C3FA" w14:textId="77777777">
        <w:tc>
          <w:tcPr>
            <w:tcW w:w="792" w:type="dxa"/>
          </w:tcPr>
          <w:p w14:paraId="771861C6"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54</w:t>
            </w:r>
          </w:p>
        </w:tc>
        <w:tc>
          <w:tcPr>
            <w:tcW w:w="9288" w:type="dxa"/>
          </w:tcPr>
          <w:p w14:paraId="7D6BEF93"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Nord|Irlande</w:t>
            </w:r>
            <w:proofErr w:type="spellEnd"/>
            <w:r>
              <w:rPr>
                <w:rFonts w:asciiTheme="minorHAnsi" w:hAnsiTheme="minorHAnsi"/>
              </w:rPr>
              <w:t xml:space="preserve"> du Nord</w:t>
            </w:r>
          </w:p>
        </w:tc>
      </w:tr>
      <w:tr w:rsidR="00F241D0" w:rsidRPr="00F241D0" w14:paraId="01156549" w14:textId="77777777">
        <w:tc>
          <w:tcPr>
            <w:tcW w:w="792" w:type="dxa"/>
          </w:tcPr>
          <w:p w14:paraId="20B5251D"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55</w:t>
            </w:r>
          </w:p>
        </w:tc>
        <w:tc>
          <w:tcPr>
            <w:tcW w:w="9288" w:type="dxa"/>
          </w:tcPr>
          <w:p w14:paraId="605D9476"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Nord|Norvège</w:t>
            </w:r>
            <w:proofErr w:type="spellEnd"/>
          </w:p>
        </w:tc>
      </w:tr>
      <w:tr w:rsidR="00F241D0" w:rsidRPr="00F241D0" w14:paraId="6E7AF124" w14:textId="77777777">
        <w:tc>
          <w:tcPr>
            <w:tcW w:w="792" w:type="dxa"/>
          </w:tcPr>
          <w:p w14:paraId="2CDB6302"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56</w:t>
            </w:r>
          </w:p>
        </w:tc>
        <w:tc>
          <w:tcPr>
            <w:tcW w:w="9288" w:type="dxa"/>
          </w:tcPr>
          <w:p w14:paraId="7772141F"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Nord|Écosse</w:t>
            </w:r>
            <w:proofErr w:type="spellEnd"/>
          </w:p>
        </w:tc>
      </w:tr>
      <w:tr w:rsidR="00F241D0" w:rsidRPr="00F241D0" w14:paraId="4F41F499" w14:textId="77777777">
        <w:tc>
          <w:tcPr>
            <w:tcW w:w="792" w:type="dxa"/>
          </w:tcPr>
          <w:p w14:paraId="7D81EEAE"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57</w:t>
            </w:r>
          </w:p>
        </w:tc>
        <w:tc>
          <w:tcPr>
            <w:tcW w:w="9288" w:type="dxa"/>
          </w:tcPr>
          <w:p w14:paraId="7CAE8C1B"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Nord|Suède</w:t>
            </w:r>
            <w:proofErr w:type="spellEnd"/>
          </w:p>
        </w:tc>
      </w:tr>
      <w:tr w:rsidR="00F241D0" w:rsidRPr="00F241D0" w14:paraId="568D279D" w14:textId="77777777">
        <w:tc>
          <w:tcPr>
            <w:tcW w:w="792" w:type="dxa"/>
          </w:tcPr>
          <w:p w14:paraId="3051771C"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58</w:t>
            </w:r>
          </w:p>
        </w:tc>
        <w:tc>
          <w:tcPr>
            <w:tcW w:w="9288" w:type="dxa"/>
          </w:tcPr>
          <w:p w14:paraId="40534BBB"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Nord|Pays</w:t>
            </w:r>
            <w:proofErr w:type="spellEnd"/>
            <w:r>
              <w:rPr>
                <w:rFonts w:asciiTheme="minorHAnsi" w:hAnsiTheme="minorHAnsi"/>
              </w:rPr>
              <w:t xml:space="preserve"> de Galles</w:t>
            </w:r>
          </w:p>
        </w:tc>
      </w:tr>
      <w:tr w:rsidR="00F241D0" w:rsidRPr="00F241D0" w14:paraId="71587D64" w14:textId="77777777">
        <w:tc>
          <w:tcPr>
            <w:tcW w:w="792" w:type="dxa"/>
          </w:tcPr>
          <w:p w14:paraId="00359458"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59</w:t>
            </w:r>
          </w:p>
        </w:tc>
        <w:tc>
          <w:tcPr>
            <w:tcW w:w="9288" w:type="dxa"/>
          </w:tcPr>
          <w:p w14:paraId="2288B36F"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Sud|Albanie</w:t>
            </w:r>
            <w:proofErr w:type="spellEnd"/>
          </w:p>
        </w:tc>
      </w:tr>
      <w:tr w:rsidR="00F241D0" w:rsidRPr="00F241D0" w14:paraId="7DDCC6C2" w14:textId="77777777">
        <w:tc>
          <w:tcPr>
            <w:tcW w:w="792" w:type="dxa"/>
          </w:tcPr>
          <w:p w14:paraId="6ACF6C46"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60</w:t>
            </w:r>
          </w:p>
        </w:tc>
        <w:tc>
          <w:tcPr>
            <w:tcW w:w="9288" w:type="dxa"/>
          </w:tcPr>
          <w:p w14:paraId="3279988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Sud|Bosnie-Herzégovine</w:t>
            </w:r>
            <w:proofErr w:type="spellEnd"/>
          </w:p>
        </w:tc>
      </w:tr>
      <w:tr w:rsidR="00F241D0" w:rsidRPr="00F241D0" w14:paraId="163D8111" w14:textId="77777777">
        <w:tc>
          <w:tcPr>
            <w:tcW w:w="792" w:type="dxa"/>
          </w:tcPr>
          <w:p w14:paraId="19C1F345"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61</w:t>
            </w:r>
          </w:p>
        </w:tc>
        <w:tc>
          <w:tcPr>
            <w:tcW w:w="9288" w:type="dxa"/>
          </w:tcPr>
          <w:p w14:paraId="409E5C08"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Sud|Croatie</w:t>
            </w:r>
            <w:proofErr w:type="spellEnd"/>
          </w:p>
        </w:tc>
      </w:tr>
      <w:tr w:rsidR="00F241D0" w:rsidRPr="00F241D0" w14:paraId="333995D7" w14:textId="77777777">
        <w:tc>
          <w:tcPr>
            <w:tcW w:w="792" w:type="dxa"/>
          </w:tcPr>
          <w:p w14:paraId="508D1AB4"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62</w:t>
            </w:r>
          </w:p>
        </w:tc>
        <w:tc>
          <w:tcPr>
            <w:tcW w:w="9288" w:type="dxa"/>
          </w:tcPr>
          <w:p w14:paraId="504647B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Sud|Gibraltar</w:t>
            </w:r>
            <w:proofErr w:type="spellEnd"/>
          </w:p>
        </w:tc>
      </w:tr>
      <w:tr w:rsidR="00F241D0" w:rsidRPr="00F241D0" w14:paraId="1729540C" w14:textId="77777777">
        <w:tc>
          <w:tcPr>
            <w:tcW w:w="792" w:type="dxa"/>
          </w:tcPr>
          <w:p w14:paraId="43361D97"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63</w:t>
            </w:r>
          </w:p>
        </w:tc>
        <w:tc>
          <w:tcPr>
            <w:tcW w:w="9288" w:type="dxa"/>
          </w:tcPr>
          <w:p w14:paraId="0E1A047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Sud|Grèce</w:t>
            </w:r>
            <w:proofErr w:type="spellEnd"/>
          </w:p>
        </w:tc>
      </w:tr>
      <w:tr w:rsidR="00F241D0" w:rsidRPr="00F241D0" w14:paraId="5C965AB5" w14:textId="77777777">
        <w:tc>
          <w:tcPr>
            <w:tcW w:w="792" w:type="dxa"/>
          </w:tcPr>
          <w:p w14:paraId="278A008A"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64</w:t>
            </w:r>
          </w:p>
        </w:tc>
        <w:tc>
          <w:tcPr>
            <w:tcW w:w="9288" w:type="dxa"/>
          </w:tcPr>
          <w:p w14:paraId="7443801A"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Sud|Italie</w:t>
            </w:r>
            <w:proofErr w:type="spellEnd"/>
          </w:p>
        </w:tc>
      </w:tr>
      <w:tr w:rsidR="00F241D0" w:rsidRPr="000623F5" w14:paraId="41199421" w14:textId="77777777">
        <w:tc>
          <w:tcPr>
            <w:tcW w:w="792" w:type="dxa"/>
          </w:tcPr>
          <w:p w14:paraId="0F22B5F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65</w:t>
            </w:r>
          </w:p>
        </w:tc>
        <w:tc>
          <w:tcPr>
            <w:tcW w:w="9288" w:type="dxa"/>
          </w:tcPr>
          <w:p w14:paraId="41AA660B"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Sud|Kosovo</w:t>
            </w:r>
            <w:proofErr w:type="spellEnd"/>
            <w:r>
              <w:rPr>
                <w:rFonts w:asciiTheme="minorHAnsi" w:hAnsiTheme="minorHAnsi"/>
              </w:rPr>
              <w:t>, République du</w:t>
            </w:r>
          </w:p>
        </w:tc>
      </w:tr>
      <w:tr w:rsidR="00F241D0" w:rsidRPr="00F241D0" w14:paraId="16E881D1" w14:textId="77777777">
        <w:tc>
          <w:tcPr>
            <w:tcW w:w="792" w:type="dxa"/>
          </w:tcPr>
          <w:p w14:paraId="0D54918E"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66</w:t>
            </w:r>
          </w:p>
        </w:tc>
        <w:tc>
          <w:tcPr>
            <w:tcW w:w="9288" w:type="dxa"/>
          </w:tcPr>
          <w:p w14:paraId="0060A6B8"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Sud|Macédoine</w:t>
            </w:r>
            <w:proofErr w:type="spellEnd"/>
            <w:r>
              <w:rPr>
                <w:rFonts w:asciiTheme="minorHAnsi" w:hAnsiTheme="minorHAnsi"/>
              </w:rPr>
              <w:t>, ERY</w:t>
            </w:r>
          </w:p>
        </w:tc>
      </w:tr>
      <w:tr w:rsidR="00F241D0" w:rsidRPr="00F241D0" w14:paraId="67B3FE69" w14:textId="77777777">
        <w:tc>
          <w:tcPr>
            <w:tcW w:w="792" w:type="dxa"/>
          </w:tcPr>
          <w:p w14:paraId="70C8DF67"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67</w:t>
            </w:r>
          </w:p>
        </w:tc>
        <w:tc>
          <w:tcPr>
            <w:tcW w:w="9288" w:type="dxa"/>
          </w:tcPr>
          <w:p w14:paraId="652F6EA1"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Sud|Malte</w:t>
            </w:r>
            <w:proofErr w:type="spellEnd"/>
          </w:p>
        </w:tc>
      </w:tr>
      <w:tr w:rsidR="00F241D0" w:rsidRPr="000623F5" w14:paraId="61B9736F" w14:textId="77777777">
        <w:tc>
          <w:tcPr>
            <w:tcW w:w="792" w:type="dxa"/>
          </w:tcPr>
          <w:p w14:paraId="7F33FFDF"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68</w:t>
            </w:r>
          </w:p>
        </w:tc>
        <w:tc>
          <w:tcPr>
            <w:tcW w:w="9288" w:type="dxa"/>
          </w:tcPr>
          <w:p w14:paraId="08EC0646"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Sud|Monténégro</w:t>
            </w:r>
            <w:proofErr w:type="spellEnd"/>
            <w:r>
              <w:rPr>
                <w:rFonts w:asciiTheme="minorHAnsi" w:hAnsiTheme="minorHAnsi"/>
              </w:rPr>
              <w:t>, République du</w:t>
            </w:r>
          </w:p>
        </w:tc>
      </w:tr>
      <w:tr w:rsidR="00F241D0" w:rsidRPr="00F241D0" w14:paraId="31D72DB1" w14:textId="77777777">
        <w:tc>
          <w:tcPr>
            <w:tcW w:w="792" w:type="dxa"/>
          </w:tcPr>
          <w:p w14:paraId="228E5885"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69</w:t>
            </w:r>
          </w:p>
        </w:tc>
        <w:tc>
          <w:tcPr>
            <w:tcW w:w="9288" w:type="dxa"/>
          </w:tcPr>
          <w:p w14:paraId="49E6AF1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Sud|Portugal</w:t>
            </w:r>
            <w:proofErr w:type="spellEnd"/>
          </w:p>
        </w:tc>
      </w:tr>
      <w:tr w:rsidR="00F241D0" w:rsidRPr="000623F5" w14:paraId="3EC77739" w14:textId="77777777">
        <w:tc>
          <w:tcPr>
            <w:tcW w:w="792" w:type="dxa"/>
          </w:tcPr>
          <w:p w14:paraId="2700A536"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70</w:t>
            </w:r>
          </w:p>
        </w:tc>
        <w:tc>
          <w:tcPr>
            <w:tcW w:w="9288" w:type="dxa"/>
          </w:tcPr>
          <w:p w14:paraId="5ECECE26" w14:textId="00EC2837" w:rsidR="00F241D0" w:rsidRPr="00F241D0" w:rsidRDefault="00F241D0" w:rsidP="00C73D5D">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Sud|Serbie</w:t>
            </w:r>
            <w:proofErr w:type="spellEnd"/>
            <w:r>
              <w:rPr>
                <w:rFonts w:asciiTheme="minorHAnsi" w:hAnsiTheme="minorHAnsi"/>
              </w:rPr>
              <w:t>, République de</w:t>
            </w:r>
          </w:p>
        </w:tc>
      </w:tr>
      <w:tr w:rsidR="00F241D0" w:rsidRPr="00F241D0" w14:paraId="41344638" w14:textId="77777777">
        <w:tc>
          <w:tcPr>
            <w:tcW w:w="792" w:type="dxa"/>
          </w:tcPr>
          <w:p w14:paraId="0535A35F"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71</w:t>
            </w:r>
          </w:p>
        </w:tc>
        <w:tc>
          <w:tcPr>
            <w:tcW w:w="9288" w:type="dxa"/>
          </w:tcPr>
          <w:p w14:paraId="75C928EF"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Europe du </w:t>
            </w:r>
            <w:proofErr w:type="spellStart"/>
            <w:r>
              <w:rPr>
                <w:rFonts w:asciiTheme="minorHAnsi" w:hAnsiTheme="minorHAnsi"/>
              </w:rPr>
              <w:t>Sud|Espagne</w:t>
            </w:r>
            <w:proofErr w:type="spellEnd"/>
          </w:p>
        </w:tc>
      </w:tr>
      <w:tr w:rsidR="00F241D0" w:rsidRPr="00F241D0" w14:paraId="7AB2CDD7" w14:textId="77777777">
        <w:tc>
          <w:tcPr>
            <w:tcW w:w="792" w:type="dxa"/>
          </w:tcPr>
          <w:p w14:paraId="0D76B3AE"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72</w:t>
            </w:r>
          </w:p>
        </w:tc>
        <w:tc>
          <w:tcPr>
            <w:tcW w:w="9288" w:type="dxa"/>
          </w:tcPr>
          <w:p w14:paraId="1DD7CBD1"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Europe de l’</w:t>
            </w:r>
            <w:proofErr w:type="spellStart"/>
            <w:r>
              <w:rPr>
                <w:rFonts w:asciiTheme="minorHAnsi" w:hAnsiTheme="minorHAnsi"/>
              </w:rPr>
              <w:t>Ouest|Autriche</w:t>
            </w:r>
            <w:proofErr w:type="spellEnd"/>
          </w:p>
        </w:tc>
      </w:tr>
      <w:tr w:rsidR="00F241D0" w:rsidRPr="00F241D0" w14:paraId="39900329" w14:textId="77777777">
        <w:tc>
          <w:tcPr>
            <w:tcW w:w="792" w:type="dxa"/>
          </w:tcPr>
          <w:p w14:paraId="388FA4CC"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73</w:t>
            </w:r>
          </w:p>
        </w:tc>
        <w:tc>
          <w:tcPr>
            <w:tcW w:w="9288" w:type="dxa"/>
          </w:tcPr>
          <w:p w14:paraId="79B1EAF7"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Europe de l’</w:t>
            </w:r>
            <w:proofErr w:type="spellStart"/>
            <w:r>
              <w:rPr>
                <w:rFonts w:asciiTheme="minorHAnsi" w:hAnsiTheme="minorHAnsi"/>
              </w:rPr>
              <w:t>Ouest|Belgique</w:t>
            </w:r>
            <w:proofErr w:type="spellEnd"/>
          </w:p>
        </w:tc>
      </w:tr>
      <w:tr w:rsidR="00F241D0" w:rsidRPr="00F241D0" w14:paraId="75224D8B" w14:textId="77777777">
        <w:tc>
          <w:tcPr>
            <w:tcW w:w="792" w:type="dxa"/>
          </w:tcPr>
          <w:p w14:paraId="64D6186E"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36</w:t>
            </w:r>
          </w:p>
        </w:tc>
        <w:tc>
          <w:tcPr>
            <w:tcW w:w="9288" w:type="dxa"/>
          </w:tcPr>
          <w:p w14:paraId="04741A51"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Europe de l’</w:t>
            </w:r>
            <w:proofErr w:type="spellStart"/>
            <w:r>
              <w:rPr>
                <w:rFonts w:asciiTheme="minorHAnsi" w:hAnsiTheme="minorHAnsi"/>
              </w:rPr>
              <w:t>Ouest|France</w:t>
            </w:r>
            <w:proofErr w:type="spellEnd"/>
          </w:p>
        </w:tc>
      </w:tr>
      <w:tr w:rsidR="00F241D0" w:rsidRPr="000623F5" w14:paraId="1FAD8CB0" w14:textId="77777777">
        <w:tc>
          <w:tcPr>
            <w:tcW w:w="792" w:type="dxa"/>
          </w:tcPr>
          <w:p w14:paraId="4005CF92"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74</w:t>
            </w:r>
          </w:p>
        </w:tc>
        <w:tc>
          <w:tcPr>
            <w:tcW w:w="9288" w:type="dxa"/>
          </w:tcPr>
          <w:p w14:paraId="39F8FA77"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Europe de l’</w:t>
            </w:r>
            <w:proofErr w:type="spellStart"/>
            <w:r>
              <w:rPr>
                <w:rFonts w:asciiTheme="minorHAnsi" w:hAnsiTheme="minorHAnsi"/>
              </w:rPr>
              <w:t>Ouest|Allemagne</w:t>
            </w:r>
            <w:proofErr w:type="spellEnd"/>
            <w:r>
              <w:rPr>
                <w:rFonts w:asciiTheme="minorHAnsi" w:hAnsiTheme="minorHAnsi"/>
              </w:rPr>
              <w:t>, République fédérale d’</w:t>
            </w:r>
          </w:p>
        </w:tc>
      </w:tr>
      <w:tr w:rsidR="00F241D0" w:rsidRPr="00F241D0" w14:paraId="3A716062" w14:textId="77777777">
        <w:tc>
          <w:tcPr>
            <w:tcW w:w="792" w:type="dxa"/>
          </w:tcPr>
          <w:p w14:paraId="5FFAED2A"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76</w:t>
            </w:r>
          </w:p>
        </w:tc>
        <w:tc>
          <w:tcPr>
            <w:tcW w:w="9288" w:type="dxa"/>
          </w:tcPr>
          <w:p w14:paraId="38694B0F"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Europe de l’</w:t>
            </w:r>
            <w:proofErr w:type="spellStart"/>
            <w:r>
              <w:rPr>
                <w:rFonts w:asciiTheme="minorHAnsi" w:hAnsiTheme="minorHAnsi"/>
              </w:rPr>
              <w:t>Ouest|Luxembourg</w:t>
            </w:r>
            <w:proofErr w:type="spellEnd"/>
          </w:p>
        </w:tc>
      </w:tr>
      <w:tr w:rsidR="00F241D0" w:rsidRPr="000623F5" w14:paraId="288D9AF2" w14:textId="77777777">
        <w:tc>
          <w:tcPr>
            <w:tcW w:w="792" w:type="dxa"/>
          </w:tcPr>
          <w:p w14:paraId="2A8B5297"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77</w:t>
            </w:r>
          </w:p>
        </w:tc>
        <w:tc>
          <w:tcPr>
            <w:tcW w:w="9288" w:type="dxa"/>
          </w:tcPr>
          <w:p w14:paraId="3DEC2D2B"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Europe de l’</w:t>
            </w:r>
            <w:proofErr w:type="spellStart"/>
            <w:r>
              <w:rPr>
                <w:rFonts w:asciiTheme="minorHAnsi" w:hAnsiTheme="minorHAnsi"/>
              </w:rPr>
              <w:t>Ouest|Antilles</w:t>
            </w:r>
            <w:proofErr w:type="spellEnd"/>
            <w:r>
              <w:rPr>
                <w:rFonts w:asciiTheme="minorHAnsi" w:hAnsiTheme="minorHAnsi"/>
              </w:rPr>
              <w:t xml:space="preserve"> néerlandaises, les</w:t>
            </w:r>
          </w:p>
        </w:tc>
      </w:tr>
      <w:tr w:rsidR="00F241D0" w:rsidRPr="00F241D0" w14:paraId="3BD3D827" w14:textId="77777777">
        <w:tc>
          <w:tcPr>
            <w:tcW w:w="792" w:type="dxa"/>
          </w:tcPr>
          <w:p w14:paraId="5B7E04F6"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78</w:t>
            </w:r>
          </w:p>
        </w:tc>
        <w:tc>
          <w:tcPr>
            <w:tcW w:w="9288" w:type="dxa"/>
          </w:tcPr>
          <w:p w14:paraId="0C914369"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Europe de l’</w:t>
            </w:r>
            <w:proofErr w:type="spellStart"/>
            <w:r>
              <w:rPr>
                <w:rFonts w:asciiTheme="minorHAnsi" w:hAnsiTheme="minorHAnsi"/>
              </w:rPr>
              <w:t>Ouest|Pays-Bas</w:t>
            </w:r>
            <w:proofErr w:type="spellEnd"/>
            <w:r>
              <w:rPr>
                <w:rFonts w:asciiTheme="minorHAnsi" w:hAnsiTheme="minorHAnsi"/>
              </w:rPr>
              <w:t>, les</w:t>
            </w:r>
          </w:p>
        </w:tc>
      </w:tr>
      <w:tr w:rsidR="00F241D0" w:rsidRPr="00F241D0" w14:paraId="214AA428" w14:textId="77777777">
        <w:tc>
          <w:tcPr>
            <w:tcW w:w="792" w:type="dxa"/>
          </w:tcPr>
          <w:p w14:paraId="4918352C"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lastRenderedPageBreak/>
              <w:t>❍</w:t>
            </w:r>
            <w:r>
              <w:rPr>
                <w:rFonts w:asciiTheme="minorHAnsi" w:hAnsiTheme="minorHAnsi"/>
                <w:sz w:val="20"/>
                <w:vertAlign w:val="subscript"/>
              </w:rPr>
              <w:t xml:space="preserve">   79</w:t>
            </w:r>
          </w:p>
        </w:tc>
        <w:tc>
          <w:tcPr>
            <w:tcW w:w="9288" w:type="dxa"/>
          </w:tcPr>
          <w:p w14:paraId="40BCAD21"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Europe de l’</w:t>
            </w:r>
            <w:proofErr w:type="spellStart"/>
            <w:r>
              <w:rPr>
                <w:rFonts w:asciiTheme="minorHAnsi" w:hAnsiTheme="minorHAnsi"/>
              </w:rPr>
              <w:t>Ouest|Suisse</w:t>
            </w:r>
            <w:proofErr w:type="spellEnd"/>
          </w:p>
        </w:tc>
      </w:tr>
      <w:tr w:rsidR="00F241D0" w:rsidRPr="00F241D0" w14:paraId="7A7541EA" w14:textId="77777777">
        <w:tc>
          <w:tcPr>
            <w:tcW w:w="792" w:type="dxa"/>
          </w:tcPr>
          <w:p w14:paraId="47884BDA"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80</w:t>
            </w:r>
          </w:p>
        </w:tc>
        <w:tc>
          <w:tcPr>
            <w:tcW w:w="9288" w:type="dxa"/>
          </w:tcPr>
          <w:p w14:paraId="52D2C24F"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Afrique du </w:t>
            </w:r>
            <w:proofErr w:type="spellStart"/>
            <w:r>
              <w:rPr>
                <w:rFonts w:asciiTheme="minorHAnsi" w:hAnsiTheme="minorHAnsi"/>
              </w:rPr>
              <w:t>Nord|Algérie</w:t>
            </w:r>
            <w:proofErr w:type="spellEnd"/>
          </w:p>
        </w:tc>
      </w:tr>
      <w:tr w:rsidR="00F241D0" w:rsidRPr="00F241D0" w14:paraId="50785F60" w14:textId="77777777">
        <w:tc>
          <w:tcPr>
            <w:tcW w:w="792" w:type="dxa"/>
          </w:tcPr>
          <w:p w14:paraId="7F6E9974"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81</w:t>
            </w:r>
          </w:p>
        </w:tc>
        <w:tc>
          <w:tcPr>
            <w:tcW w:w="9288" w:type="dxa"/>
          </w:tcPr>
          <w:p w14:paraId="5101E343"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Afrique du </w:t>
            </w:r>
            <w:proofErr w:type="spellStart"/>
            <w:r>
              <w:rPr>
                <w:rFonts w:asciiTheme="minorHAnsi" w:hAnsiTheme="minorHAnsi"/>
              </w:rPr>
              <w:t>Nord|Égypte</w:t>
            </w:r>
            <w:proofErr w:type="spellEnd"/>
          </w:p>
        </w:tc>
      </w:tr>
      <w:tr w:rsidR="00F241D0" w:rsidRPr="00F241D0" w14:paraId="775E7EDA" w14:textId="77777777">
        <w:tc>
          <w:tcPr>
            <w:tcW w:w="792" w:type="dxa"/>
          </w:tcPr>
          <w:p w14:paraId="34EFBE24"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82</w:t>
            </w:r>
          </w:p>
        </w:tc>
        <w:tc>
          <w:tcPr>
            <w:tcW w:w="9288" w:type="dxa"/>
          </w:tcPr>
          <w:p w14:paraId="6C5E43DE"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Afrique du </w:t>
            </w:r>
            <w:proofErr w:type="spellStart"/>
            <w:r>
              <w:rPr>
                <w:rFonts w:asciiTheme="minorHAnsi" w:hAnsiTheme="minorHAnsi"/>
              </w:rPr>
              <w:t>Nord|Libye</w:t>
            </w:r>
            <w:proofErr w:type="spellEnd"/>
          </w:p>
        </w:tc>
      </w:tr>
      <w:tr w:rsidR="00F241D0" w:rsidRPr="00F241D0" w14:paraId="451C3855" w14:textId="77777777">
        <w:tc>
          <w:tcPr>
            <w:tcW w:w="792" w:type="dxa"/>
          </w:tcPr>
          <w:p w14:paraId="7F355DEA"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83</w:t>
            </w:r>
          </w:p>
        </w:tc>
        <w:tc>
          <w:tcPr>
            <w:tcW w:w="9288" w:type="dxa"/>
          </w:tcPr>
          <w:p w14:paraId="3D60C96D"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Afrique du </w:t>
            </w:r>
            <w:proofErr w:type="spellStart"/>
            <w:r>
              <w:rPr>
                <w:rFonts w:asciiTheme="minorHAnsi" w:hAnsiTheme="minorHAnsi"/>
              </w:rPr>
              <w:t>Nord|Maroc</w:t>
            </w:r>
            <w:proofErr w:type="spellEnd"/>
          </w:p>
        </w:tc>
      </w:tr>
      <w:tr w:rsidR="00F241D0" w:rsidRPr="000623F5" w14:paraId="5C820C54" w14:textId="77777777">
        <w:tc>
          <w:tcPr>
            <w:tcW w:w="792" w:type="dxa"/>
          </w:tcPr>
          <w:p w14:paraId="66A9F7A2"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84</w:t>
            </w:r>
          </w:p>
        </w:tc>
        <w:tc>
          <w:tcPr>
            <w:tcW w:w="9288" w:type="dxa"/>
          </w:tcPr>
          <w:p w14:paraId="218DEB21"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Afrique du </w:t>
            </w:r>
            <w:proofErr w:type="spellStart"/>
            <w:r>
              <w:rPr>
                <w:rFonts w:asciiTheme="minorHAnsi" w:hAnsiTheme="minorHAnsi"/>
              </w:rPr>
              <w:t>Nord|Soudan</w:t>
            </w:r>
            <w:proofErr w:type="spellEnd"/>
            <w:r>
              <w:rPr>
                <w:rFonts w:asciiTheme="minorHAnsi" w:hAnsiTheme="minorHAnsi"/>
              </w:rPr>
              <w:t>, République démocratique du</w:t>
            </w:r>
          </w:p>
        </w:tc>
      </w:tr>
      <w:tr w:rsidR="00F241D0" w:rsidRPr="00F241D0" w14:paraId="54962F37" w14:textId="77777777">
        <w:tc>
          <w:tcPr>
            <w:tcW w:w="792" w:type="dxa"/>
          </w:tcPr>
          <w:p w14:paraId="041FED54"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85</w:t>
            </w:r>
          </w:p>
        </w:tc>
        <w:tc>
          <w:tcPr>
            <w:tcW w:w="9288" w:type="dxa"/>
          </w:tcPr>
          <w:p w14:paraId="57E057D3"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Afrique du </w:t>
            </w:r>
            <w:proofErr w:type="spellStart"/>
            <w:r>
              <w:rPr>
                <w:rFonts w:asciiTheme="minorHAnsi" w:hAnsiTheme="minorHAnsi"/>
              </w:rPr>
              <w:t>Nord|Tunisie</w:t>
            </w:r>
            <w:proofErr w:type="spellEnd"/>
          </w:p>
        </w:tc>
      </w:tr>
      <w:tr w:rsidR="00F241D0" w:rsidRPr="000623F5" w14:paraId="797BF815" w14:textId="77777777">
        <w:tc>
          <w:tcPr>
            <w:tcW w:w="792" w:type="dxa"/>
          </w:tcPr>
          <w:p w14:paraId="209E2A99"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86</w:t>
            </w:r>
          </w:p>
        </w:tc>
        <w:tc>
          <w:tcPr>
            <w:tcW w:w="9288" w:type="dxa"/>
          </w:tcPr>
          <w:p w14:paraId="6ED4EC59"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Afrique de l’</w:t>
            </w:r>
            <w:proofErr w:type="spellStart"/>
            <w:r>
              <w:rPr>
                <w:rFonts w:asciiTheme="minorHAnsi" w:hAnsiTheme="minorHAnsi"/>
              </w:rPr>
              <w:t>Ouest|Bénin</w:t>
            </w:r>
            <w:proofErr w:type="spellEnd"/>
            <w:r>
              <w:rPr>
                <w:rFonts w:asciiTheme="minorHAnsi" w:hAnsiTheme="minorHAnsi"/>
              </w:rPr>
              <w:t>, République du</w:t>
            </w:r>
          </w:p>
        </w:tc>
      </w:tr>
      <w:tr w:rsidR="00F241D0" w:rsidRPr="00F241D0" w14:paraId="2754BC5A" w14:textId="77777777">
        <w:tc>
          <w:tcPr>
            <w:tcW w:w="792" w:type="dxa"/>
          </w:tcPr>
          <w:p w14:paraId="23E9313F"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87</w:t>
            </w:r>
          </w:p>
        </w:tc>
        <w:tc>
          <w:tcPr>
            <w:tcW w:w="9288" w:type="dxa"/>
          </w:tcPr>
          <w:p w14:paraId="4412FBDA"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Afrique de l’</w:t>
            </w:r>
            <w:proofErr w:type="spellStart"/>
            <w:r>
              <w:rPr>
                <w:rFonts w:asciiTheme="minorHAnsi" w:hAnsiTheme="minorHAnsi"/>
              </w:rPr>
              <w:t>Ouest|Burkina</w:t>
            </w:r>
            <w:proofErr w:type="spellEnd"/>
            <w:r>
              <w:rPr>
                <w:rFonts w:asciiTheme="minorHAnsi" w:hAnsiTheme="minorHAnsi"/>
              </w:rPr>
              <w:t xml:space="preserve"> Faso</w:t>
            </w:r>
          </w:p>
        </w:tc>
      </w:tr>
      <w:tr w:rsidR="00F241D0" w:rsidRPr="00F241D0" w14:paraId="04FD8E49" w14:textId="77777777">
        <w:tc>
          <w:tcPr>
            <w:tcW w:w="792" w:type="dxa"/>
          </w:tcPr>
          <w:p w14:paraId="78CAA095"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88</w:t>
            </w:r>
          </w:p>
        </w:tc>
        <w:tc>
          <w:tcPr>
            <w:tcW w:w="9288" w:type="dxa"/>
          </w:tcPr>
          <w:p w14:paraId="107F76CF"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Afrique de l’</w:t>
            </w:r>
            <w:proofErr w:type="spellStart"/>
            <w:r>
              <w:rPr>
                <w:rFonts w:asciiTheme="minorHAnsi" w:hAnsiTheme="minorHAnsi"/>
              </w:rPr>
              <w:t>Ouest|Gambie</w:t>
            </w:r>
            <w:proofErr w:type="spellEnd"/>
          </w:p>
        </w:tc>
      </w:tr>
      <w:tr w:rsidR="00F241D0" w:rsidRPr="00F241D0" w14:paraId="680C3E44" w14:textId="77777777">
        <w:tc>
          <w:tcPr>
            <w:tcW w:w="792" w:type="dxa"/>
          </w:tcPr>
          <w:p w14:paraId="0E484B02"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89</w:t>
            </w:r>
          </w:p>
        </w:tc>
        <w:tc>
          <w:tcPr>
            <w:tcW w:w="9288" w:type="dxa"/>
          </w:tcPr>
          <w:p w14:paraId="06723FF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Afrique de l’</w:t>
            </w:r>
            <w:proofErr w:type="spellStart"/>
            <w:r>
              <w:rPr>
                <w:rFonts w:asciiTheme="minorHAnsi" w:hAnsiTheme="minorHAnsi"/>
              </w:rPr>
              <w:t>Ouest|Ghana</w:t>
            </w:r>
            <w:proofErr w:type="spellEnd"/>
          </w:p>
        </w:tc>
      </w:tr>
      <w:tr w:rsidR="00F241D0" w:rsidRPr="000623F5" w14:paraId="7DD03DD6" w14:textId="77777777">
        <w:tc>
          <w:tcPr>
            <w:tcW w:w="792" w:type="dxa"/>
          </w:tcPr>
          <w:p w14:paraId="38BDB39C"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90</w:t>
            </w:r>
          </w:p>
        </w:tc>
        <w:tc>
          <w:tcPr>
            <w:tcW w:w="9288" w:type="dxa"/>
          </w:tcPr>
          <w:p w14:paraId="60A039A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Afrique de l’</w:t>
            </w:r>
            <w:proofErr w:type="spellStart"/>
            <w:r>
              <w:rPr>
                <w:rFonts w:asciiTheme="minorHAnsi" w:hAnsiTheme="minorHAnsi"/>
              </w:rPr>
              <w:t>Ouest|Côte</w:t>
            </w:r>
            <w:proofErr w:type="spellEnd"/>
            <w:r>
              <w:rPr>
                <w:rFonts w:asciiTheme="minorHAnsi" w:hAnsiTheme="minorHAnsi"/>
              </w:rPr>
              <w:t xml:space="preserve"> d’Ivoire, République de</w:t>
            </w:r>
          </w:p>
        </w:tc>
      </w:tr>
      <w:tr w:rsidR="00F241D0" w:rsidRPr="00F241D0" w14:paraId="7F6D29E6" w14:textId="77777777">
        <w:tc>
          <w:tcPr>
            <w:tcW w:w="792" w:type="dxa"/>
          </w:tcPr>
          <w:p w14:paraId="38E14536"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91</w:t>
            </w:r>
          </w:p>
        </w:tc>
        <w:tc>
          <w:tcPr>
            <w:tcW w:w="9288" w:type="dxa"/>
          </w:tcPr>
          <w:p w14:paraId="3528F5DF"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Afrique de l’</w:t>
            </w:r>
            <w:proofErr w:type="spellStart"/>
            <w:r>
              <w:rPr>
                <w:rFonts w:asciiTheme="minorHAnsi" w:hAnsiTheme="minorHAnsi"/>
              </w:rPr>
              <w:t>Ouest|Libéria</w:t>
            </w:r>
            <w:proofErr w:type="spellEnd"/>
          </w:p>
        </w:tc>
      </w:tr>
      <w:tr w:rsidR="00F241D0" w:rsidRPr="000623F5" w14:paraId="2E61ED19" w14:textId="77777777">
        <w:tc>
          <w:tcPr>
            <w:tcW w:w="792" w:type="dxa"/>
          </w:tcPr>
          <w:p w14:paraId="19ED5E1C"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92</w:t>
            </w:r>
          </w:p>
        </w:tc>
        <w:tc>
          <w:tcPr>
            <w:tcW w:w="9288" w:type="dxa"/>
          </w:tcPr>
          <w:p w14:paraId="42400DE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Afrique de l’</w:t>
            </w:r>
            <w:proofErr w:type="spellStart"/>
            <w:r>
              <w:rPr>
                <w:rFonts w:asciiTheme="minorHAnsi" w:hAnsiTheme="minorHAnsi"/>
              </w:rPr>
              <w:t>Ouest|Mali</w:t>
            </w:r>
            <w:proofErr w:type="spellEnd"/>
            <w:r>
              <w:rPr>
                <w:rFonts w:asciiTheme="minorHAnsi" w:hAnsiTheme="minorHAnsi"/>
              </w:rPr>
              <w:t>, République du</w:t>
            </w:r>
          </w:p>
        </w:tc>
      </w:tr>
      <w:tr w:rsidR="00F241D0" w:rsidRPr="00F241D0" w14:paraId="19E6D872" w14:textId="77777777">
        <w:tc>
          <w:tcPr>
            <w:tcW w:w="792" w:type="dxa"/>
          </w:tcPr>
          <w:p w14:paraId="7DD1A8ED"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93</w:t>
            </w:r>
          </w:p>
        </w:tc>
        <w:tc>
          <w:tcPr>
            <w:tcW w:w="9288" w:type="dxa"/>
          </w:tcPr>
          <w:p w14:paraId="6F4A8BEC"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Afrique de l’</w:t>
            </w:r>
            <w:proofErr w:type="spellStart"/>
            <w:r>
              <w:rPr>
                <w:rFonts w:asciiTheme="minorHAnsi" w:hAnsiTheme="minorHAnsi"/>
              </w:rPr>
              <w:t>Ouest|Nigéria</w:t>
            </w:r>
            <w:proofErr w:type="spellEnd"/>
          </w:p>
        </w:tc>
      </w:tr>
      <w:tr w:rsidR="00F241D0" w:rsidRPr="00F241D0" w14:paraId="367EAA03" w14:textId="77777777">
        <w:tc>
          <w:tcPr>
            <w:tcW w:w="792" w:type="dxa"/>
          </w:tcPr>
          <w:p w14:paraId="480A3CB2"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94</w:t>
            </w:r>
          </w:p>
        </w:tc>
        <w:tc>
          <w:tcPr>
            <w:tcW w:w="9288" w:type="dxa"/>
          </w:tcPr>
          <w:p w14:paraId="4BC743BE"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Afrique de l’</w:t>
            </w:r>
            <w:proofErr w:type="spellStart"/>
            <w:r>
              <w:rPr>
                <w:rFonts w:asciiTheme="minorHAnsi" w:hAnsiTheme="minorHAnsi"/>
              </w:rPr>
              <w:t>Ouest|Sénégal</w:t>
            </w:r>
            <w:proofErr w:type="spellEnd"/>
          </w:p>
        </w:tc>
      </w:tr>
      <w:tr w:rsidR="00F241D0" w:rsidRPr="00F241D0" w14:paraId="3F1AD553" w14:textId="77777777">
        <w:tc>
          <w:tcPr>
            <w:tcW w:w="792" w:type="dxa"/>
          </w:tcPr>
          <w:p w14:paraId="344D14B3"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95</w:t>
            </w:r>
          </w:p>
        </w:tc>
        <w:tc>
          <w:tcPr>
            <w:tcW w:w="9288" w:type="dxa"/>
          </w:tcPr>
          <w:p w14:paraId="0C1FE82E"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Afrique de l’</w:t>
            </w:r>
            <w:proofErr w:type="spellStart"/>
            <w:r>
              <w:rPr>
                <w:rFonts w:asciiTheme="minorHAnsi" w:hAnsiTheme="minorHAnsi"/>
              </w:rPr>
              <w:t>Ouest|Sierra</w:t>
            </w:r>
            <w:proofErr w:type="spellEnd"/>
            <w:r>
              <w:rPr>
                <w:rFonts w:asciiTheme="minorHAnsi" w:hAnsiTheme="minorHAnsi"/>
              </w:rPr>
              <w:t xml:space="preserve"> Leone</w:t>
            </w:r>
          </w:p>
        </w:tc>
      </w:tr>
      <w:tr w:rsidR="00F241D0" w:rsidRPr="00F241D0" w14:paraId="3A2FAF23" w14:textId="77777777">
        <w:tc>
          <w:tcPr>
            <w:tcW w:w="792" w:type="dxa"/>
          </w:tcPr>
          <w:p w14:paraId="037695DE"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96</w:t>
            </w:r>
          </w:p>
        </w:tc>
        <w:tc>
          <w:tcPr>
            <w:tcW w:w="9288" w:type="dxa"/>
          </w:tcPr>
          <w:p w14:paraId="7760086A"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Afrique de l’</w:t>
            </w:r>
            <w:proofErr w:type="spellStart"/>
            <w:r>
              <w:rPr>
                <w:rFonts w:asciiTheme="minorHAnsi" w:hAnsiTheme="minorHAnsi"/>
              </w:rPr>
              <w:t>Ouest|République</w:t>
            </w:r>
            <w:proofErr w:type="spellEnd"/>
            <w:r>
              <w:rPr>
                <w:rFonts w:asciiTheme="minorHAnsi" w:hAnsiTheme="minorHAnsi"/>
              </w:rPr>
              <w:t xml:space="preserve"> somalienne</w:t>
            </w:r>
          </w:p>
        </w:tc>
      </w:tr>
      <w:tr w:rsidR="00F241D0" w:rsidRPr="000623F5" w14:paraId="1C0F806E" w14:textId="77777777">
        <w:tc>
          <w:tcPr>
            <w:tcW w:w="792" w:type="dxa"/>
          </w:tcPr>
          <w:p w14:paraId="525EA975"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97</w:t>
            </w:r>
          </w:p>
        </w:tc>
        <w:tc>
          <w:tcPr>
            <w:tcW w:w="9288" w:type="dxa"/>
          </w:tcPr>
          <w:p w14:paraId="1497BBE2" w14:textId="7628E98E" w:rsidR="00F241D0" w:rsidRPr="00F241D0" w:rsidRDefault="00F241D0" w:rsidP="00C73D5D">
            <w:pPr>
              <w:spacing w:line="240" w:lineRule="auto"/>
              <w:jc w:val="left"/>
              <w:rPr>
                <w:rFonts w:asciiTheme="minorHAnsi" w:hAnsiTheme="minorHAnsi" w:cs="Times New Roman"/>
              </w:rPr>
            </w:pPr>
            <w:r>
              <w:rPr>
                <w:rFonts w:asciiTheme="minorHAnsi" w:hAnsiTheme="minorHAnsi"/>
              </w:rPr>
              <w:t>Afrique de l’</w:t>
            </w:r>
            <w:proofErr w:type="spellStart"/>
            <w:r>
              <w:rPr>
                <w:rFonts w:asciiTheme="minorHAnsi" w:hAnsiTheme="minorHAnsi"/>
              </w:rPr>
              <w:t>Ouest|Afrique</w:t>
            </w:r>
            <w:proofErr w:type="spellEnd"/>
            <w:r>
              <w:rPr>
                <w:rFonts w:asciiTheme="minorHAnsi" w:hAnsiTheme="minorHAnsi"/>
              </w:rPr>
              <w:t xml:space="preserve"> du Sud, République d’</w:t>
            </w:r>
          </w:p>
        </w:tc>
      </w:tr>
      <w:tr w:rsidR="00F241D0" w:rsidRPr="000623F5" w14:paraId="6251BE15" w14:textId="77777777">
        <w:tc>
          <w:tcPr>
            <w:tcW w:w="792" w:type="dxa"/>
          </w:tcPr>
          <w:p w14:paraId="19BEBFB3"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98</w:t>
            </w:r>
          </w:p>
        </w:tc>
        <w:tc>
          <w:tcPr>
            <w:tcW w:w="9288" w:type="dxa"/>
          </w:tcPr>
          <w:p w14:paraId="45CCF14C"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Afrique de l’</w:t>
            </w:r>
            <w:proofErr w:type="spellStart"/>
            <w:r>
              <w:rPr>
                <w:rFonts w:asciiTheme="minorHAnsi" w:hAnsiTheme="minorHAnsi"/>
              </w:rPr>
              <w:t>Ouest|Togo</w:t>
            </w:r>
            <w:proofErr w:type="spellEnd"/>
            <w:r>
              <w:rPr>
                <w:rFonts w:asciiTheme="minorHAnsi" w:hAnsiTheme="minorHAnsi"/>
              </w:rPr>
              <w:t>, République du</w:t>
            </w:r>
          </w:p>
        </w:tc>
      </w:tr>
      <w:tr w:rsidR="00F241D0" w:rsidRPr="00F241D0" w14:paraId="48895664" w14:textId="77777777">
        <w:tc>
          <w:tcPr>
            <w:tcW w:w="792" w:type="dxa"/>
          </w:tcPr>
          <w:p w14:paraId="74F624C9"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99</w:t>
            </w:r>
          </w:p>
        </w:tc>
        <w:tc>
          <w:tcPr>
            <w:tcW w:w="9288" w:type="dxa"/>
          </w:tcPr>
          <w:p w14:paraId="21EE2836"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Autre pays d’</w:t>
            </w:r>
            <w:proofErr w:type="spellStart"/>
            <w:r>
              <w:rPr>
                <w:rFonts w:asciiTheme="minorHAnsi" w:hAnsiTheme="minorHAnsi"/>
              </w:rPr>
              <w:t>Afrique|Angola</w:t>
            </w:r>
            <w:proofErr w:type="spellEnd"/>
          </w:p>
        </w:tc>
      </w:tr>
      <w:tr w:rsidR="00F241D0" w:rsidRPr="00F241D0" w14:paraId="37AC63FE" w14:textId="77777777">
        <w:tc>
          <w:tcPr>
            <w:tcW w:w="792" w:type="dxa"/>
          </w:tcPr>
          <w:p w14:paraId="57C40BB3"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100</w:t>
            </w:r>
          </w:p>
        </w:tc>
        <w:tc>
          <w:tcPr>
            <w:tcW w:w="9288" w:type="dxa"/>
          </w:tcPr>
          <w:p w14:paraId="1701B5E9"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Autre pays d’</w:t>
            </w:r>
            <w:proofErr w:type="spellStart"/>
            <w:r>
              <w:rPr>
                <w:rFonts w:asciiTheme="minorHAnsi" w:hAnsiTheme="minorHAnsi"/>
              </w:rPr>
              <w:t>Afrique|Burundi</w:t>
            </w:r>
            <w:proofErr w:type="spellEnd"/>
          </w:p>
        </w:tc>
      </w:tr>
      <w:tr w:rsidR="00F241D0" w:rsidRPr="000623F5" w14:paraId="47C8AC89" w14:textId="77777777">
        <w:tc>
          <w:tcPr>
            <w:tcW w:w="792" w:type="dxa"/>
          </w:tcPr>
          <w:p w14:paraId="6B84D186"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101</w:t>
            </w:r>
          </w:p>
        </w:tc>
        <w:tc>
          <w:tcPr>
            <w:tcW w:w="9288" w:type="dxa"/>
          </w:tcPr>
          <w:p w14:paraId="6167021B"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Autre pays d’</w:t>
            </w:r>
            <w:proofErr w:type="spellStart"/>
            <w:r>
              <w:rPr>
                <w:rFonts w:asciiTheme="minorHAnsi" w:hAnsiTheme="minorHAnsi"/>
              </w:rPr>
              <w:t>Afrique|Cameroun</w:t>
            </w:r>
            <w:proofErr w:type="spellEnd"/>
            <w:r>
              <w:rPr>
                <w:rFonts w:asciiTheme="minorHAnsi" w:hAnsiTheme="minorHAnsi"/>
              </w:rPr>
              <w:t>, République du</w:t>
            </w:r>
          </w:p>
        </w:tc>
      </w:tr>
      <w:tr w:rsidR="00F241D0" w:rsidRPr="000623F5" w14:paraId="0EE9ECCC" w14:textId="77777777">
        <w:tc>
          <w:tcPr>
            <w:tcW w:w="792" w:type="dxa"/>
          </w:tcPr>
          <w:p w14:paraId="788FDEBB"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102</w:t>
            </w:r>
          </w:p>
        </w:tc>
        <w:tc>
          <w:tcPr>
            <w:tcW w:w="9288" w:type="dxa"/>
          </w:tcPr>
          <w:p w14:paraId="42609967"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Autre pays d’</w:t>
            </w:r>
            <w:proofErr w:type="spellStart"/>
            <w:r>
              <w:rPr>
                <w:rFonts w:asciiTheme="minorHAnsi" w:hAnsiTheme="minorHAnsi"/>
              </w:rPr>
              <w:t>Afrique|Tchad</w:t>
            </w:r>
            <w:proofErr w:type="spellEnd"/>
            <w:r>
              <w:rPr>
                <w:rFonts w:asciiTheme="minorHAnsi" w:hAnsiTheme="minorHAnsi"/>
              </w:rPr>
              <w:t>, République du</w:t>
            </w:r>
          </w:p>
        </w:tc>
      </w:tr>
      <w:tr w:rsidR="00F241D0" w:rsidRPr="000623F5" w14:paraId="1E9CEA3A" w14:textId="77777777">
        <w:tc>
          <w:tcPr>
            <w:tcW w:w="792" w:type="dxa"/>
          </w:tcPr>
          <w:p w14:paraId="3F2E028F"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103</w:t>
            </w:r>
          </w:p>
        </w:tc>
        <w:tc>
          <w:tcPr>
            <w:tcW w:w="9288" w:type="dxa"/>
          </w:tcPr>
          <w:p w14:paraId="6325077B"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Autre pays d’</w:t>
            </w:r>
            <w:proofErr w:type="spellStart"/>
            <w:r>
              <w:rPr>
                <w:rFonts w:asciiTheme="minorHAnsi" w:hAnsiTheme="minorHAnsi"/>
              </w:rPr>
              <w:t>Afrique|Congo</w:t>
            </w:r>
            <w:proofErr w:type="spellEnd"/>
            <w:r>
              <w:rPr>
                <w:rFonts w:asciiTheme="minorHAnsi" w:hAnsiTheme="minorHAnsi"/>
              </w:rPr>
              <w:t>, République démocratique du</w:t>
            </w:r>
          </w:p>
        </w:tc>
      </w:tr>
      <w:tr w:rsidR="00F241D0" w:rsidRPr="000623F5" w14:paraId="7B42FAA7" w14:textId="77777777">
        <w:tc>
          <w:tcPr>
            <w:tcW w:w="792" w:type="dxa"/>
          </w:tcPr>
          <w:p w14:paraId="04D2862B"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104</w:t>
            </w:r>
          </w:p>
        </w:tc>
        <w:tc>
          <w:tcPr>
            <w:tcW w:w="9288" w:type="dxa"/>
          </w:tcPr>
          <w:p w14:paraId="1B71E3F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Autre pays d’</w:t>
            </w:r>
            <w:proofErr w:type="spellStart"/>
            <w:r>
              <w:rPr>
                <w:rFonts w:asciiTheme="minorHAnsi" w:hAnsiTheme="minorHAnsi"/>
              </w:rPr>
              <w:t>Afrique|Djibouti</w:t>
            </w:r>
            <w:proofErr w:type="spellEnd"/>
            <w:r>
              <w:rPr>
                <w:rFonts w:asciiTheme="minorHAnsi" w:hAnsiTheme="minorHAnsi"/>
              </w:rPr>
              <w:t>, République de</w:t>
            </w:r>
          </w:p>
        </w:tc>
      </w:tr>
      <w:tr w:rsidR="00F241D0" w:rsidRPr="00F241D0" w14:paraId="6F33BEDF" w14:textId="77777777">
        <w:tc>
          <w:tcPr>
            <w:tcW w:w="792" w:type="dxa"/>
          </w:tcPr>
          <w:p w14:paraId="5396D1E7"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105</w:t>
            </w:r>
          </w:p>
        </w:tc>
        <w:tc>
          <w:tcPr>
            <w:tcW w:w="9288" w:type="dxa"/>
          </w:tcPr>
          <w:p w14:paraId="5BFF60DC"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Autre pays d’</w:t>
            </w:r>
            <w:proofErr w:type="spellStart"/>
            <w:r>
              <w:rPr>
                <w:rFonts w:asciiTheme="minorHAnsi" w:hAnsiTheme="minorHAnsi"/>
              </w:rPr>
              <w:t>Afrique|Éthiopie</w:t>
            </w:r>
            <w:proofErr w:type="spellEnd"/>
          </w:p>
        </w:tc>
      </w:tr>
      <w:tr w:rsidR="00F241D0" w:rsidRPr="00F241D0" w14:paraId="4DF6BFC3" w14:textId="77777777">
        <w:tc>
          <w:tcPr>
            <w:tcW w:w="792" w:type="dxa"/>
          </w:tcPr>
          <w:p w14:paraId="2F2E60E2"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106</w:t>
            </w:r>
          </w:p>
        </w:tc>
        <w:tc>
          <w:tcPr>
            <w:tcW w:w="9288" w:type="dxa"/>
          </w:tcPr>
          <w:p w14:paraId="214778EC" w14:textId="1A94F495" w:rsidR="00F241D0" w:rsidRPr="00F241D0" w:rsidRDefault="00F241D0" w:rsidP="00F46697">
            <w:pPr>
              <w:spacing w:line="240" w:lineRule="auto"/>
              <w:jc w:val="left"/>
              <w:rPr>
                <w:rFonts w:asciiTheme="minorHAnsi" w:hAnsiTheme="minorHAnsi" w:cs="Times New Roman"/>
              </w:rPr>
            </w:pPr>
            <w:r>
              <w:rPr>
                <w:rFonts w:asciiTheme="minorHAnsi" w:hAnsiTheme="minorHAnsi"/>
              </w:rPr>
              <w:t>Autre pays d’</w:t>
            </w:r>
            <w:proofErr w:type="spellStart"/>
            <w:r>
              <w:rPr>
                <w:rFonts w:asciiTheme="minorHAnsi" w:hAnsiTheme="minorHAnsi"/>
              </w:rPr>
              <w:t>Afrique|République</w:t>
            </w:r>
            <w:proofErr w:type="spellEnd"/>
            <w:r>
              <w:rPr>
                <w:rFonts w:asciiTheme="minorHAnsi" w:hAnsiTheme="minorHAnsi"/>
              </w:rPr>
              <w:t xml:space="preserve"> gabonaise</w:t>
            </w:r>
          </w:p>
        </w:tc>
      </w:tr>
      <w:tr w:rsidR="00F241D0" w:rsidRPr="000623F5" w14:paraId="706D06AF" w14:textId="77777777">
        <w:tc>
          <w:tcPr>
            <w:tcW w:w="792" w:type="dxa"/>
          </w:tcPr>
          <w:p w14:paraId="0E27875E"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107</w:t>
            </w:r>
          </w:p>
        </w:tc>
        <w:tc>
          <w:tcPr>
            <w:tcW w:w="9288" w:type="dxa"/>
          </w:tcPr>
          <w:p w14:paraId="1D80C75D"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Autre pays d’</w:t>
            </w:r>
            <w:proofErr w:type="spellStart"/>
            <w:r>
              <w:rPr>
                <w:rFonts w:asciiTheme="minorHAnsi" w:hAnsiTheme="minorHAnsi"/>
              </w:rPr>
              <w:t>Afrique|Guinée</w:t>
            </w:r>
            <w:proofErr w:type="spellEnd"/>
            <w:r>
              <w:rPr>
                <w:rFonts w:asciiTheme="minorHAnsi" w:hAnsiTheme="minorHAnsi"/>
              </w:rPr>
              <w:t>, République de</w:t>
            </w:r>
          </w:p>
        </w:tc>
      </w:tr>
      <w:tr w:rsidR="00F241D0" w:rsidRPr="00F241D0" w14:paraId="5AD95D02" w14:textId="77777777">
        <w:tc>
          <w:tcPr>
            <w:tcW w:w="792" w:type="dxa"/>
          </w:tcPr>
          <w:p w14:paraId="21A667DB"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108</w:t>
            </w:r>
          </w:p>
        </w:tc>
        <w:tc>
          <w:tcPr>
            <w:tcW w:w="9288" w:type="dxa"/>
          </w:tcPr>
          <w:p w14:paraId="07EAEED7"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Autre pays d’</w:t>
            </w:r>
            <w:proofErr w:type="spellStart"/>
            <w:r>
              <w:rPr>
                <w:rFonts w:asciiTheme="minorHAnsi" w:hAnsiTheme="minorHAnsi"/>
              </w:rPr>
              <w:t>Afrique|Kenya</w:t>
            </w:r>
            <w:proofErr w:type="spellEnd"/>
          </w:p>
        </w:tc>
      </w:tr>
      <w:tr w:rsidR="00F241D0" w:rsidRPr="00F241D0" w14:paraId="11486F25" w14:textId="77777777">
        <w:tc>
          <w:tcPr>
            <w:tcW w:w="792" w:type="dxa"/>
          </w:tcPr>
          <w:p w14:paraId="5FD20AB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109</w:t>
            </w:r>
          </w:p>
        </w:tc>
        <w:tc>
          <w:tcPr>
            <w:tcW w:w="9288" w:type="dxa"/>
          </w:tcPr>
          <w:p w14:paraId="17F0F089"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Autre pays d’</w:t>
            </w:r>
            <w:proofErr w:type="spellStart"/>
            <w:r>
              <w:rPr>
                <w:rFonts w:asciiTheme="minorHAnsi" w:hAnsiTheme="minorHAnsi"/>
              </w:rPr>
              <w:t>Afrique|Madagascar</w:t>
            </w:r>
            <w:proofErr w:type="spellEnd"/>
          </w:p>
        </w:tc>
      </w:tr>
      <w:tr w:rsidR="00F241D0" w:rsidRPr="00F241D0" w14:paraId="44CDD660" w14:textId="77777777">
        <w:tc>
          <w:tcPr>
            <w:tcW w:w="792" w:type="dxa"/>
          </w:tcPr>
          <w:p w14:paraId="22DC9AD6"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110</w:t>
            </w:r>
          </w:p>
        </w:tc>
        <w:tc>
          <w:tcPr>
            <w:tcW w:w="9288" w:type="dxa"/>
          </w:tcPr>
          <w:p w14:paraId="042CC6A8"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Autre pays d’</w:t>
            </w:r>
            <w:proofErr w:type="spellStart"/>
            <w:r>
              <w:rPr>
                <w:rFonts w:asciiTheme="minorHAnsi" w:hAnsiTheme="minorHAnsi"/>
              </w:rPr>
              <w:t>Afrique|Maurice</w:t>
            </w:r>
            <w:proofErr w:type="spellEnd"/>
          </w:p>
        </w:tc>
      </w:tr>
      <w:tr w:rsidR="00F241D0" w:rsidRPr="00F241D0" w14:paraId="1EFAB96F" w14:textId="77777777">
        <w:tc>
          <w:tcPr>
            <w:tcW w:w="792" w:type="dxa"/>
          </w:tcPr>
          <w:p w14:paraId="27A5F552"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111</w:t>
            </w:r>
          </w:p>
        </w:tc>
        <w:tc>
          <w:tcPr>
            <w:tcW w:w="9288" w:type="dxa"/>
          </w:tcPr>
          <w:p w14:paraId="24C11977"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Autre pays d’</w:t>
            </w:r>
            <w:proofErr w:type="spellStart"/>
            <w:r>
              <w:rPr>
                <w:rFonts w:asciiTheme="minorHAnsi" w:hAnsiTheme="minorHAnsi"/>
              </w:rPr>
              <w:t>Afrique|Namibie</w:t>
            </w:r>
            <w:proofErr w:type="spellEnd"/>
          </w:p>
        </w:tc>
      </w:tr>
      <w:tr w:rsidR="00F241D0" w:rsidRPr="00F241D0" w14:paraId="78C2A328" w14:textId="77777777">
        <w:tc>
          <w:tcPr>
            <w:tcW w:w="792" w:type="dxa"/>
          </w:tcPr>
          <w:p w14:paraId="13A88A94"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112</w:t>
            </w:r>
          </w:p>
        </w:tc>
        <w:tc>
          <w:tcPr>
            <w:tcW w:w="9288" w:type="dxa"/>
          </w:tcPr>
          <w:p w14:paraId="43D90C88"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Autre pays d’</w:t>
            </w:r>
            <w:proofErr w:type="spellStart"/>
            <w:r>
              <w:rPr>
                <w:rFonts w:asciiTheme="minorHAnsi" w:hAnsiTheme="minorHAnsi"/>
              </w:rPr>
              <w:t>Afrique|Réunion</w:t>
            </w:r>
            <w:proofErr w:type="spellEnd"/>
          </w:p>
        </w:tc>
      </w:tr>
      <w:tr w:rsidR="00F241D0" w:rsidRPr="00F241D0" w14:paraId="617917F0" w14:textId="77777777">
        <w:tc>
          <w:tcPr>
            <w:tcW w:w="792" w:type="dxa"/>
          </w:tcPr>
          <w:p w14:paraId="5DFA28FF"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113</w:t>
            </w:r>
          </w:p>
        </w:tc>
        <w:tc>
          <w:tcPr>
            <w:tcW w:w="9288" w:type="dxa"/>
          </w:tcPr>
          <w:p w14:paraId="61039507"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Autre pays d’</w:t>
            </w:r>
            <w:proofErr w:type="spellStart"/>
            <w:r>
              <w:rPr>
                <w:rFonts w:asciiTheme="minorHAnsi" w:hAnsiTheme="minorHAnsi"/>
              </w:rPr>
              <w:t>Afrique|Rwanda</w:t>
            </w:r>
            <w:proofErr w:type="spellEnd"/>
          </w:p>
        </w:tc>
      </w:tr>
      <w:tr w:rsidR="00F241D0" w:rsidRPr="000623F5" w14:paraId="51F62D7A" w14:textId="77777777">
        <w:tc>
          <w:tcPr>
            <w:tcW w:w="792" w:type="dxa"/>
          </w:tcPr>
          <w:p w14:paraId="7D984FB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114</w:t>
            </w:r>
          </w:p>
        </w:tc>
        <w:tc>
          <w:tcPr>
            <w:tcW w:w="9288" w:type="dxa"/>
          </w:tcPr>
          <w:p w14:paraId="57361CA8" w14:textId="10E77DFA" w:rsidR="00F241D0" w:rsidRPr="00F241D0" w:rsidRDefault="00F241D0" w:rsidP="00C73D5D">
            <w:pPr>
              <w:spacing w:line="240" w:lineRule="auto"/>
              <w:jc w:val="left"/>
              <w:rPr>
                <w:rFonts w:asciiTheme="minorHAnsi" w:hAnsiTheme="minorHAnsi" w:cs="Times New Roman"/>
              </w:rPr>
            </w:pPr>
            <w:r>
              <w:rPr>
                <w:rFonts w:asciiTheme="minorHAnsi" w:hAnsiTheme="minorHAnsi"/>
              </w:rPr>
              <w:t>Autre pays d’</w:t>
            </w:r>
            <w:proofErr w:type="spellStart"/>
            <w:r>
              <w:rPr>
                <w:rFonts w:asciiTheme="minorHAnsi" w:hAnsiTheme="minorHAnsi"/>
              </w:rPr>
              <w:t>Afrique|Tanzanie</w:t>
            </w:r>
            <w:proofErr w:type="spellEnd"/>
            <w:r>
              <w:rPr>
                <w:rFonts w:asciiTheme="minorHAnsi" w:hAnsiTheme="minorHAnsi"/>
              </w:rPr>
              <w:t>, République-Unie de</w:t>
            </w:r>
          </w:p>
        </w:tc>
      </w:tr>
      <w:tr w:rsidR="00F241D0" w:rsidRPr="00F241D0" w14:paraId="3C10E36F" w14:textId="77777777">
        <w:tc>
          <w:tcPr>
            <w:tcW w:w="792" w:type="dxa"/>
          </w:tcPr>
          <w:p w14:paraId="6C3B6FFE"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115</w:t>
            </w:r>
          </w:p>
        </w:tc>
        <w:tc>
          <w:tcPr>
            <w:tcW w:w="9288" w:type="dxa"/>
          </w:tcPr>
          <w:p w14:paraId="3F4458D6"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Autre pays d’</w:t>
            </w:r>
            <w:proofErr w:type="spellStart"/>
            <w:r>
              <w:rPr>
                <w:rFonts w:asciiTheme="minorHAnsi" w:hAnsiTheme="minorHAnsi"/>
              </w:rPr>
              <w:t>Afrique|Ouganda</w:t>
            </w:r>
            <w:proofErr w:type="spellEnd"/>
          </w:p>
        </w:tc>
      </w:tr>
      <w:tr w:rsidR="00F241D0" w:rsidRPr="00F241D0" w14:paraId="3D84752E" w14:textId="77777777">
        <w:tc>
          <w:tcPr>
            <w:tcW w:w="792" w:type="dxa"/>
          </w:tcPr>
          <w:p w14:paraId="6EF1DD0F"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116</w:t>
            </w:r>
          </w:p>
        </w:tc>
        <w:tc>
          <w:tcPr>
            <w:tcW w:w="9288" w:type="dxa"/>
          </w:tcPr>
          <w:p w14:paraId="4FBA6A1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Autre pays d’</w:t>
            </w:r>
            <w:proofErr w:type="spellStart"/>
            <w:r>
              <w:rPr>
                <w:rFonts w:asciiTheme="minorHAnsi" w:hAnsiTheme="minorHAnsi"/>
              </w:rPr>
              <w:t>Afrique|Zambie</w:t>
            </w:r>
            <w:proofErr w:type="spellEnd"/>
          </w:p>
        </w:tc>
      </w:tr>
      <w:tr w:rsidR="00F241D0" w:rsidRPr="00F241D0" w14:paraId="47EE21B1" w14:textId="77777777">
        <w:tc>
          <w:tcPr>
            <w:tcW w:w="792" w:type="dxa"/>
          </w:tcPr>
          <w:p w14:paraId="1D903F7A"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117</w:t>
            </w:r>
          </w:p>
        </w:tc>
        <w:tc>
          <w:tcPr>
            <w:tcW w:w="9288" w:type="dxa"/>
          </w:tcPr>
          <w:p w14:paraId="41DFF606"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Autre pays d’</w:t>
            </w:r>
            <w:proofErr w:type="spellStart"/>
            <w:r>
              <w:rPr>
                <w:rFonts w:asciiTheme="minorHAnsi" w:hAnsiTheme="minorHAnsi"/>
              </w:rPr>
              <w:t>Afrique|Zimbabwe</w:t>
            </w:r>
            <w:proofErr w:type="spellEnd"/>
          </w:p>
        </w:tc>
      </w:tr>
      <w:tr w:rsidR="00F241D0" w:rsidRPr="00F241D0" w14:paraId="610213A2" w14:textId="77777777">
        <w:tc>
          <w:tcPr>
            <w:tcW w:w="792" w:type="dxa"/>
          </w:tcPr>
          <w:p w14:paraId="158F5127"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118</w:t>
            </w:r>
          </w:p>
        </w:tc>
        <w:tc>
          <w:tcPr>
            <w:tcW w:w="9288" w:type="dxa"/>
          </w:tcPr>
          <w:p w14:paraId="36291471"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centrale/du </w:t>
            </w:r>
            <w:proofErr w:type="spellStart"/>
            <w:r>
              <w:rPr>
                <w:rFonts w:asciiTheme="minorHAnsi" w:hAnsiTheme="minorHAnsi"/>
              </w:rPr>
              <w:t>Sud|Afghanistan</w:t>
            </w:r>
            <w:proofErr w:type="spellEnd"/>
          </w:p>
        </w:tc>
      </w:tr>
      <w:tr w:rsidR="00F241D0" w:rsidRPr="00F241D0" w14:paraId="4E09CE4D" w14:textId="77777777">
        <w:tc>
          <w:tcPr>
            <w:tcW w:w="792" w:type="dxa"/>
          </w:tcPr>
          <w:p w14:paraId="27B80CDD"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119</w:t>
            </w:r>
          </w:p>
        </w:tc>
        <w:tc>
          <w:tcPr>
            <w:tcW w:w="9288" w:type="dxa"/>
          </w:tcPr>
          <w:p w14:paraId="5AD23A0C"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centrale/du </w:t>
            </w:r>
            <w:proofErr w:type="spellStart"/>
            <w:r>
              <w:rPr>
                <w:rFonts w:asciiTheme="minorHAnsi" w:hAnsiTheme="minorHAnsi"/>
              </w:rPr>
              <w:t>Sud|Bangladesh</w:t>
            </w:r>
            <w:proofErr w:type="spellEnd"/>
          </w:p>
        </w:tc>
      </w:tr>
      <w:tr w:rsidR="00F241D0" w:rsidRPr="00F241D0" w14:paraId="773F1869" w14:textId="77777777">
        <w:tc>
          <w:tcPr>
            <w:tcW w:w="792" w:type="dxa"/>
          </w:tcPr>
          <w:p w14:paraId="693C480C"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120</w:t>
            </w:r>
          </w:p>
        </w:tc>
        <w:tc>
          <w:tcPr>
            <w:tcW w:w="9288" w:type="dxa"/>
          </w:tcPr>
          <w:p w14:paraId="48A4D9AA"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centrale/du </w:t>
            </w:r>
            <w:proofErr w:type="spellStart"/>
            <w:r>
              <w:rPr>
                <w:rFonts w:asciiTheme="minorHAnsi" w:hAnsiTheme="minorHAnsi"/>
              </w:rPr>
              <w:t>Sud|Bhoutan</w:t>
            </w:r>
            <w:proofErr w:type="spellEnd"/>
          </w:p>
        </w:tc>
      </w:tr>
      <w:tr w:rsidR="00F241D0" w:rsidRPr="00F241D0" w14:paraId="5BDDA288" w14:textId="77777777">
        <w:tc>
          <w:tcPr>
            <w:tcW w:w="792" w:type="dxa"/>
          </w:tcPr>
          <w:p w14:paraId="4A98633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126</w:t>
            </w:r>
          </w:p>
        </w:tc>
        <w:tc>
          <w:tcPr>
            <w:tcW w:w="9288" w:type="dxa"/>
          </w:tcPr>
          <w:p w14:paraId="532209C5"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centrale/du </w:t>
            </w:r>
            <w:proofErr w:type="spellStart"/>
            <w:r>
              <w:rPr>
                <w:rFonts w:asciiTheme="minorHAnsi" w:hAnsiTheme="minorHAnsi"/>
              </w:rPr>
              <w:t>Sud|Inde</w:t>
            </w:r>
            <w:proofErr w:type="spellEnd"/>
          </w:p>
        </w:tc>
      </w:tr>
      <w:tr w:rsidR="00F241D0" w:rsidRPr="00F241D0" w14:paraId="5936DC90" w14:textId="77777777">
        <w:tc>
          <w:tcPr>
            <w:tcW w:w="792" w:type="dxa"/>
          </w:tcPr>
          <w:p w14:paraId="60B11EAF"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121</w:t>
            </w:r>
          </w:p>
        </w:tc>
        <w:tc>
          <w:tcPr>
            <w:tcW w:w="9288" w:type="dxa"/>
          </w:tcPr>
          <w:p w14:paraId="05F3134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centrale/du </w:t>
            </w:r>
            <w:proofErr w:type="spellStart"/>
            <w:r>
              <w:rPr>
                <w:rFonts w:asciiTheme="minorHAnsi" w:hAnsiTheme="minorHAnsi"/>
              </w:rPr>
              <w:t>Sud|Kazakhstan</w:t>
            </w:r>
            <w:proofErr w:type="spellEnd"/>
          </w:p>
        </w:tc>
      </w:tr>
      <w:tr w:rsidR="00F241D0" w:rsidRPr="00F241D0" w14:paraId="7F0DD289" w14:textId="77777777">
        <w:tc>
          <w:tcPr>
            <w:tcW w:w="792" w:type="dxa"/>
          </w:tcPr>
          <w:p w14:paraId="28B85762"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122</w:t>
            </w:r>
          </w:p>
        </w:tc>
        <w:tc>
          <w:tcPr>
            <w:tcW w:w="9288" w:type="dxa"/>
          </w:tcPr>
          <w:p w14:paraId="42FD00A0"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centrale/du </w:t>
            </w:r>
            <w:proofErr w:type="spellStart"/>
            <w:r>
              <w:rPr>
                <w:rFonts w:asciiTheme="minorHAnsi" w:hAnsiTheme="minorHAnsi"/>
              </w:rPr>
              <w:t>Sud|Kirghizistan</w:t>
            </w:r>
            <w:proofErr w:type="spellEnd"/>
          </w:p>
        </w:tc>
      </w:tr>
      <w:tr w:rsidR="00F241D0" w:rsidRPr="00F241D0" w14:paraId="28F94372" w14:textId="77777777">
        <w:tc>
          <w:tcPr>
            <w:tcW w:w="792" w:type="dxa"/>
          </w:tcPr>
          <w:p w14:paraId="5052DEDC"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123</w:t>
            </w:r>
          </w:p>
        </w:tc>
        <w:tc>
          <w:tcPr>
            <w:tcW w:w="9288" w:type="dxa"/>
          </w:tcPr>
          <w:p w14:paraId="163C78F6"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centrale/du </w:t>
            </w:r>
            <w:proofErr w:type="spellStart"/>
            <w:r>
              <w:rPr>
                <w:rFonts w:asciiTheme="minorHAnsi" w:hAnsiTheme="minorHAnsi"/>
              </w:rPr>
              <w:t>Sud|Népal</w:t>
            </w:r>
            <w:proofErr w:type="spellEnd"/>
          </w:p>
        </w:tc>
      </w:tr>
      <w:tr w:rsidR="00F241D0" w:rsidRPr="00F241D0" w14:paraId="27CEFFCE" w14:textId="77777777">
        <w:tc>
          <w:tcPr>
            <w:tcW w:w="792" w:type="dxa"/>
          </w:tcPr>
          <w:p w14:paraId="7D9D2A3A"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143</w:t>
            </w:r>
          </w:p>
        </w:tc>
        <w:tc>
          <w:tcPr>
            <w:tcW w:w="9288" w:type="dxa"/>
          </w:tcPr>
          <w:p w14:paraId="1169EDA8"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centrale/du </w:t>
            </w:r>
            <w:proofErr w:type="spellStart"/>
            <w:r>
              <w:rPr>
                <w:rFonts w:asciiTheme="minorHAnsi" w:hAnsiTheme="minorHAnsi"/>
              </w:rPr>
              <w:t>Sud|Pakistan</w:t>
            </w:r>
            <w:proofErr w:type="spellEnd"/>
          </w:p>
        </w:tc>
      </w:tr>
      <w:tr w:rsidR="00F241D0" w:rsidRPr="000623F5" w14:paraId="2355FC2C" w14:textId="77777777">
        <w:tc>
          <w:tcPr>
            <w:tcW w:w="792" w:type="dxa"/>
          </w:tcPr>
          <w:p w14:paraId="4B383709"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124</w:t>
            </w:r>
          </w:p>
        </w:tc>
        <w:tc>
          <w:tcPr>
            <w:tcW w:w="9288" w:type="dxa"/>
          </w:tcPr>
          <w:p w14:paraId="46A42CC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centrale/du </w:t>
            </w:r>
            <w:proofErr w:type="spellStart"/>
            <w:r>
              <w:rPr>
                <w:rFonts w:asciiTheme="minorHAnsi" w:hAnsiTheme="minorHAnsi"/>
              </w:rPr>
              <w:t>Sud|Sri</w:t>
            </w:r>
            <w:proofErr w:type="spellEnd"/>
            <w:r>
              <w:rPr>
                <w:rFonts w:asciiTheme="minorHAnsi" w:hAnsiTheme="minorHAnsi"/>
              </w:rPr>
              <w:t xml:space="preserve"> Lanka</w:t>
            </w:r>
          </w:p>
        </w:tc>
      </w:tr>
      <w:tr w:rsidR="00F241D0" w:rsidRPr="00F241D0" w14:paraId="551C12EA" w14:textId="77777777">
        <w:tc>
          <w:tcPr>
            <w:tcW w:w="792" w:type="dxa"/>
          </w:tcPr>
          <w:p w14:paraId="34B7FAD4"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lastRenderedPageBreak/>
              <w:t>❍</w:t>
            </w:r>
            <w:r>
              <w:rPr>
                <w:rFonts w:asciiTheme="minorHAnsi" w:hAnsiTheme="minorHAnsi"/>
                <w:sz w:val="20"/>
                <w:vertAlign w:val="subscript"/>
              </w:rPr>
              <w:t xml:space="preserve">   125</w:t>
            </w:r>
          </w:p>
        </w:tc>
        <w:tc>
          <w:tcPr>
            <w:tcW w:w="9288" w:type="dxa"/>
          </w:tcPr>
          <w:p w14:paraId="111E5E80"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centrale/du </w:t>
            </w:r>
            <w:proofErr w:type="spellStart"/>
            <w:r>
              <w:rPr>
                <w:rFonts w:asciiTheme="minorHAnsi" w:hAnsiTheme="minorHAnsi"/>
              </w:rPr>
              <w:t>Sud|Ouzbékistan</w:t>
            </w:r>
            <w:proofErr w:type="spellEnd"/>
          </w:p>
        </w:tc>
      </w:tr>
      <w:tr w:rsidR="00F241D0" w:rsidRPr="000623F5" w14:paraId="12887117" w14:textId="77777777">
        <w:tc>
          <w:tcPr>
            <w:tcW w:w="792" w:type="dxa"/>
          </w:tcPr>
          <w:p w14:paraId="310E809D"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128</w:t>
            </w:r>
          </w:p>
        </w:tc>
        <w:tc>
          <w:tcPr>
            <w:tcW w:w="9288" w:type="dxa"/>
          </w:tcPr>
          <w:p w14:paraId="1468C63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de l’Est/du </w:t>
            </w:r>
            <w:proofErr w:type="spellStart"/>
            <w:r>
              <w:rPr>
                <w:rFonts w:asciiTheme="minorHAnsi" w:hAnsiTheme="minorHAnsi"/>
              </w:rPr>
              <w:t>Sud-Est|Brunei</w:t>
            </w:r>
            <w:proofErr w:type="spellEnd"/>
          </w:p>
        </w:tc>
      </w:tr>
      <w:tr w:rsidR="00F241D0" w:rsidRPr="000623F5" w14:paraId="50C28636" w14:textId="77777777">
        <w:tc>
          <w:tcPr>
            <w:tcW w:w="792" w:type="dxa"/>
          </w:tcPr>
          <w:p w14:paraId="17673BAD"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141</w:t>
            </w:r>
          </w:p>
        </w:tc>
        <w:tc>
          <w:tcPr>
            <w:tcW w:w="9288" w:type="dxa"/>
          </w:tcPr>
          <w:p w14:paraId="6E6917CA" w14:textId="1BD8AA8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de l’Est/du </w:t>
            </w:r>
            <w:proofErr w:type="spellStart"/>
            <w:r>
              <w:rPr>
                <w:rFonts w:asciiTheme="minorHAnsi" w:hAnsiTheme="minorHAnsi"/>
              </w:rPr>
              <w:t>Sud-Est|Chine</w:t>
            </w:r>
            <w:proofErr w:type="spellEnd"/>
            <w:r>
              <w:rPr>
                <w:rFonts w:asciiTheme="minorHAnsi" w:hAnsiTheme="minorHAnsi"/>
              </w:rPr>
              <w:t>, République populaire de</w:t>
            </w:r>
          </w:p>
        </w:tc>
      </w:tr>
      <w:tr w:rsidR="00F241D0" w:rsidRPr="000623F5" w14:paraId="4069B10C" w14:textId="77777777">
        <w:tc>
          <w:tcPr>
            <w:tcW w:w="792" w:type="dxa"/>
          </w:tcPr>
          <w:p w14:paraId="51A399C3"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129</w:t>
            </w:r>
          </w:p>
        </w:tc>
        <w:tc>
          <w:tcPr>
            <w:tcW w:w="9288" w:type="dxa"/>
          </w:tcPr>
          <w:p w14:paraId="0C4EA70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de l’Est/du </w:t>
            </w:r>
            <w:proofErr w:type="spellStart"/>
            <w:r>
              <w:rPr>
                <w:rFonts w:asciiTheme="minorHAnsi" w:hAnsiTheme="minorHAnsi"/>
              </w:rPr>
              <w:t>Sud-Est|Hong</w:t>
            </w:r>
            <w:proofErr w:type="spellEnd"/>
            <w:r>
              <w:rPr>
                <w:rFonts w:asciiTheme="minorHAnsi" w:hAnsiTheme="minorHAnsi"/>
              </w:rPr>
              <w:t xml:space="preserve"> Kong</w:t>
            </w:r>
          </w:p>
        </w:tc>
      </w:tr>
      <w:tr w:rsidR="00F241D0" w:rsidRPr="000623F5" w14:paraId="331AA36F" w14:textId="77777777">
        <w:tc>
          <w:tcPr>
            <w:tcW w:w="792" w:type="dxa"/>
          </w:tcPr>
          <w:p w14:paraId="31B9F17A"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130</w:t>
            </w:r>
          </w:p>
        </w:tc>
        <w:tc>
          <w:tcPr>
            <w:tcW w:w="9288" w:type="dxa"/>
          </w:tcPr>
          <w:p w14:paraId="4571A02C"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de l’Est/du </w:t>
            </w:r>
            <w:proofErr w:type="spellStart"/>
            <w:r>
              <w:rPr>
                <w:rFonts w:asciiTheme="minorHAnsi" w:hAnsiTheme="minorHAnsi"/>
              </w:rPr>
              <w:t>Sud-Est|RAS</w:t>
            </w:r>
            <w:proofErr w:type="spellEnd"/>
            <w:r>
              <w:rPr>
                <w:rFonts w:asciiTheme="minorHAnsi" w:hAnsiTheme="minorHAnsi"/>
              </w:rPr>
              <w:t xml:space="preserve"> de Hong Kong</w:t>
            </w:r>
          </w:p>
        </w:tc>
      </w:tr>
      <w:tr w:rsidR="00F241D0" w:rsidRPr="000623F5" w14:paraId="33958C5F" w14:textId="77777777">
        <w:tc>
          <w:tcPr>
            <w:tcW w:w="792" w:type="dxa"/>
          </w:tcPr>
          <w:p w14:paraId="1FFC9EEF"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131</w:t>
            </w:r>
          </w:p>
        </w:tc>
        <w:tc>
          <w:tcPr>
            <w:tcW w:w="9288" w:type="dxa"/>
          </w:tcPr>
          <w:p w14:paraId="396A06D9"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de l’Est/du </w:t>
            </w:r>
            <w:proofErr w:type="spellStart"/>
            <w:r>
              <w:rPr>
                <w:rFonts w:asciiTheme="minorHAnsi" w:hAnsiTheme="minorHAnsi"/>
              </w:rPr>
              <w:t>Sud-Est|Indonésie</w:t>
            </w:r>
            <w:proofErr w:type="spellEnd"/>
            <w:r>
              <w:rPr>
                <w:rFonts w:asciiTheme="minorHAnsi" w:hAnsiTheme="minorHAnsi"/>
              </w:rPr>
              <w:t>, République d’</w:t>
            </w:r>
          </w:p>
        </w:tc>
      </w:tr>
      <w:tr w:rsidR="00F241D0" w:rsidRPr="000623F5" w14:paraId="22921A27" w14:textId="77777777">
        <w:tc>
          <w:tcPr>
            <w:tcW w:w="792" w:type="dxa"/>
          </w:tcPr>
          <w:p w14:paraId="0B36F4AD"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132</w:t>
            </w:r>
          </w:p>
        </w:tc>
        <w:tc>
          <w:tcPr>
            <w:tcW w:w="9288" w:type="dxa"/>
          </w:tcPr>
          <w:p w14:paraId="5655545B"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de l’Est/du </w:t>
            </w:r>
            <w:proofErr w:type="spellStart"/>
            <w:r>
              <w:rPr>
                <w:rFonts w:asciiTheme="minorHAnsi" w:hAnsiTheme="minorHAnsi"/>
              </w:rPr>
              <w:t>Sud-Est|Japon</w:t>
            </w:r>
            <w:proofErr w:type="spellEnd"/>
          </w:p>
        </w:tc>
      </w:tr>
      <w:tr w:rsidR="00F241D0" w:rsidRPr="000623F5" w14:paraId="70C2846C" w14:textId="77777777">
        <w:tc>
          <w:tcPr>
            <w:tcW w:w="792" w:type="dxa"/>
          </w:tcPr>
          <w:p w14:paraId="5A01FDA4"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142</w:t>
            </w:r>
          </w:p>
        </w:tc>
        <w:tc>
          <w:tcPr>
            <w:tcW w:w="9288" w:type="dxa"/>
          </w:tcPr>
          <w:p w14:paraId="196C749E" w14:textId="6212B430"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de l’Est/du </w:t>
            </w:r>
            <w:proofErr w:type="spellStart"/>
            <w:r>
              <w:rPr>
                <w:rFonts w:asciiTheme="minorHAnsi" w:hAnsiTheme="minorHAnsi"/>
              </w:rPr>
              <w:t>Sud-Est|Corée</w:t>
            </w:r>
            <w:proofErr w:type="spellEnd"/>
            <w:r>
              <w:rPr>
                <w:rFonts w:asciiTheme="minorHAnsi" w:hAnsiTheme="minorHAnsi"/>
              </w:rPr>
              <w:t>, République de (Sud)</w:t>
            </w:r>
          </w:p>
        </w:tc>
      </w:tr>
      <w:tr w:rsidR="00F241D0" w:rsidRPr="000623F5" w14:paraId="729EF2D5" w14:textId="77777777">
        <w:tc>
          <w:tcPr>
            <w:tcW w:w="792" w:type="dxa"/>
          </w:tcPr>
          <w:p w14:paraId="715F17D2"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133</w:t>
            </w:r>
          </w:p>
        </w:tc>
        <w:tc>
          <w:tcPr>
            <w:tcW w:w="9288" w:type="dxa"/>
          </w:tcPr>
          <w:p w14:paraId="6821C567"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de l’Est/du </w:t>
            </w:r>
            <w:proofErr w:type="spellStart"/>
            <w:r>
              <w:rPr>
                <w:rFonts w:asciiTheme="minorHAnsi" w:hAnsiTheme="minorHAnsi"/>
              </w:rPr>
              <w:t>Sud-Est|RAS</w:t>
            </w:r>
            <w:proofErr w:type="spellEnd"/>
            <w:r>
              <w:rPr>
                <w:rFonts w:asciiTheme="minorHAnsi" w:hAnsiTheme="minorHAnsi"/>
              </w:rPr>
              <w:t xml:space="preserve"> de Macao</w:t>
            </w:r>
          </w:p>
        </w:tc>
      </w:tr>
      <w:tr w:rsidR="00F241D0" w:rsidRPr="000623F5" w14:paraId="63FD9123" w14:textId="77777777">
        <w:tc>
          <w:tcPr>
            <w:tcW w:w="792" w:type="dxa"/>
          </w:tcPr>
          <w:p w14:paraId="56D6BD3A"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134</w:t>
            </w:r>
          </w:p>
        </w:tc>
        <w:tc>
          <w:tcPr>
            <w:tcW w:w="9288" w:type="dxa"/>
          </w:tcPr>
          <w:p w14:paraId="072650FC"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de l’Est/du </w:t>
            </w:r>
            <w:proofErr w:type="spellStart"/>
            <w:r>
              <w:rPr>
                <w:rFonts w:asciiTheme="minorHAnsi" w:hAnsiTheme="minorHAnsi"/>
              </w:rPr>
              <w:t>Sud-Est|Malaisie</w:t>
            </w:r>
            <w:proofErr w:type="spellEnd"/>
          </w:p>
        </w:tc>
      </w:tr>
      <w:tr w:rsidR="00F241D0" w:rsidRPr="000623F5" w14:paraId="2ACDDA18" w14:textId="77777777">
        <w:tc>
          <w:tcPr>
            <w:tcW w:w="792" w:type="dxa"/>
          </w:tcPr>
          <w:p w14:paraId="11B5D165"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135</w:t>
            </w:r>
          </w:p>
        </w:tc>
        <w:tc>
          <w:tcPr>
            <w:tcW w:w="9288" w:type="dxa"/>
          </w:tcPr>
          <w:p w14:paraId="072ED5D4" w14:textId="029789A8"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de l’Est/du </w:t>
            </w:r>
            <w:proofErr w:type="spellStart"/>
            <w:r>
              <w:rPr>
                <w:rFonts w:asciiTheme="minorHAnsi" w:hAnsiTheme="minorHAnsi"/>
              </w:rPr>
              <w:t>Sud-Est|Mongolie</w:t>
            </w:r>
            <w:proofErr w:type="spellEnd"/>
            <w:r>
              <w:rPr>
                <w:rFonts w:asciiTheme="minorHAnsi" w:hAnsiTheme="minorHAnsi"/>
              </w:rPr>
              <w:t>, République populaire de</w:t>
            </w:r>
          </w:p>
        </w:tc>
      </w:tr>
      <w:tr w:rsidR="00F241D0" w:rsidRPr="000623F5" w14:paraId="43596CAF" w14:textId="77777777">
        <w:tc>
          <w:tcPr>
            <w:tcW w:w="792" w:type="dxa"/>
          </w:tcPr>
          <w:p w14:paraId="36348769"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144</w:t>
            </w:r>
          </w:p>
        </w:tc>
        <w:tc>
          <w:tcPr>
            <w:tcW w:w="9288" w:type="dxa"/>
          </w:tcPr>
          <w:p w14:paraId="183BA5EE"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de l’Est/du </w:t>
            </w:r>
            <w:proofErr w:type="spellStart"/>
            <w:r>
              <w:rPr>
                <w:rFonts w:asciiTheme="minorHAnsi" w:hAnsiTheme="minorHAnsi"/>
              </w:rPr>
              <w:t>Sud-Est|Philippines</w:t>
            </w:r>
            <w:proofErr w:type="spellEnd"/>
          </w:p>
        </w:tc>
      </w:tr>
      <w:tr w:rsidR="00F241D0" w:rsidRPr="000623F5" w14:paraId="59BFA6C9" w14:textId="77777777">
        <w:tc>
          <w:tcPr>
            <w:tcW w:w="792" w:type="dxa"/>
          </w:tcPr>
          <w:p w14:paraId="58AB4B84"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136</w:t>
            </w:r>
          </w:p>
        </w:tc>
        <w:tc>
          <w:tcPr>
            <w:tcW w:w="9288" w:type="dxa"/>
          </w:tcPr>
          <w:p w14:paraId="3E7CEDE8"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de l’Est/du </w:t>
            </w:r>
            <w:proofErr w:type="spellStart"/>
            <w:r>
              <w:rPr>
                <w:rFonts w:asciiTheme="minorHAnsi" w:hAnsiTheme="minorHAnsi"/>
              </w:rPr>
              <w:t>Sud-Est|Singapour</w:t>
            </w:r>
            <w:proofErr w:type="spellEnd"/>
          </w:p>
        </w:tc>
      </w:tr>
      <w:tr w:rsidR="00F241D0" w:rsidRPr="000623F5" w14:paraId="718CBB00" w14:textId="77777777">
        <w:tc>
          <w:tcPr>
            <w:tcW w:w="792" w:type="dxa"/>
          </w:tcPr>
          <w:p w14:paraId="286E4E21"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137</w:t>
            </w:r>
          </w:p>
        </w:tc>
        <w:tc>
          <w:tcPr>
            <w:tcW w:w="9288" w:type="dxa"/>
          </w:tcPr>
          <w:p w14:paraId="2AB80B0D"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de l’Est/du </w:t>
            </w:r>
            <w:proofErr w:type="spellStart"/>
            <w:r>
              <w:rPr>
                <w:rFonts w:asciiTheme="minorHAnsi" w:hAnsiTheme="minorHAnsi"/>
              </w:rPr>
              <w:t>Sud-Est|Taïwan</w:t>
            </w:r>
            <w:proofErr w:type="spellEnd"/>
          </w:p>
        </w:tc>
      </w:tr>
      <w:tr w:rsidR="00F241D0" w:rsidRPr="000623F5" w14:paraId="3BC75879" w14:textId="77777777">
        <w:tc>
          <w:tcPr>
            <w:tcW w:w="792" w:type="dxa"/>
          </w:tcPr>
          <w:p w14:paraId="3EEEE191"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138</w:t>
            </w:r>
          </w:p>
        </w:tc>
        <w:tc>
          <w:tcPr>
            <w:tcW w:w="9288" w:type="dxa"/>
          </w:tcPr>
          <w:p w14:paraId="6D50472C"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de l’Est/du </w:t>
            </w:r>
            <w:proofErr w:type="spellStart"/>
            <w:r>
              <w:rPr>
                <w:rFonts w:asciiTheme="minorHAnsi" w:hAnsiTheme="minorHAnsi"/>
              </w:rPr>
              <w:t>Sud-Est|Thaïlande</w:t>
            </w:r>
            <w:proofErr w:type="spellEnd"/>
          </w:p>
        </w:tc>
      </w:tr>
      <w:tr w:rsidR="00F241D0" w:rsidRPr="000623F5" w14:paraId="6F7EDE8A" w14:textId="77777777">
        <w:tc>
          <w:tcPr>
            <w:tcW w:w="792" w:type="dxa"/>
          </w:tcPr>
          <w:p w14:paraId="6999EC9A"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139</w:t>
            </w:r>
          </w:p>
        </w:tc>
        <w:tc>
          <w:tcPr>
            <w:tcW w:w="9288" w:type="dxa"/>
          </w:tcPr>
          <w:p w14:paraId="5116B73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 xml:space="preserve">Asie de l’Est/du </w:t>
            </w:r>
            <w:proofErr w:type="spellStart"/>
            <w:r>
              <w:rPr>
                <w:rFonts w:asciiTheme="minorHAnsi" w:hAnsiTheme="minorHAnsi"/>
              </w:rPr>
              <w:t>Sud-Est|Viet</w:t>
            </w:r>
            <w:proofErr w:type="spellEnd"/>
            <w:r>
              <w:rPr>
                <w:rFonts w:asciiTheme="minorHAnsi" w:hAnsiTheme="minorHAnsi"/>
              </w:rPr>
              <w:t xml:space="preserve"> Nam, République socialiste du</w:t>
            </w:r>
          </w:p>
        </w:tc>
      </w:tr>
      <w:tr w:rsidR="00F241D0" w:rsidRPr="00F241D0" w14:paraId="0A3B61ED" w14:textId="77777777">
        <w:tc>
          <w:tcPr>
            <w:tcW w:w="792" w:type="dxa"/>
          </w:tcPr>
          <w:p w14:paraId="712C4B1E"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145</w:t>
            </w:r>
          </w:p>
        </w:tc>
        <w:tc>
          <w:tcPr>
            <w:tcW w:w="9288" w:type="dxa"/>
          </w:tcPr>
          <w:p w14:paraId="4B4AA8D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Asie de l’</w:t>
            </w:r>
            <w:proofErr w:type="spellStart"/>
            <w:r>
              <w:rPr>
                <w:rFonts w:asciiTheme="minorHAnsi" w:hAnsiTheme="minorHAnsi"/>
              </w:rPr>
              <w:t>Ouest|Arménie</w:t>
            </w:r>
            <w:proofErr w:type="spellEnd"/>
          </w:p>
        </w:tc>
      </w:tr>
      <w:tr w:rsidR="00F241D0" w:rsidRPr="00F241D0" w14:paraId="13F35B56" w14:textId="77777777">
        <w:tc>
          <w:tcPr>
            <w:tcW w:w="792" w:type="dxa"/>
          </w:tcPr>
          <w:p w14:paraId="23286836"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146</w:t>
            </w:r>
          </w:p>
        </w:tc>
        <w:tc>
          <w:tcPr>
            <w:tcW w:w="9288" w:type="dxa"/>
          </w:tcPr>
          <w:p w14:paraId="6032B269"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Asie de l’</w:t>
            </w:r>
            <w:proofErr w:type="spellStart"/>
            <w:r>
              <w:rPr>
                <w:rFonts w:asciiTheme="minorHAnsi" w:hAnsiTheme="minorHAnsi"/>
              </w:rPr>
              <w:t>Ouest|Azerbaïdjan</w:t>
            </w:r>
            <w:proofErr w:type="spellEnd"/>
          </w:p>
        </w:tc>
      </w:tr>
      <w:tr w:rsidR="00F241D0" w:rsidRPr="00F241D0" w14:paraId="046CB5B0" w14:textId="77777777">
        <w:tc>
          <w:tcPr>
            <w:tcW w:w="792" w:type="dxa"/>
          </w:tcPr>
          <w:p w14:paraId="7A03A903"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147</w:t>
            </w:r>
          </w:p>
        </w:tc>
        <w:tc>
          <w:tcPr>
            <w:tcW w:w="9288" w:type="dxa"/>
          </w:tcPr>
          <w:p w14:paraId="7977CFD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Asie de l’</w:t>
            </w:r>
            <w:proofErr w:type="spellStart"/>
            <w:r>
              <w:rPr>
                <w:rFonts w:asciiTheme="minorHAnsi" w:hAnsiTheme="minorHAnsi"/>
              </w:rPr>
              <w:t>Ouest|Bahreïn</w:t>
            </w:r>
            <w:proofErr w:type="spellEnd"/>
          </w:p>
        </w:tc>
      </w:tr>
      <w:tr w:rsidR="00F241D0" w:rsidRPr="00F241D0" w14:paraId="41F20A87" w14:textId="77777777">
        <w:tc>
          <w:tcPr>
            <w:tcW w:w="792" w:type="dxa"/>
          </w:tcPr>
          <w:p w14:paraId="5982C0EE"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148</w:t>
            </w:r>
          </w:p>
        </w:tc>
        <w:tc>
          <w:tcPr>
            <w:tcW w:w="9288" w:type="dxa"/>
          </w:tcPr>
          <w:p w14:paraId="083059CF"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Asie de l’</w:t>
            </w:r>
            <w:proofErr w:type="spellStart"/>
            <w:r>
              <w:rPr>
                <w:rFonts w:asciiTheme="minorHAnsi" w:hAnsiTheme="minorHAnsi"/>
              </w:rPr>
              <w:t>Ouest|Géorgie</w:t>
            </w:r>
            <w:proofErr w:type="spellEnd"/>
          </w:p>
        </w:tc>
      </w:tr>
      <w:tr w:rsidR="00F241D0" w:rsidRPr="00F241D0" w14:paraId="11A87F8A" w14:textId="77777777">
        <w:tc>
          <w:tcPr>
            <w:tcW w:w="792" w:type="dxa"/>
          </w:tcPr>
          <w:p w14:paraId="7D8ABCF3"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127</w:t>
            </w:r>
          </w:p>
        </w:tc>
        <w:tc>
          <w:tcPr>
            <w:tcW w:w="9288" w:type="dxa"/>
          </w:tcPr>
          <w:p w14:paraId="4E7FA34C"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Asie de l’</w:t>
            </w:r>
            <w:proofErr w:type="spellStart"/>
            <w:r>
              <w:rPr>
                <w:rFonts w:asciiTheme="minorHAnsi" w:hAnsiTheme="minorHAnsi"/>
              </w:rPr>
              <w:t>Ouest|Iran</w:t>
            </w:r>
            <w:proofErr w:type="spellEnd"/>
          </w:p>
        </w:tc>
      </w:tr>
      <w:tr w:rsidR="00F241D0" w:rsidRPr="00F241D0" w14:paraId="1058B7DC" w14:textId="77777777">
        <w:tc>
          <w:tcPr>
            <w:tcW w:w="792" w:type="dxa"/>
          </w:tcPr>
          <w:p w14:paraId="08319E5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149</w:t>
            </w:r>
          </w:p>
        </w:tc>
        <w:tc>
          <w:tcPr>
            <w:tcW w:w="9288" w:type="dxa"/>
          </w:tcPr>
          <w:p w14:paraId="729319FB"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Asie de l’</w:t>
            </w:r>
            <w:proofErr w:type="spellStart"/>
            <w:r>
              <w:rPr>
                <w:rFonts w:asciiTheme="minorHAnsi" w:hAnsiTheme="minorHAnsi"/>
              </w:rPr>
              <w:t>Ouest|Iraq</w:t>
            </w:r>
            <w:proofErr w:type="spellEnd"/>
          </w:p>
        </w:tc>
      </w:tr>
      <w:tr w:rsidR="00F241D0" w:rsidRPr="00F241D0" w14:paraId="0FA1EE57" w14:textId="77777777">
        <w:tc>
          <w:tcPr>
            <w:tcW w:w="792" w:type="dxa"/>
          </w:tcPr>
          <w:p w14:paraId="36922832"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150</w:t>
            </w:r>
          </w:p>
        </w:tc>
        <w:tc>
          <w:tcPr>
            <w:tcW w:w="9288" w:type="dxa"/>
          </w:tcPr>
          <w:p w14:paraId="201CE5A0"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Asie de l’</w:t>
            </w:r>
            <w:proofErr w:type="spellStart"/>
            <w:r>
              <w:rPr>
                <w:rFonts w:asciiTheme="minorHAnsi" w:hAnsiTheme="minorHAnsi"/>
              </w:rPr>
              <w:t>Ouest|Israël</w:t>
            </w:r>
            <w:proofErr w:type="spellEnd"/>
          </w:p>
        </w:tc>
      </w:tr>
      <w:tr w:rsidR="00F241D0" w:rsidRPr="00F241D0" w14:paraId="7FC6AF2F" w14:textId="77777777">
        <w:tc>
          <w:tcPr>
            <w:tcW w:w="792" w:type="dxa"/>
          </w:tcPr>
          <w:p w14:paraId="52413075"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151</w:t>
            </w:r>
          </w:p>
        </w:tc>
        <w:tc>
          <w:tcPr>
            <w:tcW w:w="9288" w:type="dxa"/>
          </w:tcPr>
          <w:p w14:paraId="29ECE2D4"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Asie de l’</w:t>
            </w:r>
            <w:proofErr w:type="spellStart"/>
            <w:r>
              <w:rPr>
                <w:rFonts w:asciiTheme="minorHAnsi" w:hAnsiTheme="minorHAnsi"/>
              </w:rPr>
              <w:t>Ouest|Jordanie</w:t>
            </w:r>
            <w:proofErr w:type="spellEnd"/>
          </w:p>
        </w:tc>
      </w:tr>
      <w:tr w:rsidR="00F241D0" w:rsidRPr="00F241D0" w14:paraId="0C896598" w14:textId="77777777">
        <w:tc>
          <w:tcPr>
            <w:tcW w:w="792" w:type="dxa"/>
          </w:tcPr>
          <w:p w14:paraId="043BABEB"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152</w:t>
            </w:r>
          </w:p>
        </w:tc>
        <w:tc>
          <w:tcPr>
            <w:tcW w:w="9288" w:type="dxa"/>
          </w:tcPr>
          <w:p w14:paraId="003F040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Asie de l’</w:t>
            </w:r>
            <w:proofErr w:type="spellStart"/>
            <w:r>
              <w:rPr>
                <w:rFonts w:asciiTheme="minorHAnsi" w:hAnsiTheme="minorHAnsi"/>
              </w:rPr>
              <w:t>Ouest|Koweït</w:t>
            </w:r>
            <w:proofErr w:type="spellEnd"/>
          </w:p>
        </w:tc>
      </w:tr>
      <w:tr w:rsidR="00F241D0" w:rsidRPr="00F241D0" w14:paraId="2D879446" w14:textId="77777777">
        <w:tc>
          <w:tcPr>
            <w:tcW w:w="792" w:type="dxa"/>
          </w:tcPr>
          <w:p w14:paraId="0E0B39C9"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153</w:t>
            </w:r>
          </w:p>
        </w:tc>
        <w:tc>
          <w:tcPr>
            <w:tcW w:w="9288" w:type="dxa"/>
          </w:tcPr>
          <w:p w14:paraId="5FB49366"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Asie de l’</w:t>
            </w:r>
            <w:proofErr w:type="spellStart"/>
            <w:r>
              <w:rPr>
                <w:rFonts w:asciiTheme="minorHAnsi" w:hAnsiTheme="minorHAnsi"/>
              </w:rPr>
              <w:t>Ouest|Liban</w:t>
            </w:r>
            <w:proofErr w:type="spellEnd"/>
          </w:p>
        </w:tc>
      </w:tr>
      <w:tr w:rsidR="00F241D0" w:rsidRPr="00F241D0" w14:paraId="52F30436" w14:textId="77777777">
        <w:tc>
          <w:tcPr>
            <w:tcW w:w="792" w:type="dxa"/>
          </w:tcPr>
          <w:p w14:paraId="455005EA"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154</w:t>
            </w:r>
          </w:p>
        </w:tc>
        <w:tc>
          <w:tcPr>
            <w:tcW w:w="9288" w:type="dxa"/>
          </w:tcPr>
          <w:p w14:paraId="29FFBC99"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Asie de l’</w:t>
            </w:r>
            <w:proofErr w:type="spellStart"/>
            <w:r>
              <w:rPr>
                <w:rFonts w:asciiTheme="minorHAnsi" w:hAnsiTheme="minorHAnsi"/>
              </w:rPr>
              <w:t>Ouest|Oman</w:t>
            </w:r>
            <w:proofErr w:type="spellEnd"/>
          </w:p>
        </w:tc>
      </w:tr>
      <w:tr w:rsidR="00F241D0" w:rsidRPr="000623F5" w14:paraId="5099638C" w14:textId="77777777">
        <w:tc>
          <w:tcPr>
            <w:tcW w:w="792" w:type="dxa"/>
          </w:tcPr>
          <w:p w14:paraId="4FF56229"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155</w:t>
            </w:r>
          </w:p>
        </w:tc>
        <w:tc>
          <w:tcPr>
            <w:tcW w:w="9288" w:type="dxa"/>
          </w:tcPr>
          <w:p w14:paraId="13C390DE"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Asie de l’</w:t>
            </w:r>
            <w:proofErr w:type="spellStart"/>
            <w:r>
              <w:rPr>
                <w:rFonts w:asciiTheme="minorHAnsi" w:hAnsiTheme="minorHAnsi"/>
              </w:rPr>
              <w:t>Ouest|Autorité</w:t>
            </w:r>
            <w:proofErr w:type="spellEnd"/>
            <w:r>
              <w:rPr>
                <w:rFonts w:asciiTheme="minorHAnsi" w:hAnsiTheme="minorHAnsi"/>
              </w:rPr>
              <w:t xml:space="preserve"> palestinienne (Gaza)</w:t>
            </w:r>
          </w:p>
        </w:tc>
      </w:tr>
      <w:tr w:rsidR="00F241D0" w:rsidRPr="00F241D0" w14:paraId="52FF4E70" w14:textId="77777777">
        <w:tc>
          <w:tcPr>
            <w:tcW w:w="792" w:type="dxa"/>
          </w:tcPr>
          <w:p w14:paraId="278CD5F7"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156</w:t>
            </w:r>
          </w:p>
        </w:tc>
        <w:tc>
          <w:tcPr>
            <w:tcW w:w="9288" w:type="dxa"/>
          </w:tcPr>
          <w:p w14:paraId="60F931FB"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Asie de l’</w:t>
            </w:r>
            <w:proofErr w:type="spellStart"/>
            <w:r>
              <w:rPr>
                <w:rFonts w:asciiTheme="minorHAnsi" w:hAnsiTheme="minorHAnsi"/>
              </w:rPr>
              <w:t>Ouest|Qatar</w:t>
            </w:r>
            <w:proofErr w:type="spellEnd"/>
          </w:p>
        </w:tc>
      </w:tr>
      <w:tr w:rsidR="00F241D0" w:rsidRPr="00F241D0" w14:paraId="05AFCBE8" w14:textId="77777777">
        <w:tc>
          <w:tcPr>
            <w:tcW w:w="792" w:type="dxa"/>
          </w:tcPr>
          <w:p w14:paraId="2770F9E1"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157</w:t>
            </w:r>
          </w:p>
        </w:tc>
        <w:tc>
          <w:tcPr>
            <w:tcW w:w="9288" w:type="dxa"/>
          </w:tcPr>
          <w:p w14:paraId="342EE263"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Asie de l’</w:t>
            </w:r>
            <w:proofErr w:type="spellStart"/>
            <w:r>
              <w:rPr>
                <w:rFonts w:asciiTheme="minorHAnsi" w:hAnsiTheme="minorHAnsi"/>
              </w:rPr>
              <w:t>Ouest|Arabie</w:t>
            </w:r>
            <w:proofErr w:type="spellEnd"/>
            <w:r>
              <w:rPr>
                <w:rFonts w:asciiTheme="minorHAnsi" w:hAnsiTheme="minorHAnsi"/>
              </w:rPr>
              <w:t xml:space="preserve"> saoudite</w:t>
            </w:r>
          </w:p>
        </w:tc>
      </w:tr>
      <w:tr w:rsidR="00F241D0" w:rsidRPr="00F241D0" w14:paraId="2167E24E" w14:textId="77777777">
        <w:tc>
          <w:tcPr>
            <w:tcW w:w="792" w:type="dxa"/>
          </w:tcPr>
          <w:p w14:paraId="442E31E3"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158</w:t>
            </w:r>
          </w:p>
        </w:tc>
        <w:tc>
          <w:tcPr>
            <w:tcW w:w="9288" w:type="dxa"/>
          </w:tcPr>
          <w:p w14:paraId="3B3CAA8E"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Asie de l’</w:t>
            </w:r>
            <w:proofErr w:type="spellStart"/>
            <w:r>
              <w:rPr>
                <w:rFonts w:asciiTheme="minorHAnsi" w:hAnsiTheme="minorHAnsi"/>
              </w:rPr>
              <w:t>Ouest|Syrie</w:t>
            </w:r>
            <w:proofErr w:type="spellEnd"/>
          </w:p>
        </w:tc>
      </w:tr>
      <w:tr w:rsidR="00F241D0" w:rsidRPr="00F241D0" w14:paraId="044021B1" w14:textId="77777777">
        <w:tc>
          <w:tcPr>
            <w:tcW w:w="792" w:type="dxa"/>
          </w:tcPr>
          <w:p w14:paraId="29618036"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159</w:t>
            </w:r>
          </w:p>
        </w:tc>
        <w:tc>
          <w:tcPr>
            <w:tcW w:w="9288" w:type="dxa"/>
          </w:tcPr>
          <w:p w14:paraId="1C806219"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Asie de l’</w:t>
            </w:r>
            <w:proofErr w:type="spellStart"/>
            <w:r>
              <w:rPr>
                <w:rFonts w:asciiTheme="minorHAnsi" w:hAnsiTheme="minorHAnsi"/>
              </w:rPr>
              <w:t>Ouest|Turquie</w:t>
            </w:r>
            <w:proofErr w:type="spellEnd"/>
          </w:p>
        </w:tc>
      </w:tr>
      <w:tr w:rsidR="00F241D0" w:rsidRPr="000623F5" w14:paraId="252A8B93" w14:textId="77777777">
        <w:tc>
          <w:tcPr>
            <w:tcW w:w="792" w:type="dxa"/>
          </w:tcPr>
          <w:p w14:paraId="2B593727"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160</w:t>
            </w:r>
          </w:p>
        </w:tc>
        <w:tc>
          <w:tcPr>
            <w:tcW w:w="9288" w:type="dxa"/>
          </w:tcPr>
          <w:p w14:paraId="18A5A15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Asie de l’</w:t>
            </w:r>
            <w:proofErr w:type="spellStart"/>
            <w:r>
              <w:rPr>
                <w:rFonts w:asciiTheme="minorHAnsi" w:hAnsiTheme="minorHAnsi"/>
              </w:rPr>
              <w:t>Ouest|Émirats</w:t>
            </w:r>
            <w:proofErr w:type="spellEnd"/>
            <w:r>
              <w:rPr>
                <w:rFonts w:asciiTheme="minorHAnsi" w:hAnsiTheme="minorHAnsi"/>
              </w:rPr>
              <w:t xml:space="preserve"> arabes unis</w:t>
            </w:r>
          </w:p>
        </w:tc>
      </w:tr>
      <w:tr w:rsidR="00F241D0" w:rsidRPr="000623F5" w14:paraId="2F6F1DC5" w14:textId="77777777">
        <w:tc>
          <w:tcPr>
            <w:tcW w:w="792" w:type="dxa"/>
          </w:tcPr>
          <w:p w14:paraId="6C395680"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161</w:t>
            </w:r>
          </w:p>
        </w:tc>
        <w:tc>
          <w:tcPr>
            <w:tcW w:w="9288" w:type="dxa"/>
          </w:tcPr>
          <w:p w14:paraId="6EB84D01"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Asie de l’</w:t>
            </w:r>
            <w:proofErr w:type="spellStart"/>
            <w:r>
              <w:rPr>
                <w:rFonts w:asciiTheme="minorHAnsi" w:hAnsiTheme="minorHAnsi"/>
              </w:rPr>
              <w:t>Ouest|Yémen</w:t>
            </w:r>
            <w:proofErr w:type="spellEnd"/>
            <w:r>
              <w:rPr>
                <w:rFonts w:asciiTheme="minorHAnsi" w:hAnsiTheme="minorHAnsi"/>
              </w:rPr>
              <w:t>, République du</w:t>
            </w:r>
          </w:p>
        </w:tc>
      </w:tr>
      <w:tr w:rsidR="00F241D0" w:rsidRPr="00F241D0" w14:paraId="03A40676" w14:textId="77777777">
        <w:tc>
          <w:tcPr>
            <w:tcW w:w="792" w:type="dxa"/>
          </w:tcPr>
          <w:p w14:paraId="54D5D287"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162</w:t>
            </w:r>
          </w:p>
        </w:tc>
        <w:tc>
          <w:tcPr>
            <w:tcW w:w="9288" w:type="dxa"/>
          </w:tcPr>
          <w:p w14:paraId="29FA5538" w14:textId="77777777" w:rsidR="00F241D0" w:rsidRPr="00F241D0" w:rsidRDefault="00F241D0" w:rsidP="00F46697">
            <w:pPr>
              <w:spacing w:line="240" w:lineRule="auto"/>
              <w:jc w:val="left"/>
              <w:rPr>
                <w:rFonts w:asciiTheme="minorHAnsi" w:hAnsiTheme="minorHAnsi" w:cs="Times New Roman"/>
              </w:rPr>
            </w:pPr>
            <w:proofErr w:type="spellStart"/>
            <w:r>
              <w:rPr>
                <w:rFonts w:asciiTheme="minorHAnsi" w:hAnsiTheme="minorHAnsi"/>
              </w:rPr>
              <w:t>Océanie|Australie</w:t>
            </w:r>
            <w:proofErr w:type="spellEnd"/>
          </w:p>
        </w:tc>
      </w:tr>
      <w:tr w:rsidR="00F241D0" w:rsidRPr="00F241D0" w14:paraId="481C2C9B" w14:textId="77777777">
        <w:tc>
          <w:tcPr>
            <w:tcW w:w="792" w:type="dxa"/>
          </w:tcPr>
          <w:p w14:paraId="46988A6C"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163</w:t>
            </w:r>
          </w:p>
        </w:tc>
        <w:tc>
          <w:tcPr>
            <w:tcW w:w="9288" w:type="dxa"/>
          </w:tcPr>
          <w:p w14:paraId="65033BDB" w14:textId="77777777" w:rsidR="00F241D0" w:rsidRPr="00F241D0" w:rsidRDefault="00F241D0" w:rsidP="00F46697">
            <w:pPr>
              <w:spacing w:line="240" w:lineRule="auto"/>
              <w:jc w:val="left"/>
              <w:rPr>
                <w:rFonts w:asciiTheme="minorHAnsi" w:hAnsiTheme="minorHAnsi" w:cs="Times New Roman"/>
              </w:rPr>
            </w:pPr>
            <w:proofErr w:type="spellStart"/>
            <w:r>
              <w:rPr>
                <w:rFonts w:asciiTheme="minorHAnsi" w:hAnsiTheme="minorHAnsi"/>
              </w:rPr>
              <w:t>Océanie|Fidji</w:t>
            </w:r>
            <w:proofErr w:type="spellEnd"/>
          </w:p>
        </w:tc>
      </w:tr>
      <w:tr w:rsidR="00F241D0" w:rsidRPr="00F241D0" w14:paraId="5EDB90DD" w14:textId="77777777">
        <w:tc>
          <w:tcPr>
            <w:tcW w:w="792" w:type="dxa"/>
          </w:tcPr>
          <w:p w14:paraId="7BE80D4C"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164</w:t>
            </w:r>
          </w:p>
        </w:tc>
        <w:tc>
          <w:tcPr>
            <w:tcW w:w="9288" w:type="dxa"/>
          </w:tcPr>
          <w:p w14:paraId="10531865" w14:textId="77777777" w:rsidR="00F241D0" w:rsidRPr="00F241D0" w:rsidRDefault="00F241D0" w:rsidP="00F46697">
            <w:pPr>
              <w:spacing w:line="240" w:lineRule="auto"/>
              <w:jc w:val="left"/>
              <w:rPr>
                <w:rFonts w:asciiTheme="minorHAnsi" w:hAnsiTheme="minorHAnsi" w:cs="Times New Roman"/>
              </w:rPr>
            </w:pPr>
            <w:proofErr w:type="spellStart"/>
            <w:r>
              <w:rPr>
                <w:rFonts w:asciiTheme="minorHAnsi" w:hAnsiTheme="minorHAnsi"/>
              </w:rPr>
              <w:t>Océanie|Nouvelle-Calédonie</w:t>
            </w:r>
            <w:proofErr w:type="spellEnd"/>
          </w:p>
        </w:tc>
      </w:tr>
      <w:tr w:rsidR="00F241D0" w:rsidRPr="00F241D0" w14:paraId="5FB4E1BD" w14:textId="77777777">
        <w:tc>
          <w:tcPr>
            <w:tcW w:w="792" w:type="dxa"/>
          </w:tcPr>
          <w:p w14:paraId="285154A4"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165</w:t>
            </w:r>
          </w:p>
        </w:tc>
        <w:tc>
          <w:tcPr>
            <w:tcW w:w="9288" w:type="dxa"/>
          </w:tcPr>
          <w:p w14:paraId="5328CFB3" w14:textId="77777777" w:rsidR="00F241D0" w:rsidRPr="00F241D0" w:rsidRDefault="00F241D0" w:rsidP="00F46697">
            <w:pPr>
              <w:spacing w:line="240" w:lineRule="auto"/>
              <w:jc w:val="left"/>
              <w:rPr>
                <w:rFonts w:asciiTheme="minorHAnsi" w:hAnsiTheme="minorHAnsi" w:cs="Times New Roman"/>
              </w:rPr>
            </w:pPr>
            <w:proofErr w:type="spellStart"/>
            <w:r>
              <w:rPr>
                <w:rFonts w:asciiTheme="minorHAnsi" w:hAnsiTheme="minorHAnsi"/>
              </w:rPr>
              <w:t>Océanie|Nouvelle-Zélande</w:t>
            </w:r>
            <w:proofErr w:type="spellEnd"/>
          </w:p>
        </w:tc>
      </w:tr>
      <w:tr w:rsidR="00F241D0" w:rsidRPr="00F241D0" w14:paraId="4208E001" w14:textId="77777777">
        <w:tc>
          <w:tcPr>
            <w:tcW w:w="792" w:type="dxa"/>
          </w:tcPr>
          <w:p w14:paraId="3944F616"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166</w:t>
            </w:r>
          </w:p>
        </w:tc>
        <w:tc>
          <w:tcPr>
            <w:tcW w:w="9288" w:type="dxa"/>
          </w:tcPr>
          <w:p w14:paraId="25A18F72"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autre, veuillez préciser :   __________________________________________________</w:t>
            </w:r>
          </w:p>
        </w:tc>
      </w:tr>
    </w:tbl>
    <w:p w14:paraId="69866D2A"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6516C630" w14:textId="0CFE4153"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lastRenderedPageBreak/>
        <w:t>D</w:t>
      </w:r>
      <w:r w:rsidR="006C6E06">
        <w:rPr>
          <w:rFonts w:asciiTheme="minorHAnsi" w:hAnsiTheme="minorHAnsi"/>
          <w:b/>
          <w:sz w:val="22"/>
        </w:rPr>
        <w:t>6</w:t>
      </w:r>
      <w:r>
        <w:rPr>
          <w:rFonts w:asciiTheme="minorHAnsi" w:hAnsiTheme="minorHAnsi"/>
          <w:i/>
        </w:rPr>
        <w:tab/>
        <w:t>S’affiche si la réponse à D5 est à l’étranger</w:t>
      </w:r>
    </w:p>
    <w:p w14:paraId="35BE08CA"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En quelle année êtes-vous arrivé(e) au Canada?</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p>
    <w:p w14:paraId="5663EFB1"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p w14:paraId="52EF4FFD" w14:textId="51D15CBD" w:rsidR="00F241D0" w:rsidRPr="00F241D0" w:rsidRDefault="00FB406B" w:rsidP="00F46697">
      <w:pPr>
        <w:keepNext/>
        <w:spacing w:line="276" w:lineRule="auto"/>
        <w:jc w:val="left"/>
        <w:rPr>
          <w:rFonts w:asciiTheme="minorHAnsi" w:eastAsiaTheme="minorEastAsia" w:hAnsiTheme="minorHAnsi"/>
          <w:sz w:val="22"/>
          <w:szCs w:val="22"/>
        </w:rPr>
      </w:pPr>
      <w:r>
        <w:rPr>
          <w:rFonts w:asciiTheme="minorHAnsi" w:hAnsiTheme="minorHAnsi"/>
          <w:color w:val="A8A8A8"/>
        </w:rPr>
        <w:t>Période admissible</w:t>
      </w:r>
      <w:r w:rsidR="00F241D0">
        <w:rPr>
          <w:rFonts w:asciiTheme="minorHAnsi" w:hAnsiTheme="minorHAnsi"/>
          <w:color w:val="A8A8A8"/>
        </w:rPr>
        <w:t xml:space="preserve"> : 1900 </w:t>
      </w:r>
      <w:r>
        <w:rPr>
          <w:rFonts w:asciiTheme="minorHAnsi" w:hAnsiTheme="minorHAnsi"/>
          <w:color w:val="A8A8A8"/>
        </w:rPr>
        <w:t>à</w:t>
      </w:r>
      <w:r w:rsidR="00F241D0">
        <w:rPr>
          <w:rFonts w:asciiTheme="minorHAnsi" w:hAnsiTheme="minorHAnsi"/>
          <w:color w:val="A8A8A8"/>
        </w:rPr>
        <w:t xml:space="preserve"> 2021</w:t>
      </w:r>
    </w:p>
    <w:p w14:paraId="41DC6BF6" w14:textId="77777777" w:rsidR="00F241D0" w:rsidRPr="00F241D0" w:rsidRDefault="00F241D0" w:rsidP="00F46697">
      <w:pPr>
        <w:spacing w:after="200" w:line="276" w:lineRule="auto"/>
        <w:jc w:val="left"/>
        <w:rPr>
          <w:rFonts w:asciiTheme="minorHAnsi" w:eastAsiaTheme="minorEastAsia" w:hAnsiTheme="minorHAnsi"/>
          <w:sz w:val="22"/>
          <w:szCs w:val="22"/>
        </w:rPr>
      </w:pPr>
      <w:r>
        <w:rPr>
          <w:rFonts w:asciiTheme="minorHAnsi" w:hAnsiTheme="minorHAnsi"/>
          <w:sz w:val="22"/>
        </w:rPr>
        <w:t>__________</w:t>
      </w:r>
    </w:p>
    <w:p w14:paraId="213DF95F" w14:textId="3FB2AD11" w:rsidR="00F241D0" w:rsidRPr="00F241D0" w:rsidRDefault="00F241D0" w:rsidP="00F46697">
      <w:pPr>
        <w:keepNext/>
        <w:spacing w:after="220" w:line="276" w:lineRule="auto"/>
        <w:jc w:val="left"/>
        <w:rPr>
          <w:rFonts w:asciiTheme="minorHAnsi" w:eastAsiaTheme="minorEastAsia" w:hAnsiTheme="minorHAnsi"/>
          <w:sz w:val="22"/>
          <w:szCs w:val="22"/>
        </w:rPr>
      </w:pPr>
      <w:r>
        <w:rPr>
          <w:rFonts w:asciiTheme="minorHAnsi" w:hAnsiTheme="minorHAnsi"/>
          <w:b/>
          <w:sz w:val="28"/>
        </w:rPr>
        <w:t>Page</w:t>
      </w:r>
    </w:p>
    <w:p w14:paraId="61947026" w14:textId="77777777" w:rsidR="00F241D0" w:rsidRPr="00F241D0" w:rsidRDefault="00F241D0" w:rsidP="00F46697">
      <w:pPr>
        <w:keepNext/>
        <w:spacing w:after="40" w:line="276" w:lineRule="auto"/>
        <w:jc w:val="left"/>
        <w:rPr>
          <w:rFonts w:asciiTheme="minorHAnsi" w:eastAsiaTheme="minorEastAsia" w:hAnsiTheme="minorHAnsi"/>
          <w:sz w:val="22"/>
          <w:szCs w:val="22"/>
        </w:rPr>
      </w:pPr>
      <w:r>
        <w:rPr>
          <w:rFonts w:asciiTheme="minorHAnsi" w:hAnsiTheme="minorHAnsi"/>
          <w:b/>
          <w:sz w:val="22"/>
        </w:rPr>
        <w:t>D7</w:t>
      </w:r>
    </w:p>
    <w:p w14:paraId="169F5C51"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t>Quelle est la première langue que vous avez apprise lorsque vous étiez enfant et que vous comprenez toujours?</w:t>
      </w:r>
      <w:r>
        <w:rPr>
          <w:rFonts w:asciiTheme="minorHAnsi" w:hAnsiTheme="minorHAnsi"/>
          <w:sz w:val="22"/>
        </w:rPr>
        <w:br/>
      </w:r>
      <w:r>
        <w:rPr>
          <w:rFonts w:asciiTheme="minorHAnsi" w:hAnsiTheme="minorHAnsi"/>
          <w:sz w:val="22"/>
        </w:rPr>
        <w:br/>
      </w:r>
      <w:r>
        <w:rPr>
          <w:rFonts w:asciiTheme="minorHAnsi" w:hAnsiTheme="minorHAnsi"/>
        </w:rPr>
        <w:t xml:space="preserve">Cliquez ici pour obtenir de l’aide d’ordre technique : </w:t>
      </w:r>
      <w:r>
        <w:rPr>
          <w:rFonts w:asciiTheme="minorHAnsi" w:hAnsiTheme="minorHAnsi"/>
          <w:b/>
        </w:rPr>
        <w:t>*?*</w:t>
      </w:r>
    </w:p>
    <w:p w14:paraId="7AA54239"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i/>
          <w:color w:val="A8A8A8"/>
        </w:rPr>
        <w:t>En choisir au plus deux.</w:t>
      </w:r>
    </w:p>
    <w:p w14:paraId="30EA8AC1"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
        <w:gridCol w:w="8712"/>
      </w:tblGrid>
      <w:tr w:rsidR="00F241D0" w:rsidRPr="00F241D0" w14:paraId="6A29B5DB" w14:textId="77777777">
        <w:tc>
          <w:tcPr>
            <w:tcW w:w="792" w:type="dxa"/>
          </w:tcPr>
          <w:p w14:paraId="30D9E64E"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1</w:t>
            </w:r>
          </w:p>
        </w:tc>
        <w:tc>
          <w:tcPr>
            <w:tcW w:w="9288" w:type="dxa"/>
          </w:tcPr>
          <w:p w14:paraId="32651029"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anglais</w:t>
            </w:r>
          </w:p>
        </w:tc>
      </w:tr>
      <w:tr w:rsidR="00F241D0" w:rsidRPr="00F241D0" w14:paraId="007D21F5" w14:textId="77777777">
        <w:tc>
          <w:tcPr>
            <w:tcW w:w="792" w:type="dxa"/>
          </w:tcPr>
          <w:p w14:paraId="5D327EE7"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2</w:t>
            </w:r>
          </w:p>
        </w:tc>
        <w:tc>
          <w:tcPr>
            <w:tcW w:w="9288" w:type="dxa"/>
          </w:tcPr>
          <w:p w14:paraId="753B56C8"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français</w:t>
            </w:r>
          </w:p>
        </w:tc>
      </w:tr>
      <w:tr w:rsidR="00F241D0" w:rsidRPr="00F241D0" w14:paraId="1AA3D0CB" w14:textId="77777777">
        <w:tc>
          <w:tcPr>
            <w:tcW w:w="792" w:type="dxa"/>
          </w:tcPr>
          <w:p w14:paraId="5B8C6BAD" w14:textId="77777777" w:rsidR="00F241D0" w:rsidRPr="00F241D0" w:rsidRDefault="00F241D0" w:rsidP="00F46697">
            <w:pPr>
              <w:spacing w:line="240" w:lineRule="auto"/>
              <w:jc w:val="left"/>
              <w:rPr>
                <w:rFonts w:asciiTheme="minorHAnsi" w:hAnsiTheme="minorHAnsi" w:cs="Times New Roman"/>
              </w:rPr>
            </w:pPr>
            <w:r>
              <w:rPr>
                <w:rFonts w:ascii="Menlo Regular" w:hAnsi="Menlo Regular"/>
              </w:rPr>
              <w:t>❑</w:t>
            </w:r>
            <w:r>
              <w:rPr>
                <w:rFonts w:asciiTheme="minorHAnsi" w:hAnsiTheme="minorHAnsi"/>
                <w:sz w:val="20"/>
                <w:vertAlign w:val="subscript"/>
              </w:rPr>
              <w:t xml:space="preserve">   3</w:t>
            </w:r>
          </w:p>
        </w:tc>
        <w:tc>
          <w:tcPr>
            <w:tcW w:w="9288" w:type="dxa"/>
          </w:tcPr>
          <w:p w14:paraId="350BA41E" w14:textId="77777777" w:rsidR="00F241D0" w:rsidRPr="00F241D0" w:rsidRDefault="00F241D0" w:rsidP="00F46697">
            <w:pPr>
              <w:spacing w:line="240" w:lineRule="auto"/>
              <w:jc w:val="left"/>
              <w:rPr>
                <w:rFonts w:asciiTheme="minorHAnsi" w:hAnsiTheme="minorHAnsi" w:cs="Times New Roman"/>
              </w:rPr>
            </w:pPr>
            <w:r>
              <w:rPr>
                <w:rFonts w:asciiTheme="minorHAnsi" w:hAnsiTheme="minorHAnsi"/>
              </w:rPr>
              <w:t>autre langue, veuillez préciser   __________________________________________________</w:t>
            </w:r>
          </w:p>
        </w:tc>
      </w:tr>
    </w:tbl>
    <w:p w14:paraId="198DB093"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6BBBAD0C" w14:textId="77777777" w:rsidR="00F241D0" w:rsidRPr="00F241D0" w:rsidRDefault="00F241D0" w:rsidP="003C09C1">
      <w:pPr>
        <w:keepNext/>
        <w:spacing w:after="40" w:line="276" w:lineRule="auto"/>
        <w:jc w:val="center"/>
        <w:rPr>
          <w:rFonts w:asciiTheme="minorHAnsi" w:eastAsiaTheme="minorEastAsia" w:hAnsiTheme="minorHAnsi"/>
          <w:sz w:val="22"/>
          <w:szCs w:val="22"/>
        </w:rPr>
      </w:pPr>
      <w:r>
        <w:rPr>
          <w:rFonts w:asciiTheme="minorHAnsi" w:hAnsiTheme="minorHAnsi"/>
          <w:b/>
          <w:sz w:val="32"/>
        </w:rPr>
        <w:t>Section Fin1</w:t>
      </w:r>
    </w:p>
    <w:p w14:paraId="19EAA7AA" w14:textId="77777777" w:rsidR="00F241D0" w:rsidRPr="00F241D0" w:rsidRDefault="00F241D0" w:rsidP="003C09C1">
      <w:pPr>
        <w:keepNext/>
        <w:spacing w:after="200" w:line="276" w:lineRule="auto"/>
        <w:jc w:val="center"/>
        <w:rPr>
          <w:rFonts w:asciiTheme="minorHAnsi" w:eastAsiaTheme="minorEastAsia" w:hAnsiTheme="minorHAnsi"/>
          <w:sz w:val="22"/>
          <w:szCs w:val="22"/>
        </w:rPr>
      </w:pPr>
      <w:proofErr w:type="spellStart"/>
      <w:r>
        <w:rPr>
          <w:rFonts w:asciiTheme="minorHAnsi" w:hAnsiTheme="minorHAnsi"/>
          <w:sz w:val="16"/>
        </w:rPr>
        <w:t>FinTCH</w:t>
      </w:r>
      <w:proofErr w:type="spellEnd"/>
    </w:p>
    <w:tbl>
      <w:tblPr>
        <w:tblStyle w:val="TableGrid"/>
        <w:tblW w:w="0" w:type="auto"/>
        <w:tblBorders>
          <w:top w:val="single" w:sz="2"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F241D0" w:rsidRPr="00F241D0" w14:paraId="51724FBF" w14:textId="77777777">
        <w:tc>
          <w:tcPr>
            <w:tcW w:w="10080" w:type="dxa"/>
            <w:tcBorders>
              <w:top w:val="single" w:sz="2" w:space="0" w:color="000000"/>
            </w:tcBorders>
          </w:tcPr>
          <w:p w14:paraId="5A2ED370" w14:textId="77777777" w:rsidR="00F241D0" w:rsidRPr="00F241D0" w:rsidRDefault="00F241D0" w:rsidP="00F46697">
            <w:pPr>
              <w:keepNext/>
              <w:spacing w:line="240" w:lineRule="auto"/>
              <w:jc w:val="left"/>
              <w:rPr>
                <w:rFonts w:asciiTheme="minorHAnsi" w:hAnsiTheme="minorHAnsi" w:cs="Times New Roman"/>
                <w:lang w:eastAsia="en-US"/>
              </w:rPr>
            </w:pPr>
          </w:p>
        </w:tc>
      </w:tr>
    </w:tbl>
    <w:p w14:paraId="296A26FC" w14:textId="77777777" w:rsidR="00F241D0" w:rsidRPr="00F241D0" w:rsidRDefault="00F241D0" w:rsidP="00F46697">
      <w:pPr>
        <w:keepNext/>
        <w:spacing w:after="220" w:line="276" w:lineRule="auto"/>
        <w:jc w:val="left"/>
        <w:rPr>
          <w:rFonts w:asciiTheme="minorHAnsi" w:eastAsiaTheme="minorEastAsia" w:hAnsiTheme="minorHAnsi"/>
          <w:sz w:val="22"/>
          <w:szCs w:val="22"/>
        </w:rPr>
      </w:pPr>
      <w:r>
        <w:rPr>
          <w:rFonts w:asciiTheme="minorHAnsi" w:hAnsiTheme="minorHAnsi"/>
          <w:b/>
          <w:sz w:val="28"/>
        </w:rPr>
        <w:t>Page Fin1</w:t>
      </w:r>
    </w:p>
    <w:p w14:paraId="686647CB" w14:textId="4DD39338" w:rsidR="00F241D0" w:rsidRDefault="00F241D0" w:rsidP="00F46697">
      <w:pPr>
        <w:keepNext/>
        <w:spacing w:after="40" w:line="276" w:lineRule="auto"/>
        <w:jc w:val="left"/>
        <w:rPr>
          <w:rFonts w:asciiTheme="minorHAnsi" w:hAnsiTheme="minorHAnsi"/>
          <w:b/>
          <w:sz w:val="22"/>
        </w:rPr>
      </w:pPr>
      <w:proofErr w:type="spellStart"/>
      <w:r>
        <w:rPr>
          <w:rFonts w:asciiTheme="minorHAnsi" w:hAnsiTheme="minorHAnsi"/>
          <w:b/>
          <w:sz w:val="22"/>
        </w:rPr>
        <w:t>FinTCH</w:t>
      </w:r>
      <w:proofErr w:type="spellEnd"/>
    </w:p>
    <w:p w14:paraId="48C3B811" w14:textId="1FDDFCB0" w:rsidR="001B7713" w:rsidRDefault="001B7713" w:rsidP="00F46697">
      <w:pPr>
        <w:keepNext/>
        <w:spacing w:after="40" w:line="276" w:lineRule="auto"/>
        <w:jc w:val="left"/>
        <w:rPr>
          <w:rFonts w:asciiTheme="minorHAnsi" w:hAnsiTheme="minorHAnsi"/>
          <w:b/>
          <w:sz w:val="22"/>
        </w:rPr>
      </w:pPr>
    </w:p>
    <w:p w14:paraId="507EB316" w14:textId="6F32BA27" w:rsidR="001B7713" w:rsidRPr="00F241D0" w:rsidRDefault="001B7713" w:rsidP="00F46697">
      <w:pPr>
        <w:keepNext/>
        <w:spacing w:after="40" w:line="276" w:lineRule="auto"/>
        <w:jc w:val="left"/>
        <w:rPr>
          <w:rFonts w:asciiTheme="minorHAnsi" w:eastAsiaTheme="minorEastAsia" w:hAnsiTheme="minorHAnsi"/>
          <w:sz w:val="22"/>
          <w:szCs w:val="22"/>
        </w:rPr>
      </w:pPr>
      <w:r w:rsidRPr="001B7713">
        <w:rPr>
          <w:rFonts w:asciiTheme="minorHAnsi" w:hAnsiTheme="minorHAnsi"/>
          <w:b/>
          <w:noProof/>
          <w:sz w:val="22"/>
          <w:lang w:val="en-CA" w:eastAsia="en-CA"/>
        </w:rPr>
        <w:drawing>
          <wp:inline distT="0" distB="0" distL="0" distR="0" wp14:anchorId="081C6115" wp14:editId="43C5204C">
            <wp:extent cx="4676775" cy="502204"/>
            <wp:effectExtent l="0" t="0" r="0" b="0"/>
            <wp:docPr id="7" name="Picture 7" descr="C:\Users\carabia\AppData\Local\Microsoft\Windows\INetCache\Content.MSO\CDBAC7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abia\AppData\Local\Microsoft\Windows\INetCache\Content.MSO\CDBAC7AB.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1819" cy="505967"/>
                    </a:xfrm>
                    <a:prstGeom prst="rect">
                      <a:avLst/>
                    </a:prstGeom>
                    <a:noFill/>
                    <a:ln>
                      <a:noFill/>
                    </a:ln>
                  </pic:spPr>
                </pic:pic>
              </a:graphicData>
            </a:graphic>
          </wp:inline>
        </w:drawing>
      </w:r>
    </w:p>
    <w:p w14:paraId="36DD2411" w14:textId="1AA1A011"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sz w:val="22"/>
        </w:rPr>
        <w:br/>
        <w:t>Voilà qui met fin au sondage que nous avons effectué pour le compte d’Affaires mondiales Canada. Dans les mois à venir, le rapport sera disponible de Bibliothèque et Archives Canada. Nous vous remercions beaucoup d’avoir pris le temps d’y participer, nous vous en sommes reconnaissants.</w:t>
      </w:r>
      <w:r>
        <w:rPr>
          <w:rFonts w:asciiTheme="minorHAnsi" w:hAnsiTheme="minorHAnsi"/>
          <w:sz w:val="22"/>
        </w:rPr>
        <w:br/>
      </w:r>
      <w:r>
        <w:rPr>
          <w:rFonts w:asciiTheme="minorHAnsi" w:hAnsiTheme="minorHAnsi"/>
          <w:sz w:val="22"/>
        </w:rPr>
        <w:br/>
        <w:t xml:space="preserve">Si vous souhaitez consulter les résultats d’autres études menées par </w:t>
      </w:r>
      <w:proofErr w:type="spellStart"/>
      <w:r>
        <w:rPr>
          <w:rFonts w:asciiTheme="minorHAnsi" w:hAnsiTheme="minorHAnsi"/>
          <w:sz w:val="22"/>
        </w:rPr>
        <w:t>Advanis</w:t>
      </w:r>
      <w:proofErr w:type="spellEnd"/>
      <w:r>
        <w:rPr>
          <w:rFonts w:asciiTheme="minorHAnsi" w:hAnsiTheme="minorHAnsi"/>
          <w:sz w:val="22"/>
        </w:rPr>
        <w:t xml:space="preserve"> par l’intermédiaire de </w:t>
      </w:r>
      <w:proofErr w:type="spellStart"/>
      <w:r>
        <w:rPr>
          <w:rFonts w:asciiTheme="minorHAnsi" w:hAnsiTheme="minorHAnsi"/>
          <w:sz w:val="22"/>
        </w:rPr>
        <w:t>MaVilleÉcoute</w:t>
      </w:r>
      <w:proofErr w:type="spellEnd"/>
      <w:r>
        <w:rPr>
          <w:rFonts w:asciiTheme="minorHAnsi" w:hAnsiTheme="minorHAnsi"/>
          <w:sz w:val="22"/>
        </w:rPr>
        <w:t>, veuillez consulter la page </w:t>
      </w:r>
      <w:r>
        <w:rPr>
          <w:rFonts w:asciiTheme="minorHAnsi" w:hAnsiTheme="minorHAnsi"/>
          <w:color w:val="000099"/>
          <w:sz w:val="22"/>
        </w:rPr>
        <w:t>mavilleecoute.ca/sondages (https://www.mavilleecoute.ca/sondages.html)</w:t>
      </w:r>
      <w:r>
        <w:rPr>
          <w:rFonts w:asciiTheme="minorHAnsi" w:hAnsiTheme="minorHAnsi"/>
          <w:sz w:val="22"/>
        </w:rPr>
        <w:t>.</w:t>
      </w:r>
      <w:r>
        <w:rPr>
          <w:rFonts w:asciiTheme="minorHAnsi" w:hAnsiTheme="minorHAnsi"/>
          <w:sz w:val="22"/>
        </w:rPr>
        <w:br/>
      </w:r>
      <w:r>
        <w:rPr>
          <w:rFonts w:asciiTheme="minorHAnsi" w:hAnsiTheme="minorHAnsi"/>
          <w:sz w:val="22"/>
        </w:rPr>
        <w:br/>
      </w:r>
      <w:r>
        <w:rPr>
          <w:rFonts w:asciiTheme="minorHAnsi" w:hAnsiTheme="minorHAnsi"/>
        </w:rPr>
        <w:lastRenderedPageBreak/>
        <w:t xml:space="preserve">© 2021 </w:t>
      </w:r>
      <w:r>
        <w:rPr>
          <w:rFonts w:asciiTheme="minorHAnsi" w:hAnsiTheme="minorHAnsi"/>
          <w:color w:val="000099"/>
        </w:rPr>
        <w:t>Politique de confidentialité (http://www.mavilleecoute.ca/privacy.html)</w:t>
      </w:r>
      <w:r>
        <w:rPr>
          <w:rFonts w:asciiTheme="minorHAnsi" w:hAnsiTheme="minorHAnsi"/>
        </w:rPr>
        <w:t xml:space="preserve"> </w:t>
      </w:r>
      <w:r>
        <w:rPr>
          <w:rFonts w:asciiTheme="minorHAnsi" w:hAnsiTheme="minorHAnsi"/>
          <w:color w:val="000099"/>
        </w:rPr>
        <w:t>Engagement du CRIC (https://www.canadianresearchinsightscouncil.ca/wp-content/uploads/2020/09/Engagement-du-CRIC-aupres-des-Canadiens.pdf)</w:t>
      </w:r>
      <w:r>
        <w:rPr>
          <w:rFonts w:asciiTheme="minorHAnsi" w:hAnsiTheme="minorHAnsi"/>
        </w:rPr>
        <w:br/>
      </w:r>
      <w:r>
        <w:rPr>
          <w:rFonts w:asciiTheme="minorHAnsi" w:hAnsiTheme="minorHAnsi"/>
        </w:rPr>
        <w:br/>
      </w:r>
      <w:r>
        <w:rPr>
          <w:rFonts w:asciiTheme="minorHAnsi" w:hAnsiTheme="minorHAnsi"/>
        </w:rPr>
        <w:br/>
        <w:t xml:space="preserve">Cliquez ici pour obtenir de l’aide d’ordre technique : </w:t>
      </w:r>
      <w:r>
        <w:rPr>
          <w:rFonts w:asciiTheme="minorHAnsi" w:hAnsiTheme="minorHAnsi"/>
          <w:b/>
        </w:rPr>
        <w:t>*?*</w:t>
      </w:r>
    </w:p>
    <w:p w14:paraId="5CBD7A8A" w14:textId="77777777" w:rsidR="00F241D0" w:rsidRPr="00F241D0" w:rsidRDefault="00F241D0" w:rsidP="00F46697">
      <w:pPr>
        <w:keepNext/>
        <w:spacing w:line="276" w:lineRule="auto"/>
        <w:jc w:val="left"/>
        <w:rPr>
          <w:rFonts w:asciiTheme="minorHAnsi" w:eastAsiaTheme="minorEastAsia" w:hAnsiTheme="minorHAnsi"/>
          <w:sz w:val="22"/>
          <w:szCs w:val="22"/>
        </w:rPr>
      </w:pPr>
      <w:proofErr w:type="gramStart"/>
      <w:r>
        <w:rPr>
          <w:rFonts w:asciiTheme="minorHAnsi" w:hAnsiTheme="minorHAnsi"/>
          <w:color w:val="A8A8A8"/>
          <w:sz w:val="16"/>
        </w:rPr>
        <w:t>*?*</w:t>
      </w:r>
      <w:proofErr w:type="gramEnd"/>
      <w:r>
        <w:rPr>
          <w:rFonts w:asciiTheme="minorHAnsi" w:hAnsiTheme="minorHAnsi"/>
          <w:color w:val="A8A8A8"/>
          <w:sz w:val="16"/>
        </w:rPr>
        <w:t xml:space="preserve"> Veuillez communiquer avec Sue Day par téléphone, en composant le 1-866-542-6921, ou par courriel, en écrivant à survey+usborderadv2021@advanis.net (mailto:survey+usborderadv2021@advanis.net).</w:t>
      </w:r>
    </w:p>
    <w:p w14:paraId="6C12DC38" w14:textId="77777777" w:rsidR="00F241D0" w:rsidRPr="00F241D0" w:rsidRDefault="00F241D0" w:rsidP="00F46697">
      <w:pPr>
        <w:keepNext/>
        <w:spacing w:line="276" w:lineRule="auto"/>
        <w:jc w:val="left"/>
        <w:rPr>
          <w:rFonts w:asciiTheme="minorHAnsi" w:eastAsiaTheme="minorEastAsia" w:hAnsiTheme="minorHAnsi"/>
          <w:sz w:val="22"/>
          <w:szCs w:val="22"/>
        </w:rPr>
      </w:pPr>
      <w:r>
        <w:rPr>
          <w:rFonts w:asciiTheme="minorHAnsi" w:hAnsiTheme="minorHAnsi"/>
          <w:color w:val="A8A8A8"/>
          <w:sz w:val="22"/>
        </w:rPr>
        <w:t xml:space="preserve">    Code d’état : -1</w:t>
      </w:r>
    </w:p>
    <w:p w14:paraId="2A973340"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64026B8B" w14:textId="1829E778" w:rsidR="00A45B46" w:rsidRPr="00BA01E9" w:rsidRDefault="00A45B46" w:rsidP="00BA01E9">
      <w:pPr>
        <w:spacing w:line="240" w:lineRule="auto"/>
        <w:jc w:val="left"/>
        <w:rPr>
          <w:lang w:val="en-CA"/>
        </w:rPr>
      </w:pPr>
    </w:p>
    <w:sectPr w:rsidR="00A45B46" w:rsidRPr="00BA01E9" w:rsidSect="00561AF7">
      <w:footerReference w:type="default" r:id="rId26"/>
      <w:pgSz w:w="12240" w:h="15840"/>
      <w:pgMar w:top="1417" w:right="1417" w:bottom="90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4796A5" w14:textId="77777777" w:rsidR="004F461C" w:rsidRDefault="004F461C">
      <w:pPr>
        <w:spacing w:line="240" w:lineRule="auto"/>
      </w:pPr>
      <w:r>
        <w:separator/>
      </w:r>
    </w:p>
  </w:endnote>
  <w:endnote w:type="continuationSeparator" w:id="0">
    <w:p w14:paraId="5A5C22E5" w14:textId="77777777" w:rsidR="004F461C" w:rsidRDefault="004F46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EAA3BDC-63D4-45E2-B6E3-7604F3C6FD81}"/>
    <w:embedBold r:id="rId2" w:fontKey="{B5515B37-D65F-4B44-BCEB-24AFEF1AB452}"/>
    <w:embedItalic r:id="rId3" w:fontKey="{A4470C7A-D0F5-44C7-8AE7-BB414345FBBC}"/>
    <w:embedBoldItalic r:id="rId4" w:fontKey="{5455951D-B19E-480C-8555-FC5BD6B7EA7D}"/>
  </w:font>
  <w:font w:name="Tahoma">
    <w:panose1 w:val="020B0604030504040204"/>
    <w:charset w:val="00"/>
    <w:family w:val="swiss"/>
    <w:pitch w:val="variable"/>
    <w:sig w:usb0="E1002EFF" w:usb1="C000605B" w:usb2="00000029" w:usb3="00000000" w:csb0="000101FF" w:csb1="00000000"/>
    <w:embedRegular r:id="rId5" w:fontKey="{E588389E-E03F-473A-82FB-65737FCF0067}"/>
    <w:embedBold r:id="rId6" w:fontKey="{A4EBA785-C40D-4626-956D-D1D24CACDEDE}"/>
    <w:embedItalic r:id="rId7" w:fontKey="{2117EDE9-8AA4-483E-918F-7C804A5CC297}"/>
  </w:font>
  <w:font w:name="Cambria">
    <w:panose1 w:val="02040503050406030204"/>
    <w:charset w:val="00"/>
    <w:family w:val="roman"/>
    <w:pitch w:val="variable"/>
    <w:sig w:usb0="A00002EF" w:usb1="4000004B" w:usb2="00000000" w:usb3="00000000" w:csb0="0000019F" w:csb1="00000000"/>
    <w:embedRegular r:id="rId8" w:fontKey="{7A105CBE-A540-46AF-8D3C-800AE2BB2655}"/>
    <w:embedBold r:id="rId9" w:fontKey="{D056DD70-2FED-4F35-8774-E5FB9B27A084}"/>
    <w:embedItalic r:id="rId10" w:fontKey="{ADC9F77E-8E32-4FC4-AD94-55F73B9F47AB}"/>
    <w:embedBoldItalic r:id="rId11" w:fontKey="{D9648F70-17AC-4776-A404-BFEFA072814D}"/>
  </w:font>
  <w:font w:name="Verdana">
    <w:panose1 w:val="020B0604030504040204"/>
    <w:charset w:val="00"/>
    <w:family w:val="swiss"/>
    <w:pitch w:val="variable"/>
    <w:sig w:usb0="A00006FF" w:usb1="4000205B" w:usb2="00000010" w:usb3="00000000" w:csb0="0000019F" w:csb1="00000000"/>
    <w:embedRegular r:id="rId12" w:fontKey="{7CDC52D4-C337-4679-9755-26E40CB1DFE6}"/>
    <w:embedBold r:id="rId13" w:fontKey="{7981B023-FAB8-4EB7-8000-4D2BFD5E9A1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enlo Regular">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DA4E7" w14:textId="3C610260" w:rsidR="004F461C" w:rsidRDefault="004F461C">
    <w:pPr>
      <w:pStyle w:val="Footer"/>
      <w:jc w:val="right"/>
    </w:pPr>
    <w:r>
      <w:fldChar w:fldCharType="begin"/>
    </w:r>
    <w:r>
      <w:instrText xml:space="preserve"> PAGE   \* MERGEFORMAT </w:instrText>
    </w:r>
    <w:r>
      <w:fldChar w:fldCharType="separate"/>
    </w:r>
    <w:r w:rsidR="00080BFF">
      <w:rPr>
        <w:noProof/>
      </w:rPr>
      <w:t>1</w:t>
    </w:r>
    <w:r>
      <w:fldChar w:fldCharType="end"/>
    </w:r>
  </w:p>
  <w:p w14:paraId="18EC0DDC" w14:textId="77777777" w:rsidR="004F461C" w:rsidRDefault="004F46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482BF" w14:textId="77777777" w:rsidR="004F461C" w:rsidRDefault="004F461C">
      <w:pPr>
        <w:spacing w:line="240" w:lineRule="auto"/>
      </w:pPr>
      <w:r>
        <w:separator/>
      </w:r>
    </w:p>
  </w:footnote>
  <w:footnote w:type="continuationSeparator" w:id="0">
    <w:p w14:paraId="111B2FAE" w14:textId="77777777" w:rsidR="004F461C" w:rsidRDefault="004F461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146"/>
        </w:tabs>
        <w:ind w:left="1146"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4D3EC89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1C2018"/>
    <w:multiLevelType w:val="hybridMultilevel"/>
    <w:tmpl w:val="EDE28EB4"/>
    <w:lvl w:ilvl="0" w:tplc="10090001">
      <w:start w:val="1"/>
      <w:numFmt w:val="bullet"/>
      <w:lvlText w:val=""/>
      <w:lvlJc w:val="left"/>
      <w:pPr>
        <w:ind w:left="2628" w:hanging="360"/>
      </w:pPr>
      <w:rPr>
        <w:rFonts w:ascii="Symbol" w:hAnsi="Symbol" w:hint="default"/>
      </w:rPr>
    </w:lvl>
    <w:lvl w:ilvl="1" w:tplc="10090003" w:tentative="1">
      <w:start w:val="1"/>
      <w:numFmt w:val="bullet"/>
      <w:lvlText w:val="o"/>
      <w:lvlJc w:val="left"/>
      <w:pPr>
        <w:ind w:left="3348" w:hanging="360"/>
      </w:pPr>
      <w:rPr>
        <w:rFonts w:ascii="Courier New" w:hAnsi="Courier New" w:cs="Courier New" w:hint="default"/>
      </w:rPr>
    </w:lvl>
    <w:lvl w:ilvl="2" w:tplc="10090005" w:tentative="1">
      <w:start w:val="1"/>
      <w:numFmt w:val="bullet"/>
      <w:lvlText w:val=""/>
      <w:lvlJc w:val="left"/>
      <w:pPr>
        <w:ind w:left="4068" w:hanging="360"/>
      </w:pPr>
      <w:rPr>
        <w:rFonts w:ascii="Wingdings" w:hAnsi="Wingdings" w:hint="default"/>
      </w:rPr>
    </w:lvl>
    <w:lvl w:ilvl="3" w:tplc="10090001" w:tentative="1">
      <w:start w:val="1"/>
      <w:numFmt w:val="bullet"/>
      <w:lvlText w:val=""/>
      <w:lvlJc w:val="left"/>
      <w:pPr>
        <w:ind w:left="4788" w:hanging="360"/>
      </w:pPr>
      <w:rPr>
        <w:rFonts w:ascii="Symbol" w:hAnsi="Symbol" w:hint="default"/>
      </w:rPr>
    </w:lvl>
    <w:lvl w:ilvl="4" w:tplc="10090003" w:tentative="1">
      <w:start w:val="1"/>
      <w:numFmt w:val="bullet"/>
      <w:lvlText w:val="o"/>
      <w:lvlJc w:val="left"/>
      <w:pPr>
        <w:ind w:left="5508" w:hanging="360"/>
      </w:pPr>
      <w:rPr>
        <w:rFonts w:ascii="Courier New" w:hAnsi="Courier New" w:cs="Courier New" w:hint="default"/>
      </w:rPr>
    </w:lvl>
    <w:lvl w:ilvl="5" w:tplc="10090005" w:tentative="1">
      <w:start w:val="1"/>
      <w:numFmt w:val="bullet"/>
      <w:lvlText w:val=""/>
      <w:lvlJc w:val="left"/>
      <w:pPr>
        <w:ind w:left="6228" w:hanging="360"/>
      </w:pPr>
      <w:rPr>
        <w:rFonts w:ascii="Wingdings" w:hAnsi="Wingdings" w:hint="default"/>
      </w:rPr>
    </w:lvl>
    <w:lvl w:ilvl="6" w:tplc="10090001" w:tentative="1">
      <w:start w:val="1"/>
      <w:numFmt w:val="bullet"/>
      <w:lvlText w:val=""/>
      <w:lvlJc w:val="left"/>
      <w:pPr>
        <w:ind w:left="6948" w:hanging="360"/>
      </w:pPr>
      <w:rPr>
        <w:rFonts w:ascii="Symbol" w:hAnsi="Symbol" w:hint="default"/>
      </w:rPr>
    </w:lvl>
    <w:lvl w:ilvl="7" w:tplc="10090003" w:tentative="1">
      <w:start w:val="1"/>
      <w:numFmt w:val="bullet"/>
      <w:lvlText w:val="o"/>
      <w:lvlJc w:val="left"/>
      <w:pPr>
        <w:ind w:left="7668" w:hanging="360"/>
      </w:pPr>
      <w:rPr>
        <w:rFonts w:ascii="Courier New" w:hAnsi="Courier New" w:cs="Courier New" w:hint="default"/>
      </w:rPr>
    </w:lvl>
    <w:lvl w:ilvl="8" w:tplc="10090005" w:tentative="1">
      <w:start w:val="1"/>
      <w:numFmt w:val="bullet"/>
      <w:lvlText w:val=""/>
      <w:lvlJc w:val="left"/>
      <w:pPr>
        <w:ind w:left="8388" w:hanging="360"/>
      </w:pPr>
      <w:rPr>
        <w:rFonts w:ascii="Wingdings" w:hAnsi="Wingdings" w:hint="default"/>
      </w:rPr>
    </w:lvl>
  </w:abstractNum>
  <w:abstractNum w:abstractNumId="10" w15:restartNumberingAfterBreak="0">
    <w:nsid w:val="0B667EF6"/>
    <w:multiLevelType w:val="multilevel"/>
    <w:tmpl w:val="DB9C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D05E22"/>
    <w:multiLevelType w:val="multilevel"/>
    <w:tmpl w:val="36C82888"/>
    <w:lvl w:ilvl="0">
      <w:start w:val="3"/>
      <w:numFmt w:val="decimal"/>
      <w:lvlText w:val="%1.0"/>
      <w:lvlJc w:val="left"/>
      <w:pPr>
        <w:ind w:left="1004" w:hanging="72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491" w:hanging="1080"/>
      </w:pPr>
      <w:rPr>
        <w:rFonts w:hint="default"/>
      </w:rPr>
    </w:lvl>
    <w:lvl w:ilvl="4">
      <w:start w:val="1"/>
      <w:numFmt w:val="decimal"/>
      <w:lvlText w:val="%1.%2.%3.%4.%5"/>
      <w:lvlJc w:val="left"/>
      <w:pPr>
        <w:ind w:left="4560" w:hanging="1440"/>
      </w:pPr>
      <w:rPr>
        <w:rFonts w:hint="default"/>
      </w:rPr>
    </w:lvl>
    <w:lvl w:ilvl="5">
      <w:start w:val="1"/>
      <w:numFmt w:val="decimal"/>
      <w:lvlText w:val="%1.%2.%3.%4.%5.%6"/>
      <w:lvlJc w:val="left"/>
      <w:pPr>
        <w:ind w:left="5269" w:hanging="1440"/>
      </w:pPr>
      <w:rPr>
        <w:rFonts w:hint="default"/>
      </w:rPr>
    </w:lvl>
    <w:lvl w:ilvl="6">
      <w:start w:val="1"/>
      <w:numFmt w:val="decimal"/>
      <w:lvlText w:val="%1.%2.%3.%4.%5.%6.%7"/>
      <w:lvlJc w:val="left"/>
      <w:pPr>
        <w:ind w:left="6338" w:hanging="1800"/>
      </w:pPr>
      <w:rPr>
        <w:rFonts w:hint="default"/>
      </w:rPr>
    </w:lvl>
    <w:lvl w:ilvl="7">
      <w:start w:val="1"/>
      <w:numFmt w:val="decimal"/>
      <w:lvlText w:val="%1.%2.%3.%4.%5.%6.%7.%8"/>
      <w:lvlJc w:val="left"/>
      <w:pPr>
        <w:ind w:left="7407" w:hanging="2160"/>
      </w:pPr>
      <w:rPr>
        <w:rFonts w:hint="default"/>
      </w:rPr>
    </w:lvl>
    <w:lvl w:ilvl="8">
      <w:start w:val="1"/>
      <w:numFmt w:val="decimal"/>
      <w:lvlText w:val="%1.%2.%3.%4.%5.%6.%7.%8.%9"/>
      <w:lvlJc w:val="left"/>
      <w:pPr>
        <w:ind w:left="8116" w:hanging="2160"/>
      </w:pPr>
      <w:rPr>
        <w:rFonts w:hint="default"/>
      </w:rPr>
    </w:lvl>
  </w:abstractNum>
  <w:abstractNum w:abstractNumId="12" w15:restartNumberingAfterBreak="0">
    <w:nsid w:val="12D0680B"/>
    <w:multiLevelType w:val="hybridMultilevel"/>
    <w:tmpl w:val="68D05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FA42EE"/>
    <w:multiLevelType w:val="hybridMultilevel"/>
    <w:tmpl w:val="D3CC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7A6747"/>
    <w:multiLevelType w:val="hybridMultilevel"/>
    <w:tmpl w:val="D76C0C4C"/>
    <w:lvl w:ilvl="0" w:tplc="1009000F">
      <w:start w:val="1"/>
      <w:numFmt w:val="decimal"/>
      <w:lvlText w:val="%1."/>
      <w:lvlJc w:val="left"/>
      <w:pPr>
        <w:ind w:left="2988" w:hanging="360"/>
      </w:pPr>
    </w:lvl>
    <w:lvl w:ilvl="1" w:tplc="10090019" w:tentative="1">
      <w:start w:val="1"/>
      <w:numFmt w:val="lowerLetter"/>
      <w:lvlText w:val="%2."/>
      <w:lvlJc w:val="left"/>
      <w:pPr>
        <w:ind w:left="3708" w:hanging="360"/>
      </w:pPr>
    </w:lvl>
    <w:lvl w:ilvl="2" w:tplc="1009001B" w:tentative="1">
      <w:start w:val="1"/>
      <w:numFmt w:val="lowerRoman"/>
      <w:lvlText w:val="%3."/>
      <w:lvlJc w:val="right"/>
      <w:pPr>
        <w:ind w:left="4428" w:hanging="180"/>
      </w:pPr>
    </w:lvl>
    <w:lvl w:ilvl="3" w:tplc="1009000F" w:tentative="1">
      <w:start w:val="1"/>
      <w:numFmt w:val="decimal"/>
      <w:lvlText w:val="%4."/>
      <w:lvlJc w:val="left"/>
      <w:pPr>
        <w:ind w:left="5148" w:hanging="360"/>
      </w:pPr>
    </w:lvl>
    <w:lvl w:ilvl="4" w:tplc="10090019" w:tentative="1">
      <w:start w:val="1"/>
      <w:numFmt w:val="lowerLetter"/>
      <w:lvlText w:val="%5."/>
      <w:lvlJc w:val="left"/>
      <w:pPr>
        <w:ind w:left="5868" w:hanging="360"/>
      </w:pPr>
    </w:lvl>
    <w:lvl w:ilvl="5" w:tplc="1009001B" w:tentative="1">
      <w:start w:val="1"/>
      <w:numFmt w:val="lowerRoman"/>
      <w:lvlText w:val="%6."/>
      <w:lvlJc w:val="right"/>
      <w:pPr>
        <w:ind w:left="6588" w:hanging="180"/>
      </w:pPr>
    </w:lvl>
    <w:lvl w:ilvl="6" w:tplc="1009000F" w:tentative="1">
      <w:start w:val="1"/>
      <w:numFmt w:val="decimal"/>
      <w:lvlText w:val="%7."/>
      <w:lvlJc w:val="left"/>
      <w:pPr>
        <w:ind w:left="7308" w:hanging="360"/>
      </w:pPr>
    </w:lvl>
    <w:lvl w:ilvl="7" w:tplc="10090019" w:tentative="1">
      <w:start w:val="1"/>
      <w:numFmt w:val="lowerLetter"/>
      <w:lvlText w:val="%8."/>
      <w:lvlJc w:val="left"/>
      <w:pPr>
        <w:ind w:left="8028" w:hanging="360"/>
      </w:pPr>
    </w:lvl>
    <w:lvl w:ilvl="8" w:tplc="1009001B" w:tentative="1">
      <w:start w:val="1"/>
      <w:numFmt w:val="lowerRoman"/>
      <w:lvlText w:val="%9."/>
      <w:lvlJc w:val="right"/>
      <w:pPr>
        <w:ind w:left="8748" w:hanging="180"/>
      </w:pPr>
    </w:lvl>
  </w:abstractNum>
  <w:abstractNum w:abstractNumId="15" w15:restartNumberingAfterBreak="0">
    <w:nsid w:val="2E5940F2"/>
    <w:multiLevelType w:val="hybridMultilevel"/>
    <w:tmpl w:val="94785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FA73DB"/>
    <w:multiLevelType w:val="hybridMultilevel"/>
    <w:tmpl w:val="E1CE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B772A7"/>
    <w:multiLevelType w:val="multilevel"/>
    <w:tmpl w:val="88BABD54"/>
    <w:lvl w:ilvl="0">
      <w:start w:val="1"/>
      <w:numFmt w:val="decimal"/>
      <w:lvlText w:val="%1.0"/>
      <w:lvlJc w:val="left"/>
      <w:pPr>
        <w:ind w:left="869" w:hanging="585"/>
      </w:pPr>
      <w:rPr>
        <w:rFonts w:hint="default"/>
      </w:rPr>
    </w:lvl>
    <w:lvl w:ilvl="1">
      <w:start w:val="1"/>
      <w:numFmt w:val="decimal"/>
      <w:lvlText w:val="%1.%2"/>
      <w:lvlJc w:val="left"/>
      <w:pPr>
        <w:ind w:left="1578" w:hanging="58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131"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09" w:hanging="1080"/>
      </w:pPr>
      <w:rPr>
        <w:rFonts w:hint="default"/>
      </w:rPr>
    </w:lvl>
    <w:lvl w:ilvl="6">
      <w:start w:val="1"/>
      <w:numFmt w:val="decimal"/>
      <w:lvlText w:val="%1.%2.%3.%4.%5.%6.%7"/>
      <w:lvlJc w:val="left"/>
      <w:pPr>
        <w:ind w:left="5978" w:hanging="1440"/>
      </w:pPr>
      <w:rPr>
        <w:rFonts w:hint="default"/>
      </w:rPr>
    </w:lvl>
    <w:lvl w:ilvl="7">
      <w:start w:val="1"/>
      <w:numFmt w:val="decimal"/>
      <w:lvlText w:val="%1.%2.%3.%4.%5.%6.%7.%8"/>
      <w:lvlJc w:val="left"/>
      <w:pPr>
        <w:ind w:left="6687" w:hanging="1440"/>
      </w:pPr>
      <w:rPr>
        <w:rFonts w:hint="default"/>
      </w:rPr>
    </w:lvl>
    <w:lvl w:ilvl="8">
      <w:start w:val="1"/>
      <w:numFmt w:val="decimal"/>
      <w:lvlText w:val="%1.%2.%3.%4.%5.%6.%7.%8.%9"/>
      <w:lvlJc w:val="left"/>
      <w:pPr>
        <w:ind w:left="7756" w:hanging="1800"/>
      </w:pPr>
      <w:rPr>
        <w:rFonts w:hint="default"/>
      </w:rPr>
    </w:lvl>
  </w:abstractNum>
  <w:abstractNum w:abstractNumId="18" w15:restartNumberingAfterBreak="0">
    <w:nsid w:val="48D013DE"/>
    <w:multiLevelType w:val="hybridMultilevel"/>
    <w:tmpl w:val="A3B833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C3E3E4F"/>
    <w:multiLevelType w:val="hybridMultilevel"/>
    <w:tmpl w:val="64626570"/>
    <w:lvl w:ilvl="0" w:tplc="EB04ADCC">
      <w:numFmt w:val="bullet"/>
      <w:lvlText w:val="•"/>
      <w:lvlJc w:val="left"/>
      <w:pPr>
        <w:ind w:left="1080" w:hanging="720"/>
      </w:pPr>
      <w:rPr>
        <w:rFonts w:ascii="Calibri" w:eastAsiaTheme="minorHAnsi" w:hAnsi="Calibri" w:cstheme="minorBidi" w:hint="default"/>
      </w:rPr>
    </w:lvl>
    <w:lvl w:ilvl="1" w:tplc="10090003">
      <w:start w:val="1"/>
      <w:numFmt w:val="bullet"/>
      <w:lvlText w:val="o"/>
      <w:lvlJc w:val="left"/>
      <w:pPr>
        <w:ind w:left="1800" w:hanging="72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C6F61DA"/>
    <w:multiLevelType w:val="hybridMultilevel"/>
    <w:tmpl w:val="D9E827A2"/>
    <w:lvl w:ilvl="0" w:tplc="6AFE1A46">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4E16869"/>
    <w:multiLevelType w:val="hybridMultilevel"/>
    <w:tmpl w:val="80B62C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77A0151"/>
    <w:multiLevelType w:val="hybridMultilevel"/>
    <w:tmpl w:val="676E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0E4331"/>
    <w:multiLevelType w:val="hybridMultilevel"/>
    <w:tmpl w:val="C7E63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686428"/>
    <w:multiLevelType w:val="hybridMultilevel"/>
    <w:tmpl w:val="3DC4E5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6"/>
  </w:num>
  <w:num w:numId="3">
    <w:abstractNumId w:val="5"/>
  </w:num>
  <w:num w:numId="4">
    <w:abstractNumId w:val="7"/>
  </w:num>
  <w:num w:numId="5">
    <w:abstractNumId w:val="3"/>
  </w:num>
  <w:num w:numId="6">
    <w:abstractNumId w:val="2"/>
  </w:num>
  <w:num w:numId="7">
    <w:abstractNumId w:val="24"/>
  </w:num>
  <w:num w:numId="8">
    <w:abstractNumId w:val="8"/>
  </w:num>
  <w:num w:numId="9">
    <w:abstractNumId w:val="14"/>
  </w:num>
  <w:num w:numId="10">
    <w:abstractNumId w:val="9"/>
  </w:num>
  <w:num w:numId="11">
    <w:abstractNumId w:val="19"/>
  </w:num>
  <w:num w:numId="12">
    <w:abstractNumId w:val="20"/>
  </w:num>
  <w:num w:numId="13">
    <w:abstractNumId w:val="17"/>
  </w:num>
  <w:num w:numId="14">
    <w:abstractNumId w:val="12"/>
  </w:num>
  <w:num w:numId="15">
    <w:abstractNumId w:val="4"/>
  </w:num>
  <w:num w:numId="16">
    <w:abstractNumId w:val="1"/>
  </w:num>
  <w:num w:numId="17">
    <w:abstractNumId w:val="0"/>
  </w:num>
  <w:num w:numId="18">
    <w:abstractNumId w:val="11"/>
  </w:num>
  <w:num w:numId="19">
    <w:abstractNumId w:val="13"/>
  </w:num>
  <w:num w:numId="20">
    <w:abstractNumId w:val="18"/>
  </w:num>
  <w:num w:numId="21">
    <w:abstractNumId w:val="10"/>
  </w:num>
  <w:num w:numId="22">
    <w:abstractNumId w:val="21"/>
  </w:num>
  <w:num w:numId="23">
    <w:abstractNumId w:val="15"/>
  </w:num>
  <w:num w:numId="24">
    <w:abstractNumId w:val="22"/>
  </w:num>
  <w:num w:numId="25">
    <w:abstractNumId w:val="16"/>
  </w:num>
  <w:num w:numId="26">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fr-FR" w:vendorID="64" w:dllVersion="6" w:nlCheck="1" w:checkStyle="0"/>
  <w:activeWritingStyle w:appName="MSWord" w:lang="en-US" w:vendorID="64" w:dllVersion="6" w:nlCheck="1" w:checkStyle="1"/>
  <w:activeWritingStyle w:appName="MSWord" w:lang="en-CA" w:vendorID="64" w:dllVersion="6" w:nlCheck="1" w:checkStyle="1"/>
  <w:activeWritingStyle w:appName="MSWord" w:lang="fr-CA" w:vendorID="64" w:dllVersion="6" w:nlCheck="1" w:checkStyle="0"/>
  <w:activeWritingStyle w:appName="MSWord" w:lang="fr-CA" w:vendorID="64" w:dllVersion="131078" w:nlCheck="1" w:checkStyle="0"/>
  <w:activeWritingStyle w:appName="MSWord" w:lang="en-CA" w:vendorID="64" w:dllVersion="131078" w:nlCheck="1" w:checkStyle="0"/>
  <w:proofState w:spelling="clean" w:grammar="clean"/>
  <w:defaultTabStop w:val="709"/>
  <w:hyphenationZone w:val="425"/>
  <w:drawingGridHorizontalSpacing w:val="9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DAD"/>
    <w:rsid w:val="00006D74"/>
    <w:rsid w:val="00015812"/>
    <w:rsid w:val="00017FDF"/>
    <w:rsid w:val="00021FBC"/>
    <w:rsid w:val="000222D0"/>
    <w:rsid w:val="00031437"/>
    <w:rsid w:val="00033ED0"/>
    <w:rsid w:val="00043E55"/>
    <w:rsid w:val="00044376"/>
    <w:rsid w:val="00045D15"/>
    <w:rsid w:val="00051C14"/>
    <w:rsid w:val="00055B24"/>
    <w:rsid w:val="00056504"/>
    <w:rsid w:val="0006001A"/>
    <w:rsid w:val="00060533"/>
    <w:rsid w:val="000623F5"/>
    <w:rsid w:val="00062557"/>
    <w:rsid w:val="000752D9"/>
    <w:rsid w:val="00080BFF"/>
    <w:rsid w:val="00085DB1"/>
    <w:rsid w:val="00087AEF"/>
    <w:rsid w:val="0009493A"/>
    <w:rsid w:val="0009555E"/>
    <w:rsid w:val="000A050B"/>
    <w:rsid w:val="000A36AD"/>
    <w:rsid w:val="000B2174"/>
    <w:rsid w:val="000B3333"/>
    <w:rsid w:val="000C73FF"/>
    <w:rsid w:val="000D0995"/>
    <w:rsid w:val="000D1F8D"/>
    <w:rsid w:val="000D4307"/>
    <w:rsid w:val="000D6C92"/>
    <w:rsid w:val="000E0F0B"/>
    <w:rsid w:val="000E1AEA"/>
    <w:rsid w:val="000E4445"/>
    <w:rsid w:val="000E46DE"/>
    <w:rsid w:val="000E5DBA"/>
    <w:rsid w:val="000E7775"/>
    <w:rsid w:val="000F1376"/>
    <w:rsid w:val="000F1687"/>
    <w:rsid w:val="000F21CC"/>
    <w:rsid w:val="000F3405"/>
    <w:rsid w:val="000F4B00"/>
    <w:rsid w:val="000F4E60"/>
    <w:rsid w:val="000F6307"/>
    <w:rsid w:val="000F6632"/>
    <w:rsid w:val="000F75D8"/>
    <w:rsid w:val="00102818"/>
    <w:rsid w:val="0010536B"/>
    <w:rsid w:val="00106790"/>
    <w:rsid w:val="001108B8"/>
    <w:rsid w:val="001117D6"/>
    <w:rsid w:val="00114B2D"/>
    <w:rsid w:val="00121B96"/>
    <w:rsid w:val="00131E80"/>
    <w:rsid w:val="00132DCB"/>
    <w:rsid w:val="001403A2"/>
    <w:rsid w:val="001426AA"/>
    <w:rsid w:val="0014295A"/>
    <w:rsid w:val="001445DD"/>
    <w:rsid w:val="001476AA"/>
    <w:rsid w:val="001478B8"/>
    <w:rsid w:val="0015552A"/>
    <w:rsid w:val="00161694"/>
    <w:rsid w:val="00170F07"/>
    <w:rsid w:val="0018051E"/>
    <w:rsid w:val="00182C85"/>
    <w:rsid w:val="00186FAA"/>
    <w:rsid w:val="0019065F"/>
    <w:rsid w:val="00190B35"/>
    <w:rsid w:val="00191AA8"/>
    <w:rsid w:val="00192978"/>
    <w:rsid w:val="001A1264"/>
    <w:rsid w:val="001A2073"/>
    <w:rsid w:val="001A34B7"/>
    <w:rsid w:val="001A6389"/>
    <w:rsid w:val="001A7943"/>
    <w:rsid w:val="001B27EC"/>
    <w:rsid w:val="001B2A39"/>
    <w:rsid w:val="001B3B28"/>
    <w:rsid w:val="001B6ED7"/>
    <w:rsid w:val="001B7713"/>
    <w:rsid w:val="001C0EBF"/>
    <w:rsid w:val="001C36F7"/>
    <w:rsid w:val="001D0D17"/>
    <w:rsid w:val="001D2456"/>
    <w:rsid w:val="001D3434"/>
    <w:rsid w:val="001D5E96"/>
    <w:rsid w:val="001D6674"/>
    <w:rsid w:val="001E3C99"/>
    <w:rsid w:val="001E400C"/>
    <w:rsid w:val="001E4693"/>
    <w:rsid w:val="001F1EAE"/>
    <w:rsid w:val="001F6691"/>
    <w:rsid w:val="001F66F5"/>
    <w:rsid w:val="001F740F"/>
    <w:rsid w:val="00200AE6"/>
    <w:rsid w:val="00200FB1"/>
    <w:rsid w:val="00204DD6"/>
    <w:rsid w:val="00206264"/>
    <w:rsid w:val="002066AB"/>
    <w:rsid w:val="00210596"/>
    <w:rsid w:val="002129D7"/>
    <w:rsid w:val="00212AFA"/>
    <w:rsid w:val="00213B9E"/>
    <w:rsid w:val="0021516A"/>
    <w:rsid w:val="00215589"/>
    <w:rsid w:val="00221CFE"/>
    <w:rsid w:val="00222D59"/>
    <w:rsid w:val="002256BB"/>
    <w:rsid w:val="00225B6F"/>
    <w:rsid w:val="00234D89"/>
    <w:rsid w:val="002357C4"/>
    <w:rsid w:val="00241087"/>
    <w:rsid w:val="0024307C"/>
    <w:rsid w:val="0024508F"/>
    <w:rsid w:val="0025019A"/>
    <w:rsid w:val="00251017"/>
    <w:rsid w:val="002527D6"/>
    <w:rsid w:val="00253F31"/>
    <w:rsid w:val="00261745"/>
    <w:rsid w:val="002636A4"/>
    <w:rsid w:val="00263FFF"/>
    <w:rsid w:val="00264DD3"/>
    <w:rsid w:val="002656D1"/>
    <w:rsid w:val="00267A4C"/>
    <w:rsid w:val="00272FAD"/>
    <w:rsid w:val="0027790B"/>
    <w:rsid w:val="00282089"/>
    <w:rsid w:val="002828EF"/>
    <w:rsid w:val="00282DA6"/>
    <w:rsid w:val="00282DEB"/>
    <w:rsid w:val="00284933"/>
    <w:rsid w:val="0029103F"/>
    <w:rsid w:val="00292354"/>
    <w:rsid w:val="00294165"/>
    <w:rsid w:val="0029663F"/>
    <w:rsid w:val="002A3367"/>
    <w:rsid w:val="002A3814"/>
    <w:rsid w:val="002A6512"/>
    <w:rsid w:val="002B39B7"/>
    <w:rsid w:val="002B5CCF"/>
    <w:rsid w:val="002C628C"/>
    <w:rsid w:val="002C760B"/>
    <w:rsid w:val="002C7671"/>
    <w:rsid w:val="002C7BE6"/>
    <w:rsid w:val="002D2D12"/>
    <w:rsid w:val="002D7B3A"/>
    <w:rsid w:val="002E2861"/>
    <w:rsid w:val="002E36F6"/>
    <w:rsid w:val="002F03A2"/>
    <w:rsid w:val="002F0DD2"/>
    <w:rsid w:val="002F2E0F"/>
    <w:rsid w:val="002F4DB5"/>
    <w:rsid w:val="002F6C6C"/>
    <w:rsid w:val="002F7D46"/>
    <w:rsid w:val="003005C7"/>
    <w:rsid w:val="00302E32"/>
    <w:rsid w:val="00303032"/>
    <w:rsid w:val="003125B6"/>
    <w:rsid w:val="00314A32"/>
    <w:rsid w:val="00315D8B"/>
    <w:rsid w:val="00316687"/>
    <w:rsid w:val="0031682E"/>
    <w:rsid w:val="00320553"/>
    <w:rsid w:val="003224C0"/>
    <w:rsid w:val="00324210"/>
    <w:rsid w:val="0032662B"/>
    <w:rsid w:val="0032784D"/>
    <w:rsid w:val="003328A1"/>
    <w:rsid w:val="0033597A"/>
    <w:rsid w:val="00336985"/>
    <w:rsid w:val="00336A79"/>
    <w:rsid w:val="00336E8A"/>
    <w:rsid w:val="00337163"/>
    <w:rsid w:val="003422D3"/>
    <w:rsid w:val="0034623E"/>
    <w:rsid w:val="0035053E"/>
    <w:rsid w:val="00351327"/>
    <w:rsid w:val="00352C29"/>
    <w:rsid w:val="003559BF"/>
    <w:rsid w:val="00357671"/>
    <w:rsid w:val="003577C4"/>
    <w:rsid w:val="00360FD3"/>
    <w:rsid w:val="00361DC8"/>
    <w:rsid w:val="003633B1"/>
    <w:rsid w:val="00366038"/>
    <w:rsid w:val="00371B23"/>
    <w:rsid w:val="00382644"/>
    <w:rsid w:val="00382DB2"/>
    <w:rsid w:val="003834D2"/>
    <w:rsid w:val="00384633"/>
    <w:rsid w:val="003859C1"/>
    <w:rsid w:val="00385CD2"/>
    <w:rsid w:val="0039378E"/>
    <w:rsid w:val="0039577A"/>
    <w:rsid w:val="00396DBE"/>
    <w:rsid w:val="003A00A5"/>
    <w:rsid w:val="003A393A"/>
    <w:rsid w:val="003A5F50"/>
    <w:rsid w:val="003B23DD"/>
    <w:rsid w:val="003B7734"/>
    <w:rsid w:val="003B7AEE"/>
    <w:rsid w:val="003C09C1"/>
    <w:rsid w:val="003C19E9"/>
    <w:rsid w:val="003C212E"/>
    <w:rsid w:val="003C390B"/>
    <w:rsid w:val="003C51E0"/>
    <w:rsid w:val="003D1F74"/>
    <w:rsid w:val="003D378B"/>
    <w:rsid w:val="003D4054"/>
    <w:rsid w:val="003D4076"/>
    <w:rsid w:val="003D4BC2"/>
    <w:rsid w:val="003D655A"/>
    <w:rsid w:val="003D75ED"/>
    <w:rsid w:val="003E4BA0"/>
    <w:rsid w:val="003E4C9C"/>
    <w:rsid w:val="003E553D"/>
    <w:rsid w:val="003E6B26"/>
    <w:rsid w:val="003F058D"/>
    <w:rsid w:val="003F1A91"/>
    <w:rsid w:val="003F1F59"/>
    <w:rsid w:val="003F1F97"/>
    <w:rsid w:val="003F4693"/>
    <w:rsid w:val="003F5477"/>
    <w:rsid w:val="003F58E2"/>
    <w:rsid w:val="004006D1"/>
    <w:rsid w:val="00400DF6"/>
    <w:rsid w:val="00404051"/>
    <w:rsid w:val="0040410B"/>
    <w:rsid w:val="004041CD"/>
    <w:rsid w:val="00404DDF"/>
    <w:rsid w:val="004059C1"/>
    <w:rsid w:val="00406C32"/>
    <w:rsid w:val="004073CF"/>
    <w:rsid w:val="00413717"/>
    <w:rsid w:val="004241D4"/>
    <w:rsid w:val="004312B0"/>
    <w:rsid w:val="00435C85"/>
    <w:rsid w:val="0043662D"/>
    <w:rsid w:val="00440E2A"/>
    <w:rsid w:val="0044682A"/>
    <w:rsid w:val="0044722C"/>
    <w:rsid w:val="00452650"/>
    <w:rsid w:val="00455EDF"/>
    <w:rsid w:val="0046182E"/>
    <w:rsid w:val="00461C88"/>
    <w:rsid w:val="00466F25"/>
    <w:rsid w:val="00471D58"/>
    <w:rsid w:val="00472D8C"/>
    <w:rsid w:val="004732B3"/>
    <w:rsid w:val="00473B8C"/>
    <w:rsid w:val="00475798"/>
    <w:rsid w:val="00476EF6"/>
    <w:rsid w:val="004807B3"/>
    <w:rsid w:val="004832A0"/>
    <w:rsid w:val="004900D4"/>
    <w:rsid w:val="00496757"/>
    <w:rsid w:val="00497790"/>
    <w:rsid w:val="004A2D93"/>
    <w:rsid w:val="004A3D68"/>
    <w:rsid w:val="004A4BD8"/>
    <w:rsid w:val="004A5694"/>
    <w:rsid w:val="004B0447"/>
    <w:rsid w:val="004B0B7A"/>
    <w:rsid w:val="004B0C8D"/>
    <w:rsid w:val="004B257D"/>
    <w:rsid w:val="004B2C83"/>
    <w:rsid w:val="004B776D"/>
    <w:rsid w:val="004C6A88"/>
    <w:rsid w:val="004C7164"/>
    <w:rsid w:val="004D76A8"/>
    <w:rsid w:val="004E0D9F"/>
    <w:rsid w:val="004E0E5A"/>
    <w:rsid w:val="004E2984"/>
    <w:rsid w:val="004E645D"/>
    <w:rsid w:val="004F1836"/>
    <w:rsid w:val="004F2ACA"/>
    <w:rsid w:val="004F461C"/>
    <w:rsid w:val="004F6E89"/>
    <w:rsid w:val="00500C30"/>
    <w:rsid w:val="00501170"/>
    <w:rsid w:val="00501774"/>
    <w:rsid w:val="00502FD1"/>
    <w:rsid w:val="00503478"/>
    <w:rsid w:val="005034F8"/>
    <w:rsid w:val="0050354E"/>
    <w:rsid w:val="005129C7"/>
    <w:rsid w:val="00512CAE"/>
    <w:rsid w:val="0051456B"/>
    <w:rsid w:val="00514F0A"/>
    <w:rsid w:val="00520D18"/>
    <w:rsid w:val="00521668"/>
    <w:rsid w:val="005218A0"/>
    <w:rsid w:val="0052191F"/>
    <w:rsid w:val="00526158"/>
    <w:rsid w:val="00527974"/>
    <w:rsid w:val="005279A2"/>
    <w:rsid w:val="00527AB7"/>
    <w:rsid w:val="00527C25"/>
    <w:rsid w:val="005308D2"/>
    <w:rsid w:val="00530BC7"/>
    <w:rsid w:val="00532BDF"/>
    <w:rsid w:val="00535217"/>
    <w:rsid w:val="005375A0"/>
    <w:rsid w:val="00541426"/>
    <w:rsid w:val="00541874"/>
    <w:rsid w:val="00542A40"/>
    <w:rsid w:val="005434EA"/>
    <w:rsid w:val="00543568"/>
    <w:rsid w:val="00544B14"/>
    <w:rsid w:val="00544F1C"/>
    <w:rsid w:val="00550838"/>
    <w:rsid w:val="00551299"/>
    <w:rsid w:val="0055511A"/>
    <w:rsid w:val="0055554F"/>
    <w:rsid w:val="00555A00"/>
    <w:rsid w:val="00555F25"/>
    <w:rsid w:val="005561EF"/>
    <w:rsid w:val="00556AFA"/>
    <w:rsid w:val="00557CF8"/>
    <w:rsid w:val="00561AF7"/>
    <w:rsid w:val="00563542"/>
    <w:rsid w:val="005715AA"/>
    <w:rsid w:val="00572B80"/>
    <w:rsid w:val="0057416D"/>
    <w:rsid w:val="00575898"/>
    <w:rsid w:val="00580CB2"/>
    <w:rsid w:val="00585258"/>
    <w:rsid w:val="005923C6"/>
    <w:rsid w:val="00596D8B"/>
    <w:rsid w:val="0059767C"/>
    <w:rsid w:val="005A549E"/>
    <w:rsid w:val="005A5FAA"/>
    <w:rsid w:val="005A658A"/>
    <w:rsid w:val="005A69B5"/>
    <w:rsid w:val="005B2ABE"/>
    <w:rsid w:val="005C00A7"/>
    <w:rsid w:val="005C0561"/>
    <w:rsid w:val="005C07F5"/>
    <w:rsid w:val="005C2002"/>
    <w:rsid w:val="005C2E0D"/>
    <w:rsid w:val="005C4A91"/>
    <w:rsid w:val="005C53B1"/>
    <w:rsid w:val="005D07A1"/>
    <w:rsid w:val="005D0EE9"/>
    <w:rsid w:val="005D134A"/>
    <w:rsid w:val="005D13C7"/>
    <w:rsid w:val="005D16A8"/>
    <w:rsid w:val="005D2F78"/>
    <w:rsid w:val="005D604E"/>
    <w:rsid w:val="005E021F"/>
    <w:rsid w:val="005E227F"/>
    <w:rsid w:val="005E352F"/>
    <w:rsid w:val="005E35EA"/>
    <w:rsid w:val="005E4C59"/>
    <w:rsid w:val="005F31DC"/>
    <w:rsid w:val="005F3362"/>
    <w:rsid w:val="005F3F52"/>
    <w:rsid w:val="005F3F56"/>
    <w:rsid w:val="005F59F0"/>
    <w:rsid w:val="005F7C12"/>
    <w:rsid w:val="00600463"/>
    <w:rsid w:val="0060411C"/>
    <w:rsid w:val="00606B12"/>
    <w:rsid w:val="0061127C"/>
    <w:rsid w:val="00612C93"/>
    <w:rsid w:val="006166DD"/>
    <w:rsid w:val="00622E9C"/>
    <w:rsid w:val="00625032"/>
    <w:rsid w:val="006262B2"/>
    <w:rsid w:val="006312E4"/>
    <w:rsid w:val="00634109"/>
    <w:rsid w:val="00637A13"/>
    <w:rsid w:val="00637B90"/>
    <w:rsid w:val="0064093D"/>
    <w:rsid w:val="00640DA0"/>
    <w:rsid w:val="00650E9F"/>
    <w:rsid w:val="0065232B"/>
    <w:rsid w:val="006552E4"/>
    <w:rsid w:val="006553CC"/>
    <w:rsid w:val="00656378"/>
    <w:rsid w:val="00656D6E"/>
    <w:rsid w:val="00657ECF"/>
    <w:rsid w:val="006642CB"/>
    <w:rsid w:val="006655E1"/>
    <w:rsid w:val="006669EB"/>
    <w:rsid w:val="00671467"/>
    <w:rsid w:val="00672E67"/>
    <w:rsid w:val="00673062"/>
    <w:rsid w:val="0067764C"/>
    <w:rsid w:val="00680EC1"/>
    <w:rsid w:val="00684A02"/>
    <w:rsid w:val="00692F20"/>
    <w:rsid w:val="00693EB3"/>
    <w:rsid w:val="00696ED6"/>
    <w:rsid w:val="006A167E"/>
    <w:rsid w:val="006A1CD7"/>
    <w:rsid w:val="006A59F4"/>
    <w:rsid w:val="006B0ECD"/>
    <w:rsid w:val="006B1D4D"/>
    <w:rsid w:val="006B314F"/>
    <w:rsid w:val="006B66AE"/>
    <w:rsid w:val="006B7CC2"/>
    <w:rsid w:val="006C2720"/>
    <w:rsid w:val="006C432C"/>
    <w:rsid w:val="006C6E06"/>
    <w:rsid w:val="006C79E3"/>
    <w:rsid w:val="006D2E59"/>
    <w:rsid w:val="006D5976"/>
    <w:rsid w:val="006D6AD5"/>
    <w:rsid w:val="006E51F8"/>
    <w:rsid w:val="006E5310"/>
    <w:rsid w:val="006E6A19"/>
    <w:rsid w:val="006E7322"/>
    <w:rsid w:val="006E7814"/>
    <w:rsid w:val="006F0CC7"/>
    <w:rsid w:val="006F1D2B"/>
    <w:rsid w:val="006F5A35"/>
    <w:rsid w:val="0070746E"/>
    <w:rsid w:val="0071382A"/>
    <w:rsid w:val="00715E77"/>
    <w:rsid w:val="00724160"/>
    <w:rsid w:val="007344A5"/>
    <w:rsid w:val="0074059D"/>
    <w:rsid w:val="00741225"/>
    <w:rsid w:val="007412E8"/>
    <w:rsid w:val="007434C6"/>
    <w:rsid w:val="007447F6"/>
    <w:rsid w:val="00744E5A"/>
    <w:rsid w:val="00745D4F"/>
    <w:rsid w:val="007465D6"/>
    <w:rsid w:val="00746D8B"/>
    <w:rsid w:val="00747265"/>
    <w:rsid w:val="0074762B"/>
    <w:rsid w:val="00747DB9"/>
    <w:rsid w:val="00751F50"/>
    <w:rsid w:val="00753B3C"/>
    <w:rsid w:val="007619E9"/>
    <w:rsid w:val="00762707"/>
    <w:rsid w:val="007628AB"/>
    <w:rsid w:val="00763C5D"/>
    <w:rsid w:val="0076476D"/>
    <w:rsid w:val="00771BD9"/>
    <w:rsid w:val="00773596"/>
    <w:rsid w:val="0077443F"/>
    <w:rsid w:val="00775759"/>
    <w:rsid w:val="00775D8A"/>
    <w:rsid w:val="00775E5A"/>
    <w:rsid w:val="00781177"/>
    <w:rsid w:val="0078177A"/>
    <w:rsid w:val="007838ED"/>
    <w:rsid w:val="00783A9D"/>
    <w:rsid w:val="00787471"/>
    <w:rsid w:val="0079238B"/>
    <w:rsid w:val="00792615"/>
    <w:rsid w:val="00796506"/>
    <w:rsid w:val="00797604"/>
    <w:rsid w:val="007A1576"/>
    <w:rsid w:val="007A2C7B"/>
    <w:rsid w:val="007B6F6C"/>
    <w:rsid w:val="007C197C"/>
    <w:rsid w:val="007C714E"/>
    <w:rsid w:val="007D4F02"/>
    <w:rsid w:val="007E14FA"/>
    <w:rsid w:val="007F03D4"/>
    <w:rsid w:val="007F05BE"/>
    <w:rsid w:val="007F23E1"/>
    <w:rsid w:val="007F257A"/>
    <w:rsid w:val="007F26EF"/>
    <w:rsid w:val="007F2813"/>
    <w:rsid w:val="007F2B1C"/>
    <w:rsid w:val="007F51D0"/>
    <w:rsid w:val="008007DE"/>
    <w:rsid w:val="00801B40"/>
    <w:rsid w:val="0080297C"/>
    <w:rsid w:val="00802FA4"/>
    <w:rsid w:val="00804AF6"/>
    <w:rsid w:val="00807AF4"/>
    <w:rsid w:val="0081190E"/>
    <w:rsid w:val="008142E4"/>
    <w:rsid w:val="00817CC9"/>
    <w:rsid w:val="00825D29"/>
    <w:rsid w:val="0082729A"/>
    <w:rsid w:val="00827BCA"/>
    <w:rsid w:val="008304B5"/>
    <w:rsid w:val="00835E10"/>
    <w:rsid w:val="00836EC4"/>
    <w:rsid w:val="008410B1"/>
    <w:rsid w:val="00844909"/>
    <w:rsid w:val="00844C6D"/>
    <w:rsid w:val="00846BE9"/>
    <w:rsid w:val="00850CEC"/>
    <w:rsid w:val="00851364"/>
    <w:rsid w:val="00851DEE"/>
    <w:rsid w:val="00852B4C"/>
    <w:rsid w:val="008531F7"/>
    <w:rsid w:val="00854F71"/>
    <w:rsid w:val="00855380"/>
    <w:rsid w:val="008556FB"/>
    <w:rsid w:val="0085572D"/>
    <w:rsid w:val="008561F7"/>
    <w:rsid w:val="00857447"/>
    <w:rsid w:val="00857655"/>
    <w:rsid w:val="00860578"/>
    <w:rsid w:val="00860A73"/>
    <w:rsid w:val="00862041"/>
    <w:rsid w:val="008623FB"/>
    <w:rsid w:val="008633DC"/>
    <w:rsid w:val="0086404D"/>
    <w:rsid w:val="0086468A"/>
    <w:rsid w:val="00873B23"/>
    <w:rsid w:val="00874797"/>
    <w:rsid w:val="0087676D"/>
    <w:rsid w:val="00876F59"/>
    <w:rsid w:val="008838F8"/>
    <w:rsid w:val="008904B4"/>
    <w:rsid w:val="00893093"/>
    <w:rsid w:val="00893438"/>
    <w:rsid w:val="00895CA8"/>
    <w:rsid w:val="00897EA5"/>
    <w:rsid w:val="008A3437"/>
    <w:rsid w:val="008A41C3"/>
    <w:rsid w:val="008B055D"/>
    <w:rsid w:val="008B58D7"/>
    <w:rsid w:val="008B5CD2"/>
    <w:rsid w:val="008B7F50"/>
    <w:rsid w:val="008C06EC"/>
    <w:rsid w:val="008C0B8C"/>
    <w:rsid w:val="008C0ECE"/>
    <w:rsid w:val="008C2E3E"/>
    <w:rsid w:val="008C2ED8"/>
    <w:rsid w:val="008C5B3C"/>
    <w:rsid w:val="008C6E6E"/>
    <w:rsid w:val="008D0D67"/>
    <w:rsid w:val="008D352D"/>
    <w:rsid w:val="008E02DF"/>
    <w:rsid w:val="008E06CD"/>
    <w:rsid w:val="008E2768"/>
    <w:rsid w:val="008E278F"/>
    <w:rsid w:val="008E4777"/>
    <w:rsid w:val="008E4D08"/>
    <w:rsid w:val="008F01BA"/>
    <w:rsid w:val="008F66AB"/>
    <w:rsid w:val="008F7768"/>
    <w:rsid w:val="00900010"/>
    <w:rsid w:val="00903E23"/>
    <w:rsid w:val="009045A5"/>
    <w:rsid w:val="00904905"/>
    <w:rsid w:val="00906030"/>
    <w:rsid w:val="00911EE2"/>
    <w:rsid w:val="00912B04"/>
    <w:rsid w:val="00920639"/>
    <w:rsid w:val="00920CC0"/>
    <w:rsid w:val="00923EA6"/>
    <w:rsid w:val="00937C2B"/>
    <w:rsid w:val="00937D78"/>
    <w:rsid w:val="00940651"/>
    <w:rsid w:val="009472D0"/>
    <w:rsid w:val="00952E51"/>
    <w:rsid w:val="009564EF"/>
    <w:rsid w:val="00957D2B"/>
    <w:rsid w:val="00965228"/>
    <w:rsid w:val="00965F36"/>
    <w:rsid w:val="009674EC"/>
    <w:rsid w:val="0097002F"/>
    <w:rsid w:val="00970C98"/>
    <w:rsid w:val="009722AA"/>
    <w:rsid w:val="00972B31"/>
    <w:rsid w:val="009760C2"/>
    <w:rsid w:val="0097700E"/>
    <w:rsid w:val="00983E88"/>
    <w:rsid w:val="0098431F"/>
    <w:rsid w:val="00986ECE"/>
    <w:rsid w:val="009873A2"/>
    <w:rsid w:val="00990DB0"/>
    <w:rsid w:val="00991EB2"/>
    <w:rsid w:val="00997B82"/>
    <w:rsid w:val="00997CAD"/>
    <w:rsid w:val="00997E76"/>
    <w:rsid w:val="009A41FF"/>
    <w:rsid w:val="009A5CAB"/>
    <w:rsid w:val="009B02A6"/>
    <w:rsid w:val="009B134E"/>
    <w:rsid w:val="009B3251"/>
    <w:rsid w:val="009B3D23"/>
    <w:rsid w:val="009B5478"/>
    <w:rsid w:val="009B6AAA"/>
    <w:rsid w:val="009B7B88"/>
    <w:rsid w:val="009C075C"/>
    <w:rsid w:val="009C1313"/>
    <w:rsid w:val="009C290F"/>
    <w:rsid w:val="009D16D4"/>
    <w:rsid w:val="009D25D2"/>
    <w:rsid w:val="009D5880"/>
    <w:rsid w:val="009E2684"/>
    <w:rsid w:val="009E3540"/>
    <w:rsid w:val="009F2E86"/>
    <w:rsid w:val="009F36C6"/>
    <w:rsid w:val="009F59E0"/>
    <w:rsid w:val="009F7BB6"/>
    <w:rsid w:val="00A003B9"/>
    <w:rsid w:val="00A00B47"/>
    <w:rsid w:val="00A00D38"/>
    <w:rsid w:val="00A02E44"/>
    <w:rsid w:val="00A031CC"/>
    <w:rsid w:val="00A068A9"/>
    <w:rsid w:val="00A076B3"/>
    <w:rsid w:val="00A07866"/>
    <w:rsid w:val="00A10529"/>
    <w:rsid w:val="00A11BCB"/>
    <w:rsid w:val="00A12A38"/>
    <w:rsid w:val="00A132C8"/>
    <w:rsid w:val="00A1375B"/>
    <w:rsid w:val="00A14A08"/>
    <w:rsid w:val="00A21162"/>
    <w:rsid w:val="00A22DAA"/>
    <w:rsid w:val="00A23A1A"/>
    <w:rsid w:val="00A24BAB"/>
    <w:rsid w:val="00A27183"/>
    <w:rsid w:val="00A27C04"/>
    <w:rsid w:val="00A30BF0"/>
    <w:rsid w:val="00A30CDF"/>
    <w:rsid w:val="00A3420D"/>
    <w:rsid w:val="00A3677C"/>
    <w:rsid w:val="00A41520"/>
    <w:rsid w:val="00A42032"/>
    <w:rsid w:val="00A44CB2"/>
    <w:rsid w:val="00A454AE"/>
    <w:rsid w:val="00A45B46"/>
    <w:rsid w:val="00A46BD2"/>
    <w:rsid w:val="00A503DF"/>
    <w:rsid w:val="00A606F5"/>
    <w:rsid w:val="00A60D05"/>
    <w:rsid w:val="00A629F2"/>
    <w:rsid w:val="00A656B8"/>
    <w:rsid w:val="00A65FC7"/>
    <w:rsid w:val="00A664BD"/>
    <w:rsid w:val="00A669DE"/>
    <w:rsid w:val="00A75F26"/>
    <w:rsid w:val="00A81F82"/>
    <w:rsid w:val="00A83951"/>
    <w:rsid w:val="00A86180"/>
    <w:rsid w:val="00A9093B"/>
    <w:rsid w:val="00AA023C"/>
    <w:rsid w:val="00AA4383"/>
    <w:rsid w:val="00AA4E28"/>
    <w:rsid w:val="00AB1268"/>
    <w:rsid w:val="00AB161D"/>
    <w:rsid w:val="00AB3490"/>
    <w:rsid w:val="00AC0227"/>
    <w:rsid w:val="00AC3D77"/>
    <w:rsid w:val="00AC41B1"/>
    <w:rsid w:val="00AC54C9"/>
    <w:rsid w:val="00AC7321"/>
    <w:rsid w:val="00AD0960"/>
    <w:rsid w:val="00AD13DD"/>
    <w:rsid w:val="00AD3012"/>
    <w:rsid w:val="00AD34A4"/>
    <w:rsid w:val="00AE00F4"/>
    <w:rsid w:val="00AE3D8F"/>
    <w:rsid w:val="00AE4124"/>
    <w:rsid w:val="00AE5E4D"/>
    <w:rsid w:val="00AE604C"/>
    <w:rsid w:val="00AE700E"/>
    <w:rsid w:val="00AE7AF1"/>
    <w:rsid w:val="00AF1FFA"/>
    <w:rsid w:val="00AF2EF5"/>
    <w:rsid w:val="00AF32B9"/>
    <w:rsid w:val="00AF48EB"/>
    <w:rsid w:val="00B00065"/>
    <w:rsid w:val="00B032F5"/>
    <w:rsid w:val="00B05D18"/>
    <w:rsid w:val="00B07B63"/>
    <w:rsid w:val="00B119E7"/>
    <w:rsid w:val="00B1284D"/>
    <w:rsid w:val="00B20B2E"/>
    <w:rsid w:val="00B22403"/>
    <w:rsid w:val="00B26330"/>
    <w:rsid w:val="00B27367"/>
    <w:rsid w:val="00B37747"/>
    <w:rsid w:val="00B415E5"/>
    <w:rsid w:val="00B420DF"/>
    <w:rsid w:val="00B46130"/>
    <w:rsid w:val="00B4751C"/>
    <w:rsid w:val="00B4766A"/>
    <w:rsid w:val="00B51591"/>
    <w:rsid w:val="00B53CF2"/>
    <w:rsid w:val="00B544A9"/>
    <w:rsid w:val="00B54A8E"/>
    <w:rsid w:val="00B54EF5"/>
    <w:rsid w:val="00B55144"/>
    <w:rsid w:val="00B55AB5"/>
    <w:rsid w:val="00B55DAB"/>
    <w:rsid w:val="00B56C7F"/>
    <w:rsid w:val="00B57E70"/>
    <w:rsid w:val="00B605F5"/>
    <w:rsid w:val="00B62A9A"/>
    <w:rsid w:val="00B65721"/>
    <w:rsid w:val="00B670F5"/>
    <w:rsid w:val="00B707ED"/>
    <w:rsid w:val="00B73142"/>
    <w:rsid w:val="00B7564A"/>
    <w:rsid w:val="00B81CA4"/>
    <w:rsid w:val="00B83F7D"/>
    <w:rsid w:val="00B8486D"/>
    <w:rsid w:val="00B85158"/>
    <w:rsid w:val="00B85F70"/>
    <w:rsid w:val="00B9037E"/>
    <w:rsid w:val="00B91CED"/>
    <w:rsid w:val="00B9211E"/>
    <w:rsid w:val="00B92401"/>
    <w:rsid w:val="00B92BDC"/>
    <w:rsid w:val="00B9303D"/>
    <w:rsid w:val="00B94517"/>
    <w:rsid w:val="00B95201"/>
    <w:rsid w:val="00B96A03"/>
    <w:rsid w:val="00B97F26"/>
    <w:rsid w:val="00BA01E9"/>
    <w:rsid w:val="00BA13AB"/>
    <w:rsid w:val="00BA4FDD"/>
    <w:rsid w:val="00BA7A69"/>
    <w:rsid w:val="00BA7C3E"/>
    <w:rsid w:val="00BB03E6"/>
    <w:rsid w:val="00BB04D8"/>
    <w:rsid w:val="00BB086D"/>
    <w:rsid w:val="00BB2F16"/>
    <w:rsid w:val="00BB499E"/>
    <w:rsid w:val="00BC207A"/>
    <w:rsid w:val="00BC4B41"/>
    <w:rsid w:val="00BD4761"/>
    <w:rsid w:val="00BE2B01"/>
    <w:rsid w:val="00BF216F"/>
    <w:rsid w:val="00BF41D4"/>
    <w:rsid w:val="00BF56D1"/>
    <w:rsid w:val="00BF67D8"/>
    <w:rsid w:val="00BF6C46"/>
    <w:rsid w:val="00BF7C2E"/>
    <w:rsid w:val="00C01757"/>
    <w:rsid w:val="00C029C9"/>
    <w:rsid w:val="00C03309"/>
    <w:rsid w:val="00C03A63"/>
    <w:rsid w:val="00C03ABF"/>
    <w:rsid w:val="00C11BB8"/>
    <w:rsid w:val="00C12F57"/>
    <w:rsid w:val="00C15BFC"/>
    <w:rsid w:val="00C17EC7"/>
    <w:rsid w:val="00C24334"/>
    <w:rsid w:val="00C243EE"/>
    <w:rsid w:val="00C244FB"/>
    <w:rsid w:val="00C247EB"/>
    <w:rsid w:val="00C261D0"/>
    <w:rsid w:val="00C37D7C"/>
    <w:rsid w:val="00C40A7F"/>
    <w:rsid w:val="00C421DA"/>
    <w:rsid w:val="00C448FC"/>
    <w:rsid w:val="00C45EA4"/>
    <w:rsid w:val="00C46605"/>
    <w:rsid w:val="00C500C5"/>
    <w:rsid w:val="00C53110"/>
    <w:rsid w:val="00C53222"/>
    <w:rsid w:val="00C54B4A"/>
    <w:rsid w:val="00C55021"/>
    <w:rsid w:val="00C55075"/>
    <w:rsid w:val="00C553C1"/>
    <w:rsid w:val="00C6029B"/>
    <w:rsid w:val="00C61741"/>
    <w:rsid w:val="00C70156"/>
    <w:rsid w:val="00C72342"/>
    <w:rsid w:val="00C73D5D"/>
    <w:rsid w:val="00C80D5A"/>
    <w:rsid w:val="00C81DEE"/>
    <w:rsid w:val="00C84D72"/>
    <w:rsid w:val="00C85399"/>
    <w:rsid w:val="00C87A08"/>
    <w:rsid w:val="00C904E1"/>
    <w:rsid w:val="00C90DD6"/>
    <w:rsid w:val="00C91005"/>
    <w:rsid w:val="00C91084"/>
    <w:rsid w:val="00C91422"/>
    <w:rsid w:val="00C92164"/>
    <w:rsid w:val="00C92402"/>
    <w:rsid w:val="00C9448B"/>
    <w:rsid w:val="00C95E42"/>
    <w:rsid w:val="00C96DF9"/>
    <w:rsid w:val="00CA1B9B"/>
    <w:rsid w:val="00CA636C"/>
    <w:rsid w:val="00CA7A78"/>
    <w:rsid w:val="00CB02AB"/>
    <w:rsid w:val="00CB345F"/>
    <w:rsid w:val="00CB56ED"/>
    <w:rsid w:val="00CB5CFA"/>
    <w:rsid w:val="00CB613F"/>
    <w:rsid w:val="00CC0F50"/>
    <w:rsid w:val="00CC3B1B"/>
    <w:rsid w:val="00CC4197"/>
    <w:rsid w:val="00CD1498"/>
    <w:rsid w:val="00CD1708"/>
    <w:rsid w:val="00CE2479"/>
    <w:rsid w:val="00CE2B4A"/>
    <w:rsid w:val="00CE344C"/>
    <w:rsid w:val="00CE5D08"/>
    <w:rsid w:val="00CE6A40"/>
    <w:rsid w:val="00CF0AF9"/>
    <w:rsid w:val="00CF2172"/>
    <w:rsid w:val="00CF24DC"/>
    <w:rsid w:val="00CF3FF1"/>
    <w:rsid w:val="00CF55C7"/>
    <w:rsid w:val="00CF7A47"/>
    <w:rsid w:val="00D01797"/>
    <w:rsid w:val="00D02A37"/>
    <w:rsid w:val="00D031C2"/>
    <w:rsid w:val="00D03A96"/>
    <w:rsid w:val="00D04880"/>
    <w:rsid w:val="00D04FBF"/>
    <w:rsid w:val="00D050FB"/>
    <w:rsid w:val="00D06494"/>
    <w:rsid w:val="00D07453"/>
    <w:rsid w:val="00D07632"/>
    <w:rsid w:val="00D15169"/>
    <w:rsid w:val="00D1719B"/>
    <w:rsid w:val="00D21F0C"/>
    <w:rsid w:val="00D222E2"/>
    <w:rsid w:val="00D25E61"/>
    <w:rsid w:val="00D32D60"/>
    <w:rsid w:val="00D3357F"/>
    <w:rsid w:val="00D341FE"/>
    <w:rsid w:val="00D35440"/>
    <w:rsid w:val="00D42D93"/>
    <w:rsid w:val="00D4499B"/>
    <w:rsid w:val="00D47A5C"/>
    <w:rsid w:val="00D50C49"/>
    <w:rsid w:val="00D54214"/>
    <w:rsid w:val="00D60ADB"/>
    <w:rsid w:val="00D65667"/>
    <w:rsid w:val="00D7212A"/>
    <w:rsid w:val="00D73A21"/>
    <w:rsid w:val="00D73DC2"/>
    <w:rsid w:val="00D74110"/>
    <w:rsid w:val="00D743AC"/>
    <w:rsid w:val="00D74A6C"/>
    <w:rsid w:val="00D764F9"/>
    <w:rsid w:val="00D76AC8"/>
    <w:rsid w:val="00D829D5"/>
    <w:rsid w:val="00D83001"/>
    <w:rsid w:val="00D85383"/>
    <w:rsid w:val="00D9666B"/>
    <w:rsid w:val="00DA324B"/>
    <w:rsid w:val="00DA3690"/>
    <w:rsid w:val="00DB2E12"/>
    <w:rsid w:val="00DB4B19"/>
    <w:rsid w:val="00DB683D"/>
    <w:rsid w:val="00DC1BB5"/>
    <w:rsid w:val="00DC26F5"/>
    <w:rsid w:val="00DC70C4"/>
    <w:rsid w:val="00DD0123"/>
    <w:rsid w:val="00DD1565"/>
    <w:rsid w:val="00DD5412"/>
    <w:rsid w:val="00DD614D"/>
    <w:rsid w:val="00DD68EA"/>
    <w:rsid w:val="00DD7F32"/>
    <w:rsid w:val="00DE0AD5"/>
    <w:rsid w:val="00DE49AE"/>
    <w:rsid w:val="00DF07F6"/>
    <w:rsid w:val="00DF0A28"/>
    <w:rsid w:val="00DF0B14"/>
    <w:rsid w:val="00DF1F92"/>
    <w:rsid w:val="00DF2818"/>
    <w:rsid w:val="00E01203"/>
    <w:rsid w:val="00E01FA7"/>
    <w:rsid w:val="00E0221D"/>
    <w:rsid w:val="00E1005E"/>
    <w:rsid w:val="00E15742"/>
    <w:rsid w:val="00E214EC"/>
    <w:rsid w:val="00E22C87"/>
    <w:rsid w:val="00E253F4"/>
    <w:rsid w:val="00E26209"/>
    <w:rsid w:val="00E26869"/>
    <w:rsid w:val="00E26DF2"/>
    <w:rsid w:val="00E27D70"/>
    <w:rsid w:val="00E33587"/>
    <w:rsid w:val="00E33AA3"/>
    <w:rsid w:val="00E3648D"/>
    <w:rsid w:val="00E37126"/>
    <w:rsid w:val="00E46271"/>
    <w:rsid w:val="00E4671C"/>
    <w:rsid w:val="00E53580"/>
    <w:rsid w:val="00E57F4A"/>
    <w:rsid w:val="00E61F43"/>
    <w:rsid w:val="00E62385"/>
    <w:rsid w:val="00E65760"/>
    <w:rsid w:val="00E65FEC"/>
    <w:rsid w:val="00E6791F"/>
    <w:rsid w:val="00E7476A"/>
    <w:rsid w:val="00E82EA9"/>
    <w:rsid w:val="00E91C24"/>
    <w:rsid w:val="00E91E16"/>
    <w:rsid w:val="00E955CD"/>
    <w:rsid w:val="00E95B92"/>
    <w:rsid w:val="00E9662C"/>
    <w:rsid w:val="00E96D5A"/>
    <w:rsid w:val="00EA36B0"/>
    <w:rsid w:val="00EA480F"/>
    <w:rsid w:val="00EA5F29"/>
    <w:rsid w:val="00EA6213"/>
    <w:rsid w:val="00EA7B2C"/>
    <w:rsid w:val="00EB4D4A"/>
    <w:rsid w:val="00EB52DA"/>
    <w:rsid w:val="00EC1868"/>
    <w:rsid w:val="00EC2605"/>
    <w:rsid w:val="00EC64B6"/>
    <w:rsid w:val="00EC73A2"/>
    <w:rsid w:val="00ED149B"/>
    <w:rsid w:val="00ED224C"/>
    <w:rsid w:val="00ED4BC0"/>
    <w:rsid w:val="00ED51C6"/>
    <w:rsid w:val="00ED632F"/>
    <w:rsid w:val="00EE47EA"/>
    <w:rsid w:val="00EE5D4E"/>
    <w:rsid w:val="00EE643E"/>
    <w:rsid w:val="00EE7958"/>
    <w:rsid w:val="00EE7E68"/>
    <w:rsid w:val="00EF3238"/>
    <w:rsid w:val="00EF411E"/>
    <w:rsid w:val="00EF5B91"/>
    <w:rsid w:val="00F0074E"/>
    <w:rsid w:val="00F00BEA"/>
    <w:rsid w:val="00F01974"/>
    <w:rsid w:val="00F0292E"/>
    <w:rsid w:val="00F057FA"/>
    <w:rsid w:val="00F05B67"/>
    <w:rsid w:val="00F1189E"/>
    <w:rsid w:val="00F13193"/>
    <w:rsid w:val="00F13533"/>
    <w:rsid w:val="00F17DEE"/>
    <w:rsid w:val="00F220EB"/>
    <w:rsid w:val="00F232D1"/>
    <w:rsid w:val="00F241D0"/>
    <w:rsid w:val="00F2477B"/>
    <w:rsid w:val="00F2784F"/>
    <w:rsid w:val="00F325B0"/>
    <w:rsid w:val="00F3654B"/>
    <w:rsid w:val="00F441C3"/>
    <w:rsid w:val="00F444A1"/>
    <w:rsid w:val="00F45562"/>
    <w:rsid w:val="00F4635A"/>
    <w:rsid w:val="00F463B7"/>
    <w:rsid w:val="00F46697"/>
    <w:rsid w:val="00F470D9"/>
    <w:rsid w:val="00F552C0"/>
    <w:rsid w:val="00F6186E"/>
    <w:rsid w:val="00F65B7E"/>
    <w:rsid w:val="00F66BD4"/>
    <w:rsid w:val="00F676F1"/>
    <w:rsid w:val="00F705AF"/>
    <w:rsid w:val="00F80FFB"/>
    <w:rsid w:val="00F83451"/>
    <w:rsid w:val="00F85DCA"/>
    <w:rsid w:val="00F90AE3"/>
    <w:rsid w:val="00F95001"/>
    <w:rsid w:val="00FA0792"/>
    <w:rsid w:val="00FA19A7"/>
    <w:rsid w:val="00FA1DAD"/>
    <w:rsid w:val="00FA3CCE"/>
    <w:rsid w:val="00FA62B0"/>
    <w:rsid w:val="00FB0F0A"/>
    <w:rsid w:val="00FB3C33"/>
    <w:rsid w:val="00FB406B"/>
    <w:rsid w:val="00FC060E"/>
    <w:rsid w:val="00FC0E84"/>
    <w:rsid w:val="00FD041D"/>
    <w:rsid w:val="00FD067F"/>
    <w:rsid w:val="00FD4323"/>
    <w:rsid w:val="00FD56DE"/>
    <w:rsid w:val="00FD7F41"/>
    <w:rsid w:val="00FF004B"/>
    <w:rsid w:val="00FF3190"/>
    <w:rsid w:val="00FF639B"/>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9C846A"/>
  <w15:docId w15:val="{EC56983F-7730-4B31-890C-A57962743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CA" w:eastAsia="fr-CA"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locked="1" w:semiHidden="1" w:uiPriority="99"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locked="1"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90E"/>
    <w:pPr>
      <w:spacing w:line="360" w:lineRule="auto"/>
      <w:jc w:val="both"/>
    </w:pPr>
    <w:rPr>
      <w:rFonts w:ascii="Tahoma" w:hAnsi="Tahoma"/>
      <w:szCs w:val="24"/>
      <w:lang w:eastAsia="fr-FR"/>
    </w:rPr>
  </w:style>
  <w:style w:type="paragraph" w:styleId="Heading1">
    <w:name w:val="heading 1"/>
    <w:basedOn w:val="Normal"/>
    <w:next w:val="Normal"/>
    <w:link w:val="Heading1Char"/>
    <w:uiPriority w:val="9"/>
    <w:qFormat/>
    <w:rsid w:val="00D04880"/>
    <w:pPr>
      <w:keepNext/>
      <w:spacing w:before="240" w:after="60"/>
      <w:outlineLvl w:val="0"/>
    </w:pPr>
    <w:rPr>
      <w:b/>
      <w:bCs/>
      <w:kern w:val="32"/>
      <w:sz w:val="32"/>
      <w:szCs w:val="32"/>
    </w:rPr>
  </w:style>
  <w:style w:type="paragraph" w:styleId="Heading2">
    <w:name w:val="heading 2"/>
    <w:aliases w:val="sous-titre"/>
    <w:basedOn w:val="Normal"/>
    <w:next w:val="Normal"/>
    <w:link w:val="Heading2Char"/>
    <w:uiPriority w:val="9"/>
    <w:qFormat/>
    <w:rsid w:val="00D04880"/>
    <w:pPr>
      <w:keepNext/>
      <w:pBdr>
        <w:bottom w:val="inset" w:sz="12" w:space="1" w:color="002E56"/>
      </w:pBdr>
      <w:spacing w:before="240" w:after="360" w:line="240" w:lineRule="auto"/>
      <w:ind w:right="1928"/>
      <w:jc w:val="center"/>
      <w:outlineLvl w:val="1"/>
    </w:pPr>
    <w:rPr>
      <w:b/>
      <w:bCs/>
      <w:iCs/>
      <w:smallCaps/>
      <w:color w:val="002E56"/>
      <w:szCs w:val="28"/>
    </w:rPr>
  </w:style>
  <w:style w:type="paragraph" w:styleId="Heading3">
    <w:name w:val="heading 3"/>
    <w:basedOn w:val="Normal"/>
    <w:next w:val="Normal"/>
    <w:link w:val="Heading3Char"/>
    <w:autoRedefine/>
    <w:uiPriority w:val="9"/>
    <w:qFormat/>
    <w:rsid w:val="007F51D0"/>
    <w:pPr>
      <w:keepNext/>
      <w:spacing w:line="276" w:lineRule="auto"/>
      <w:jc w:val="left"/>
      <w:outlineLvl w:val="2"/>
    </w:pPr>
    <w:rPr>
      <w:rFonts w:asciiTheme="minorHAnsi" w:hAnsiTheme="minorHAnsi" w:cstheme="minorHAnsi"/>
      <w:bCs/>
      <w:smallCaps/>
      <w:sz w:val="24"/>
    </w:rPr>
  </w:style>
  <w:style w:type="paragraph" w:styleId="Heading4">
    <w:name w:val="heading 4"/>
    <w:basedOn w:val="Normal"/>
    <w:next w:val="Normal"/>
    <w:link w:val="Heading4Char"/>
    <w:uiPriority w:val="9"/>
    <w:unhideWhenUsed/>
    <w:qFormat/>
    <w:locked/>
    <w:rsid w:val="00A45B46"/>
    <w:pPr>
      <w:keepNext/>
      <w:keepLines/>
      <w:spacing w:before="200" w:line="276" w:lineRule="auto"/>
      <w:jc w:val="left"/>
      <w:outlineLvl w:val="3"/>
    </w:pPr>
    <w:rPr>
      <w:rFonts w:asciiTheme="majorHAnsi" w:eastAsiaTheme="majorEastAsia" w:hAnsiTheme="majorHAnsi" w:cstheme="majorBidi"/>
      <w:b/>
      <w:bCs/>
      <w:i/>
      <w:iCs/>
      <w:color w:val="4F81BD" w:themeColor="accent1"/>
      <w:sz w:val="22"/>
      <w:szCs w:val="22"/>
      <w:lang w:eastAsia="en-US"/>
    </w:rPr>
  </w:style>
  <w:style w:type="paragraph" w:styleId="Heading5">
    <w:name w:val="heading 5"/>
    <w:basedOn w:val="Normal"/>
    <w:next w:val="Normal"/>
    <w:link w:val="Heading5Char"/>
    <w:uiPriority w:val="9"/>
    <w:semiHidden/>
    <w:unhideWhenUsed/>
    <w:qFormat/>
    <w:locked/>
    <w:rsid w:val="00A45B46"/>
    <w:pPr>
      <w:keepNext/>
      <w:keepLines/>
      <w:spacing w:before="200" w:line="276" w:lineRule="auto"/>
      <w:jc w:val="left"/>
      <w:outlineLvl w:val="4"/>
    </w:pPr>
    <w:rPr>
      <w:rFonts w:asciiTheme="majorHAnsi" w:eastAsiaTheme="majorEastAsia" w:hAnsiTheme="majorHAnsi" w:cstheme="majorBidi"/>
      <w:color w:val="243F60" w:themeColor="accent1" w:themeShade="7F"/>
      <w:sz w:val="22"/>
      <w:szCs w:val="22"/>
      <w:lang w:eastAsia="en-US"/>
    </w:rPr>
  </w:style>
  <w:style w:type="paragraph" w:styleId="Heading6">
    <w:name w:val="heading 6"/>
    <w:basedOn w:val="Normal"/>
    <w:next w:val="Normal"/>
    <w:link w:val="Heading6Char"/>
    <w:uiPriority w:val="9"/>
    <w:semiHidden/>
    <w:unhideWhenUsed/>
    <w:qFormat/>
    <w:locked/>
    <w:rsid w:val="00A45B46"/>
    <w:pPr>
      <w:keepNext/>
      <w:keepLines/>
      <w:spacing w:before="200" w:line="276" w:lineRule="auto"/>
      <w:jc w:val="left"/>
      <w:outlineLvl w:val="5"/>
    </w:pPr>
    <w:rPr>
      <w:rFonts w:asciiTheme="majorHAnsi" w:eastAsiaTheme="majorEastAsia" w:hAnsiTheme="majorHAnsi" w:cstheme="majorBidi"/>
      <w:i/>
      <w:iCs/>
      <w:color w:val="243F60" w:themeColor="accent1" w:themeShade="7F"/>
      <w:sz w:val="22"/>
      <w:szCs w:val="22"/>
      <w:lang w:eastAsia="en-US"/>
    </w:rPr>
  </w:style>
  <w:style w:type="paragraph" w:styleId="Heading7">
    <w:name w:val="heading 7"/>
    <w:basedOn w:val="Normal"/>
    <w:next w:val="Normal"/>
    <w:link w:val="Heading7Char"/>
    <w:uiPriority w:val="9"/>
    <w:semiHidden/>
    <w:unhideWhenUsed/>
    <w:qFormat/>
    <w:locked/>
    <w:rsid w:val="00A45B46"/>
    <w:pPr>
      <w:keepNext/>
      <w:keepLines/>
      <w:spacing w:before="200" w:line="276" w:lineRule="auto"/>
      <w:jc w:val="left"/>
      <w:outlineLvl w:val="6"/>
    </w:pPr>
    <w:rPr>
      <w:rFonts w:asciiTheme="majorHAnsi" w:eastAsiaTheme="majorEastAsia" w:hAnsiTheme="majorHAnsi" w:cstheme="majorBidi"/>
      <w:i/>
      <w:iCs/>
      <w:color w:val="404040" w:themeColor="text1" w:themeTint="BF"/>
      <w:sz w:val="22"/>
      <w:szCs w:val="22"/>
      <w:lang w:eastAsia="en-US"/>
    </w:rPr>
  </w:style>
  <w:style w:type="paragraph" w:styleId="Heading8">
    <w:name w:val="heading 8"/>
    <w:basedOn w:val="Normal"/>
    <w:next w:val="Normal"/>
    <w:link w:val="Heading8Char"/>
    <w:uiPriority w:val="9"/>
    <w:semiHidden/>
    <w:unhideWhenUsed/>
    <w:qFormat/>
    <w:locked/>
    <w:rsid w:val="00A45B46"/>
    <w:pPr>
      <w:keepNext/>
      <w:keepLines/>
      <w:spacing w:before="200" w:line="276" w:lineRule="auto"/>
      <w:jc w:val="left"/>
      <w:outlineLvl w:val="7"/>
    </w:pPr>
    <w:rPr>
      <w:rFonts w:asciiTheme="majorHAnsi" w:eastAsiaTheme="majorEastAsia" w:hAnsiTheme="majorHAnsi" w:cstheme="majorBidi"/>
      <w:color w:val="4F81BD" w:themeColor="accent1"/>
      <w:szCs w:val="20"/>
      <w:lang w:eastAsia="en-US"/>
    </w:rPr>
  </w:style>
  <w:style w:type="paragraph" w:styleId="Heading9">
    <w:name w:val="heading 9"/>
    <w:basedOn w:val="Normal"/>
    <w:next w:val="Normal"/>
    <w:link w:val="Heading9Char"/>
    <w:uiPriority w:val="9"/>
    <w:semiHidden/>
    <w:unhideWhenUsed/>
    <w:qFormat/>
    <w:locked/>
    <w:rsid w:val="00A45B46"/>
    <w:pPr>
      <w:keepNext/>
      <w:keepLines/>
      <w:spacing w:before="200" w:line="276" w:lineRule="auto"/>
      <w:jc w:val="left"/>
      <w:outlineLvl w:val="8"/>
    </w:pPr>
    <w:rPr>
      <w:rFonts w:asciiTheme="majorHAnsi" w:eastAsiaTheme="majorEastAsia" w:hAnsiTheme="majorHAnsi" w:cstheme="majorBidi"/>
      <w:i/>
      <w:iCs/>
      <w:color w:val="404040" w:themeColor="text1" w:themeTint="BF"/>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04880"/>
    <w:rPr>
      <w:rFonts w:ascii="Verdana" w:hAnsi="Verdana" w:cs="Times New Roman"/>
      <w:b/>
      <w:bCs/>
      <w:kern w:val="32"/>
      <w:sz w:val="32"/>
      <w:szCs w:val="32"/>
      <w:lang w:eastAsia="fr-FR"/>
    </w:rPr>
  </w:style>
  <w:style w:type="character" w:customStyle="1" w:styleId="Heading2Char">
    <w:name w:val="Heading 2 Char"/>
    <w:aliases w:val="sous-titre Char"/>
    <w:basedOn w:val="DefaultParagraphFont"/>
    <w:link w:val="Heading2"/>
    <w:uiPriority w:val="9"/>
    <w:locked/>
    <w:rsid w:val="00D04880"/>
    <w:rPr>
      <w:rFonts w:ascii="Verdana" w:hAnsi="Verdana" w:cs="Times New Roman"/>
      <w:b/>
      <w:bCs/>
      <w:iCs/>
      <w:smallCaps/>
      <w:color w:val="002E56"/>
      <w:sz w:val="28"/>
      <w:szCs w:val="28"/>
      <w:lang w:eastAsia="fr-FR"/>
    </w:rPr>
  </w:style>
  <w:style w:type="character" w:customStyle="1" w:styleId="Heading3Char">
    <w:name w:val="Heading 3 Char"/>
    <w:basedOn w:val="DefaultParagraphFont"/>
    <w:link w:val="Heading3"/>
    <w:uiPriority w:val="9"/>
    <w:locked/>
    <w:rsid w:val="007F51D0"/>
    <w:rPr>
      <w:rFonts w:asciiTheme="minorHAnsi" w:hAnsiTheme="minorHAnsi" w:cstheme="minorHAnsi"/>
      <w:bCs/>
      <w:smallCaps/>
      <w:sz w:val="24"/>
      <w:szCs w:val="24"/>
      <w:lang w:val="fr-CA" w:eastAsia="fr-FR"/>
    </w:rPr>
  </w:style>
  <w:style w:type="character" w:customStyle="1" w:styleId="Heading4Char">
    <w:name w:val="Heading 4 Char"/>
    <w:basedOn w:val="DefaultParagraphFont"/>
    <w:link w:val="Heading4"/>
    <w:uiPriority w:val="9"/>
    <w:rsid w:val="00A45B46"/>
    <w:rPr>
      <w:rFonts w:asciiTheme="majorHAnsi" w:eastAsiaTheme="majorEastAsia" w:hAnsiTheme="majorHAnsi" w:cstheme="majorBidi"/>
      <w:b/>
      <w:bCs/>
      <w:i/>
      <w:iCs/>
      <w:color w:val="4F81BD" w:themeColor="accent1"/>
      <w:sz w:val="22"/>
      <w:szCs w:val="22"/>
      <w:lang w:val="fr-CA" w:eastAsia="en-US"/>
    </w:rPr>
  </w:style>
  <w:style w:type="character" w:customStyle="1" w:styleId="Heading5Char">
    <w:name w:val="Heading 5 Char"/>
    <w:basedOn w:val="DefaultParagraphFont"/>
    <w:link w:val="Heading5"/>
    <w:uiPriority w:val="9"/>
    <w:semiHidden/>
    <w:rsid w:val="00A45B46"/>
    <w:rPr>
      <w:rFonts w:asciiTheme="majorHAnsi" w:eastAsiaTheme="majorEastAsia" w:hAnsiTheme="majorHAnsi" w:cstheme="majorBidi"/>
      <w:color w:val="243F60" w:themeColor="accent1" w:themeShade="7F"/>
      <w:sz w:val="22"/>
      <w:szCs w:val="22"/>
      <w:lang w:val="fr-CA" w:eastAsia="en-US"/>
    </w:rPr>
  </w:style>
  <w:style w:type="character" w:customStyle="1" w:styleId="Heading6Char">
    <w:name w:val="Heading 6 Char"/>
    <w:basedOn w:val="DefaultParagraphFont"/>
    <w:link w:val="Heading6"/>
    <w:uiPriority w:val="9"/>
    <w:semiHidden/>
    <w:rsid w:val="00A45B46"/>
    <w:rPr>
      <w:rFonts w:asciiTheme="majorHAnsi" w:eastAsiaTheme="majorEastAsia" w:hAnsiTheme="majorHAnsi" w:cstheme="majorBidi"/>
      <w:i/>
      <w:iCs/>
      <w:color w:val="243F60" w:themeColor="accent1" w:themeShade="7F"/>
      <w:sz w:val="22"/>
      <w:szCs w:val="22"/>
      <w:lang w:val="fr-CA" w:eastAsia="en-US"/>
    </w:rPr>
  </w:style>
  <w:style w:type="character" w:customStyle="1" w:styleId="Heading7Char">
    <w:name w:val="Heading 7 Char"/>
    <w:basedOn w:val="DefaultParagraphFont"/>
    <w:link w:val="Heading7"/>
    <w:uiPriority w:val="9"/>
    <w:semiHidden/>
    <w:rsid w:val="00A45B46"/>
    <w:rPr>
      <w:rFonts w:asciiTheme="majorHAnsi" w:eastAsiaTheme="majorEastAsia" w:hAnsiTheme="majorHAnsi" w:cstheme="majorBidi"/>
      <w:i/>
      <w:iCs/>
      <w:color w:val="404040" w:themeColor="text1" w:themeTint="BF"/>
      <w:sz w:val="22"/>
      <w:szCs w:val="22"/>
      <w:lang w:val="fr-CA" w:eastAsia="en-US"/>
    </w:rPr>
  </w:style>
  <w:style w:type="character" w:customStyle="1" w:styleId="Heading8Char">
    <w:name w:val="Heading 8 Char"/>
    <w:basedOn w:val="DefaultParagraphFont"/>
    <w:link w:val="Heading8"/>
    <w:uiPriority w:val="9"/>
    <w:semiHidden/>
    <w:rsid w:val="00A45B46"/>
    <w:rPr>
      <w:rFonts w:asciiTheme="majorHAnsi" w:eastAsiaTheme="majorEastAsia" w:hAnsiTheme="majorHAnsi" w:cstheme="majorBidi"/>
      <w:color w:val="4F81BD" w:themeColor="accent1"/>
      <w:lang w:val="fr-CA" w:eastAsia="en-US"/>
    </w:rPr>
  </w:style>
  <w:style w:type="character" w:customStyle="1" w:styleId="Heading9Char">
    <w:name w:val="Heading 9 Char"/>
    <w:basedOn w:val="DefaultParagraphFont"/>
    <w:link w:val="Heading9"/>
    <w:uiPriority w:val="9"/>
    <w:semiHidden/>
    <w:rsid w:val="00A45B46"/>
    <w:rPr>
      <w:rFonts w:asciiTheme="majorHAnsi" w:eastAsiaTheme="majorEastAsia" w:hAnsiTheme="majorHAnsi" w:cstheme="majorBidi"/>
      <w:i/>
      <w:iCs/>
      <w:color w:val="404040" w:themeColor="text1" w:themeTint="BF"/>
      <w:lang w:val="fr-CA" w:eastAsia="en-US"/>
    </w:rPr>
  </w:style>
  <w:style w:type="table" w:customStyle="1" w:styleId="Jolicoeur">
    <w:name w:val="Jolicoeur"/>
    <w:basedOn w:val="Listeclaire-Accent11"/>
    <w:rsid w:val="00D04880"/>
    <w:rPr>
      <w:rFonts w:ascii="Verdana" w:hAnsi="Verdana"/>
      <w:color w:val="002E59"/>
      <w:lang w:val="en-CA" w:eastAsia="en-US"/>
    </w:rPr>
    <w:tblPr/>
    <w:tblStylePr w:type="firstRow">
      <w:pPr>
        <w:spacing w:before="0" w:after="0"/>
      </w:pPr>
      <w:rPr>
        <w:rFonts w:ascii="Times New Roman" w:hAnsi="Times New Roman" w:cs="Times New Roman"/>
        <w:b/>
        <w:bCs/>
        <w:color w:val="auto"/>
        <w:sz w:val="24"/>
      </w:rPr>
      <w:tblPr/>
      <w:tcPr>
        <w:shd w:val="clear" w:color="auto" w:fill="002E59"/>
      </w:tcPr>
    </w:tblStylePr>
    <w:tblStylePr w:type="lastRow">
      <w:pPr>
        <w:spacing w:before="0" w:after="0"/>
      </w:pPr>
      <w:rPr>
        <w:rFonts w:cs="Times New Roman"/>
        <w:b/>
        <w:bCs/>
      </w:rPr>
      <w:tblPr/>
      <w:tcPr>
        <w:tcBorders>
          <w:top w:val="double" w:sz="4" w:space="0" w:color="auto"/>
          <w:left w:val="single" w:sz="4" w:space="0" w:color="002E59"/>
          <w:bottom w:val="single" w:sz="4" w:space="0" w:color="002E59"/>
          <w:right w:val="single" w:sz="4" w:space="0" w:color="002E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4" w:space="0" w:color="002E59"/>
          <w:left w:val="single" w:sz="4" w:space="0" w:color="002E59"/>
          <w:bottom w:val="single" w:sz="4" w:space="0" w:color="002E59"/>
          <w:right w:val="single" w:sz="4" w:space="0" w:color="002E59"/>
          <w:insideH w:val="single" w:sz="4" w:space="0" w:color="002E59"/>
          <w:insideV w:val="nil"/>
        </w:tcBorders>
      </w:tcPr>
    </w:tblStylePr>
    <w:tblStylePr w:type="band2Horz">
      <w:rPr>
        <w:rFonts w:cs="Times New Roman"/>
      </w:rPr>
      <w:tblPr/>
      <w:tcPr>
        <w:tcBorders>
          <w:top w:val="nil"/>
          <w:left w:val="single" w:sz="4" w:space="0" w:color="002E59"/>
          <w:bottom w:val="nil"/>
          <w:right w:val="single" w:sz="4" w:space="0" w:color="002E59"/>
          <w:insideH w:val="single" w:sz="4" w:space="0" w:color="auto"/>
          <w:insideV w:val="nil"/>
        </w:tcBorders>
      </w:tcPr>
    </w:tblStylePr>
    <w:tblStylePr w:type="nwCell">
      <w:rPr>
        <w:rFonts w:cs="Times New Roman"/>
      </w:rPr>
      <w:tblPr/>
      <w:tcPr>
        <w:tcBorders>
          <w:top w:val="single" w:sz="4" w:space="0" w:color="BB8748"/>
          <w:left w:val="single" w:sz="4" w:space="0" w:color="BB8748"/>
          <w:bottom w:val="single" w:sz="4" w:space="0" w:color="BB8748"/>
          <w:right w:val="single" w:sz="4" w:space="0" w:color="BB8748"/>
          <w:insideH w:val="nil"/>
          <w:insideV w:val="nil"/>
          <w:tl2br w:val="nil"/>
          <w:tr2bl w:val="nil"/>
        </w:tcBorders>
        <w:shd w:val="clear" w:color="auto" w:fill="BB8748"/>
      </w:tcPr>
    </w:tblStylePr>
  </w:style>
  <w:style w:type="table" w:customStyle="1" w:styleId="Listeclaire-Accent11">
    <w:name w:val="Liste claire - Accent 11"/>
    <w:rsid w:val="00D04880"/>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TOC1">
    <w:name w:val="toc 1"/>
    <w:basedOn w:val="Normal"/>
    <w:next w:val="Normal"/>
    <w:autoRedefine/>
    <w:uiPriority w:val="39"/>
    <w:rsid w:val="00FA1DAD"/>
    <w:pPr>
      <w:spacing w:before="120" w:after="120"/>
      <w:jc w:val="left"/>
    </w:pPr>
    <w:rPr>
      <w:rFonts w:ascii="Calibri" w:hAnsi="Calibri"/>
      <w:b/>
      <w:bCs/>
      <w:caps/>
      <w:szCs w:val="20"/>
    </w:rPr>
  </w:style>
  <w:style w:type="paragraph" w:styleId="TOC2">
    <w:name w:val="toc 2"/>
    <w:basedOn w:val="Normal"/>
    <w:next w:val="Normal"/>
    <w:autoRedefine/>
    <w:rsid w:val="00FA1DAD"/>
    <w:pPr>
      <w:ind w:left="180"/>
      <w:jc w:val="left"/>
    </w:pPr>
    <w:rPr>
      <w:rFonts w:ascii="Calibri" w:hAnsi="Calibri"/>
      <w:smallCaps/>
      <w:szCs w:val="20"/>
    </w:rPr>
  </w:style>
  <w:style w:type="paragraph" w:styleId="Caption">
    <w:name w:val="caption"/>
    <w:aliases w:val="Sous titre Santé-Canada"/>
    <w:basedOn w:val="Normal"/>
    <w:next w:val="Normal"/>
    <w:uiPriority w:val="35"/>
    <w:qFormat/>
    <w:rsid w:val="00FA1DAD"/>
    <w:rPr>
      <w:b/>
      <w:bCs/>
      <w:szCs w:val="20"/>
    </w:rPr>
  </w:style>
  <w:style w:type="paragraph" w:styleId="Footer">
    <w:name w:val="footer"/>
    <w:basedOn w:val="Normal"/>
    <w:link w:val="FooterChar"/>
    <w:uiPriority w:val="99"/>
    <w:rsid w:val="00FA1DAD"/>
    <w:pPr>
      <w:tabs>
        <w:tab w:val="center" w:pos="4536"/>
        <w:tab w:val="right" w:pos="9072"/>
      </w:tabs>
    </w:pPr>
  </w:style>
  <w:style w:type="character" w:customStyle="1" w:styleId="FooterChar">
    <w:name w:val="Footer Char"/>
    <w:basedOn w:val="DefaultParagraphFont"/>
    <w:link w:val="Footer"/>
    <w:uiPriority w:val="99"/>
    <w:locked/>
    <w:rsid w:val="00FA1DAD"/>
    <w:rPr>
      <w:rFonts w:ascii="Verdana" w:hAnsi="Verdana" w:cs="Times New Roman"/>
      <w:sz w:val="24"/>
      <w:szCs w:val="24"/>
      <w:lang w:val="fr-CA" w:eastAsia="fr-FR"/>
    </w:rPr>
  </w:style>
  <w:style w:type="paragraph" w:styleId="BodyText">
    <w:name w:val="Body Text"/>
    <w:basedOn w:val="Normal"/>
    <w:link w:val="BodyTextChar"/>
    <w:uiPriority w:val="99"/>
    <w:rsid w:val="00FA1DAD"/>
    <w:rPr>
      <w:szCs w:val="20"/>
    </w:rPr>
  </w:style>
  <w:style w:type="character" w:customStyle="1" w:styleId="BodyTextChar">
    <w:name w:val="Body Text Char"/>
    <w:basedOn w:val="DefaultParagraphFont"/>
    <w:link w:val="BodyText"/>
    <w:uiPriority w:val="99"/>
    <w:locked/>
    <w:rsid w:val="00FA1DAD"/>
    <w:rPr>
      <w:rFonts w:ascii="Verdana" w:hAnsi="Verdana" w:cs="Times New Roman"/>
      <w:sz w:val="20"/>
      <w:szCs w:val="20"/>
      <w:lang w:eastAsia="fr-FR"/>
    </w:rPr>
  </w:style>
  <w:style w:type="paragraph" w:styleId="BodyText2">
    <w:name w:val="Body Text 2"/>
    <w:basedOn w:val="Normal"/>
    <w:link w:val="BodyText2Char"/>
    <w:uiPriority w:val="99"/>
    <w:rsid w:val="00FA1DAD"/>
    <w:rPr>
      <w:rFonts w:ascii="Arial" w:hAnsi="Arial" w:cs="Arial"/>
      <w:szCs w:val="20"/>
    </w:rPr>
  </w:style>
  <w:style w:type="character" w:customStyle="1" w:styleId="BodyText2Char">
    <w:name w:val="Body Text 2 Char"/>
    <w:basedOn w:val="DefaultParagraphFont"/>
    <w:link w:val="BodyText2"/>
    <w:uiPriority w:val="99"/>
    <w:locked/>
    <w:rsid w:val="00FA1DAD"/>
    <w:rPr>
      <w:rFonts w:ascii="Arial" w:hAnsi="Arial" w:cs="Arial"/>
      <w:sz w:val="20"/>
      <w:szCs w:val="20"/>
      <w:lang w:eastAsia="fr-FR"/>
    </w:rPr>
  </w:style>
  <w:style w:type="character" w:styleId="PageNumber">
    <w:name w:val="page number"/>
    <w:basedOn w:val="DefaultParagraphFont"/>
    <w:rsid w:val="00FA1DAD"/>
    <w:rPr>
      <w:rFonts w:cs="Times New Roman"/>
    </w:rPr>
  </w:style>
  <w:style w:type="character" w:styleId="Hyperlink">
    <w:name w:val="Hyperlink"/>
    <w:basedOn w:val="DefaultParagraphFont"/>
    <w:uiPriority w:val="99"/>
    <w:rsid w:val="00FA1DAD"/>
    <w:rPr>
      <w:rFonts w:cs="Times New Roman"/>
      <w:color w:val="0000FF"/>
      <w:u w:val="single"/>
    </w:rPr>
  </w:style>
  <w:style w:type="character" w:styleId="Strong">
    <w:name w:val="Strong"/>
    <w:basedOn w:val="DefaultParagraphFont"/>
    <w:uiPriority w:val="22"/>
    <w:qFormat/>
    <w:rsid w:val="00FA1DAD"/>
    <w:rPr>
      <w:rFonts w:cs="Times New Roman"/>
      <w:b/>
      <w:bCs/>
    </w:rPr>
  </w:style>
  <w:style w:type="paragraph" w:customStyle="1" w:styleId="EnTetePiedDePage">
    <w:name w:val="EnTetePiedDePage"/>
    <w:basedOn w:val="Paragraphedeliste1"/>
    <w:rsid w:val="00FA1DAD"/>
    <w:pPr>
      <w:spacing w:after="120"/>
      <w:ind w:left="0"/>
      <w:jc w:val="center"/>
    </w:pPr>
    <w:rPr>
      <w:sz w:val="16"/>
      <w:szCs w:val="20"/>
    </w:rPr>
  </w:style>
  <w:style w:type="paragraph" w:customStyle="1" w:styleId="Paragraphedeliste1">
    <w:name w:val="Paragraphe de liste1"/>
    <w:basedOn w:val="Normal"/>
    <w:rsid w:val="00FA1DAD"/>
    <w:pPr>
      <w:ind w:left="720"/>
      <w:contextualSpacing/>
    </w:pPr>
  </w:style>
  <w:style w:type="paragraph" w:customStyle="1" w:styleId="En-ttedetabledesmatires1">
    <w:name w:val="En-tête de table des matières1"/>
    <w:basedOn w:val="Heading1"/>
    <w:next w:val="Normal"/>
    <w:rsid w:val="00FA1DAD"/>
    <w:pPr>
      <w:pBdr>
        <w:bottom w:val="triple" w:sz="4" w:space="1" w:color="002E56"/>
      </w:pBdr>
      <w:shd w:val="clear" w:color="BB8748" w:fill="auto"/>
      <w:tabs>
        <w:tab w:val="right" w:pos="12474"/>
      </w:tabs>
      <w:spacing w:before="720" w:after="720" w:line="240" w:lineRule="auto"/>
      <w:jc w:val="right"/>
    </w:pPr>
    <w:rPr>
      <w:rFonts w:cs="Arial"/>
      <w:smallCaps/>
      <w:kern w:val="0"/>
      <w:sz w:val="44"/>
      <w:szCs w:val="20"/>
    </w:rPr>
  </w:style>
  <w:style w:type="character" w:customStyle="1" w:styleId="Emphaseintense1">
    <w:name w:val="Emphase intense1"/>
    <w:basedOn w:val="DefaultParagraphFont"/>
    <w:rsid w:val="00FA1DAD"/>
    <w:rPr>
      <w:rFonts w:cs="Times New Roman"/>
      <w:b/>
      <w:bCs/>
      <w:i/>
      <w:iCs/>
      <w:color w:val="4F81BD"/>
    </w:rPr>
  </w:style>
  <w:style w:type="character" w:customStyle="1" w:styleId="Emphaseintense11">
    <w:name w:val="Emphase intense11"/>
    <w:basedOn w:val="DefaultParagraphFont"/>
    <w:rsid w:val="00FA1DAD"/>
    <w:rPr>
      <w:rFonts w:ascii="Times New Roman" w:hAnsi="Times New Roman" w:cs="Times New Roman"/>
      <w:b/>
      <w:bCs/>
      <w:i/>
      <w:iCs/>
      <w:color w:val="4F81BD"/>
    </w:rPr>
  </w:style>
  <w:style w:type="paragraph" w:styleId="BalloonText">
    <w:name w:val="Balloon Text"/>
    <w:basedOn w:val="Normal"/>
    <w:link w:val="BalloonTextChar"/>
    <w:uiPriority w:val="99"/>
    <w:semiHidden/>
    <w:rsid w:val="00FA1DAD"/>
    <w:pPr>
      <w:spacing w:line="240" w:lineRule="auto"/>
    </w:pPr>
    <w:rPr>
      <w:rFonts w:cs="Tahoma"/>
      <w:sz w:val="16"/>
      <w:szCs w:val="16"/>
    </w:rPr>
  </w:style>
  <w:style w:type="character" w:customStyle="1" w:styleId="BalloonTextChar">
    <w:name w:val="Balloon Text Char"/>
    <w:basedOn w:val="DefaultParagraphFont"/>
    <w:link w:val="BalloonText"/>
    <w:uiPriority w:val="99"/>
    <w:semiHidden/>
    <w:locked/>
    <w:rsid w:val="00FA1DAD"/>
    <w:rPr>
      <w:rFonts w:ascii="Tahoma" w:hAnsi="Tahoma" w:cs="Tahoma"/>
      <w:sz w:val="16"/>
      <w:szCs w:val="16"/>
      <w:lang w:eastAsia="fr-FR"/>
    </w:rPr>
  </w:style>
  <w:style w:type="paragraph" w:styleId="Subtitle">
    <w:name w:val="Subtitle"/>
    <w:basedOn w:val="Normal"/>
    <w:next w:val="Normal"/>
    <w:link w:val="SubtitleChar"/>
    <w:uiPriority w:val="11"/>
    <w:qFormat/>
    <w:rsid w:val="00D04880"/>
    <w:pPr>
      <w:spacing w:after="60"/>
      <w:jc w:val="center"/>
      <w:outlineLvl w:val="1"/>
    </w:pPr>
    <w:rPr>
      <w:rFonts w:ascii="Cambria" w:hAnsi="Cambria"/>
      <w:sz w:val="24"/>
    </w:rPr>
  </w:style>
  <w:style w:type="character" w:customStyle="1" w:styleId="SubtitleChar">
    <w:name w:val="Subtitle Char"/>
    <w:basedOn w:val="DefaultParagraphFont"/>
    <w:link w:val="Subtitle"/>
    <w:uiPriority w:val="11"/>
    <w:locked/>
    <w:rsid w:val="00D04880"/>
    <w:rPr>
      <w:rFonts w:ascii="Cambria" w:hAnsi="Cambria" w:cs="Times New Roman"/>
      <w:sz w:val="24"/>
      <w:szCs w:val="24"/>
      <w:lang w:eastAsia="fr-FR"/>
    </w:rPr>
  </w:style>
  <w:style w:type="character" w:customStyle="1" w:styleId="Textedelespacerserv1">
    <w:name w:val="Texte de l'espace réservé1"/>
    <w:basedOn w:val="DefaultParagraphFont"/>
    <w:semiHidden/>
    <w:rsid w:val="00D04880"/>
    <w:rPr>
      <w:rFonts w:cs="Times New Roman"/>
      <w:color w:val="808080"/>
    </w:rPr>
  </w:style>
  <w:style w:type="paragraph" w:styleId="Header">
    <w:name w:val="header"/>
    <w:basedOn w:val="Normal"/>
    <w:link w:val="HeaderChar"/>
    <w:uiPriority w:val="99"/>
    <w:rsid w:val="00D04880"/>
    <w:pPr>
      <w:tabs>
        <w:tab w:val="center" w:pos="4703"/>
        <w:tab w:val="right" w:pos="9406"/>
      </w:tabs>
    </w:pPr>
  </w:style>
  <w:style w:type="character" w:customStyle="1" w:styleId="HeaderChar">
    <w:name w:val="Header Char"/>
    <w:basedOn w:val="DefaultParagraphFont"/>
    <w:link w:val="Header"/>
    <w:uiPriority w:val="99"/>
    <w:locked/>
    <w:rsid w:val="00D04880"/>
    <w:rPr>
      <w:rFonts w:ascii="Verdana" w:hAnsi="Verdana" w:cs="Times New Roman"/>
      <w:sz w:val="24"/>
      <w:szCs w:val="24"/>
      <w:lang w:eastAsia="fr-FR"/>
    </w:rPr>
  </w:style>
  <w:style w:type="paragraph" w:styleId="NormalWeb">
    <w:name w:val="Normal (Web)"/>
    <w:basedOn w:val="Normal"/>
    <w:uiPriority w:val="99"/>
    <w:rsid w:val="00D04880"/>
    <w:pPr>
      <w:spacing w:before="100" w:beforeAutospacing="1" w:after="100" w:afterAutospacing="1" w:line="240" w:lineRule="auto"/>
      <w:jc w:val="left"/>
    </w:pPr>
    <w:rPr>
      <w:sz w:val="24"/>
      <w:lang w:eastAsia="fr-CA"/>
    </w:rPr>
  </w:style>
  <w:style w:type="paragraph" w:styleId="TOC3">
    <w:name w:val="toc 3"/>
    <w:basedOn w:val="Normal"/>
    <w:next w:val="Normal"/>
    <w:autoRedefine/>
    <w:uiPriority w:val="39"/>
    <w:rsid w:val="00D04880"/>
    <w:pPr>
      <w:ind w:left="360"/>
      <w:jc w:val="left"/>
    </w:pPr>
    <w:rPr>
      <w:rFonts w:ascii="Calibri" w:hAnsi="Calibri"/>
      <w:i/>
      <w:iCs/>
      <w:szCs w:val="20"/>
    </w:rPr>
  </w:style>
  <w:style w:type="character" w:styleId="CommentReference">
    <w:name w:val="annotation reference"/>
    <w:basedOn w:val="DefaultParagraphFont"/>
    <w:semiHidden/>
    <w:rsid w:val="00D04880"/>
    <w:rPr>
      <w:rFonts w:cs="Times New Roman"/>
      <w:sz w:val="18"/>
    </w:rPr>
  </w:style>
  <w:style w:type="paragraph" w:styleId="CommentText">
    <w:name w:val="annotation text"/>
    <w:basedOn w:val="Normal"/>
    <w:link w:val="CommentTextChar"/>
    <w:semiHidden/>
    <w:rsid w:val="00D04880"/>
    <w:rPr>
      <w:sz w:val="24"/>
    </w:rPr>
  </w:style>
  <w:style w:type="character" w:customStyle="1" w:styleId="CommentTextChar">
    <w:name w:val="Comment Text Char"/>
    <w:basedOn w:val="DefaultParagraphFont"/>
    <w:link w:val="CommentText"/>
    <w:semiHidden/>
    <w:locked/>
    <w:rsid w:val="00234D89"/>
    <w:rPr>
      <w:rFonts w:ascii="Tahoma" w:hAnsi="Tahoma" w:cs="Times New Roman"/>
      <w:sz w:val="20"/>
      <w:szCs w:val="20"/>
      <w:lang w:val="fr-CA" w:eastAsia="fr-FR"/>
    </w:rPr>
  </w:style>
  <w:style w:type="paragraph" w:styleId="CommentSubject">
    <w:name w:val="annotation subject"/>
    <w:basedOn w:val="CommentText"/>
    <w:next w:val="CommentText"/>
    <w:link w:val="CommentSubjectChar"/>
    <w:semiHidden/>
    <w:rsid w:val="00D04880"/>
    <w:rPr>
      <w:sz w:val="18"/>
    </w:rPr>
  </w:style>
  <w:style w:type="character" w:customStyle="1" w:styleId="CommentSubjectChar">
    <w:name w:val="Comment Subject Char"/>
    <w:basedOn w:val="CommentTextChar"/>
    <w:link w:val="CommentSubject"/>
    <w:semiHidden/>
    <w:locked/>
    <w:rsid w:val="00234D89"/>
    <w:rPr>
      <w:rFonts w:ascii="Tahoma" w:hAnsi="Tahoma" w:cs="Times New Roman"/>
      <w:b/>
      <w:bCs/>
      <w:sz w:val="20"/>
      <w:szCs w:val="20"/>
      <w:lang w:val="fr-CA" w:eastAsia="fr-FR"/>
    </w:rPr>
  </w:style>
  <w:style w:type="paragraph" w:styleId="TOC4">
    <w:name w:val="toc 4"/>
    <w:basedOn w:val="Normal"/>
    <w:next w:val="Normal"/>
    <w:autoRedefine/>
    <w:rsid w:val="005C2002"/>
    <w:pPr>
      <w:ind w:left="540"/>
      <w:jc w:val="left"/>
    </w:pPr>
    <w:rPr>
      <w:rFonts w:ascii="Calibri" w:hAnsi="Calibri"/>
      <w:szCs w:val="18"/>
    </w:rPr>
  </w:style>
  <w:style w:type="paragraph" w:styleId="TOC5">
    <w:name w:val="toc 5"/>
    <w:basedOn w:val="Normal"/>
    <w:next w:val="Normal"/>
    <w:autoRedefine/>
    <w:rsid w:val="005C2002"/>
    <w:pPr>
      <w:ind w:left="720"/>
      <w:jc w:val="left"/>
    </w:pPr>
    <w:rPr>
      <w:rFonts w:ascii="Calibri" w:hAnsi="Calibri"/>
      <w:szCs w:val="18"/>
    </w:rPr>
  </w:style>
  <w:style w:type="paragraph" w:styleId="TOC6">
    <w:name w:val="toc 6"/>
    <w:basedOn w:val="Normal"/>
    <w:next w:val="Normal"/>
    <w:autoRedefine/>
    <w:rsid w:val="005C2002"/>
    <w:pPr>
      <w:ind w:left="900"/>
      <w:jc w:val="left"/>
    </w:pPr>
    <w:rPr>
      <w:rFonts w:ascii="Calibri" w:hAnsi="Calibri"/>
      <w:szCs w:val="18"/>
    </w:rPr>
  </w:style>
  <w:style w:type="paragraph" w:styleId="TOC7">
    <w:name w:val="toc 7"/>
    <w:basedOn w:val="Normal"/>
    <w:next w:val="Normal"/>
    <w:autoRedefine/>
    <w:rsid w:val="005C2002"/>
    <w:pPr>
      <w:ind w:left="1080"/>
      <w:jc w:val="left"/>
    </w:pPr>
    <w:rPr>
      <w:rFonts w:ascii="Calibri" w:hAnsi="Calibri"/>
      <w:szCs w:val="18"/>
    </w:rPr>
  </w:style>
  <w:style w:type="paragraph" w:styleId="TOC8">
    <w:name w:val="toc 8"/>
    <w:basedOn w:val="Normal"/>
    <w:next w:val="Normal"/>
    <w:autoRedefine/>
    <w:rsid w:val="005C2002"/>
    <w:pPr>
      <w:ind w:left="1260"/>
      <w:jc w:val="left"/>
    </w:pPr>
    <w:rPr>
      <w:rFonts w:ascii="Calibri" w:hAnsi="Calibri"/>
      <w:szCs w:val="18"/>
    </w:rPr>
  </w:style>
  <w:style w:type="paragraph" w:styleId="TOC9">
    <w:name w:val="toc 9"/>
    <w:basedOn w:val="Normal"/>
    <w:next w:val="Normal"/>
    <w:autoRedefine/>
    <w:rsid w:val="005C2002"/>
    <w:pPr>
      <w:ind w:left="1440"/>
      <w:jc w:val="left"/>
    </w:pPr>
    <w:rPr>
      <w:rFonts w:ascii="Calibri" w:hAnsi="Calibri"/>
      <w:szCs w:val="18"/>
    </w:rPr>
  </w:style>
  <w:style w:type="paragraph" w:styleId="FootnoteText">
    <w:name w:val="footnote text"/>
    <w:basedOn w:val="Normal"/>
    <w:link w:val="FootnoteTextChar"/>
    <w:semiHidden/>
    <w:rsid w:val="007434C6"/>
    <w:pPr>
      <w:spacing w:line="240" w:lineRule="auto"/>
      <w:jc w:val="left"/>
    </w:pPr>
    <w:rPr>
      <w:rFonts w:ascii="Calibri" w:eastAsia="Times New Roman" w:hAnsi="Calibri"/>
      <w:szCs w:val="20"/>
      <w:lang w:eastAsia="en-US"/>
    </w:rPr>
  </w:style>
  <w:style w:type="character" w:customStyle="1" w:styleId="FootnoteTextChar">
    <w:name w:val="Footnote Text Char"/>
    <w:basedOn w:val="DefaultParagraphFont"/>
    <w:link w:val="FootnoteText"/>
    <w:semiHidden/>
    <w:locked/>
    <w:rsid w:val="007434C6"/>
    <w:rPr>
      <w:rFonts w:ascii="Calibri" w:hAnsi="Calibri" w:cs="Times New Roman"/>
      <w:lang w:eastAsia="en-US"/>
    </w:rPr>
  </w:style>
  <w:style w:type="character" w:styleId="FootnoteReference">
    <w:name w:val="footnote reference"/>
    <w:basedOn w:val="DefaultParagraphFont"/>
    <w:semiHidden/>
    <w:rsid w:val="007434C6"/>
    <w:rPr>
      <w:rFonts w:cs="Times New Roman"/>
      <w:vertAlign w:val="superscript"/>
    </w:rPr>
  </w:style>
  <w:style w:type="paragraph" w:styleId="NoSpacing">
    <w:name w:val="No Spacing"/>
    <w:uiPriority w:val="1"/>
    <w:qFormat/>
    <w:rsid w:val="00A45B46"/>
    <w:rPr>
      <w:rFonts w:asciiTheme="minorHAnsi" w:eastAsiaTheme="minorEastAsia" w:hAnsiTheme="minorHAnsi" w:cstheme="minorBidi"/>
      <w:sz w:val="22"/>
      <w:szCs w:val="22"/>
      <w:lang w:eastAsia="en-US"/>
    </w:rPr>
  </w:style>
  <w:style w:type="paragraph" w:styleId="Title">
    <w:name w:val="Title"/>
    <w:basedOn w:val="Normal"/>
    <w:next w:val="Normal"/>
    <w:link w:val="TitleChar"/>
    <w:uiPriority w:val="10"/>
    <w:qFormat/>
    <w:locked/>
    <w:rsid w:val="00A45B46"/>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A45B46"/>
    <w:rPr>
      <w:rFonts w:asciiTheme="majorHAnsi" w:eastAsiaTheme="majorEastAsia" w:hAnsiTheme="majorHAnsi" w:cstheme="majorBidi"/>
      <w:color w:val="17365D" w:themeColor="text2" w:themeShade="BF"/>
      <w:spacing w:val="5"/>
      <w:kern w:val="28"/>
      <w:sz w:val="52"/>
      <w:szCs w:val="52"/>
      <w:lang w:val="fr-CA" w:eastAsia="en-US"/>
    </w:rPr>
  </w:style>
  <w:style w:type="paragraph" w:styleId="ListParagraph">
    <w:name w:val="List Paragraph"/>
    <w:aliases w:val="Dot pt,F5 List Paragraph,List Paragraph Char Char Char,Indicator Text,Numbered Para 1,Bullet 1,Bullet Points,List Paragraph2,MAIN CONTENT,Normal numbered,Liste 1,List Paragraph1,Recommendation,List Paragraph11,L,CV text,Table text,3"/>
    <w:basedOn w:val="Normal"/>
    <w:link w:val="ListParagraphChar"/>
    <w:uiPriority w:val="34"/>
    <w:qFormat/>
    <w:rsid w:val="00A45B46"/>
    <w:pPr>
      <w:spacing w:after="200" w:line="276" w:lineRule="auto"/>
      <w:ind w:left="720"/>
      <w:contextualSpacing/>
      <w:jc w:val="left"/>
    </w:pPr>
    <w:rPr>
      <w:rFonts w:asciiTheme="minorHAnsi" w:eastAsiaTheme="minorEastAsia" w:hAnsiTheme="minorHAnsi" w:cstheme="minorBidi"/>
      <w:sz w:val="22"/>
      <w:szCs w:val="22"/>
      <w:lang w:eastAsia="en-US"/>
    </w:rPr>
  </w:style>
  <w:style w:type="paragraph" w:styleId="BodyText3">
    <w:name w:val="Body Text 3"/>
    <w:basedOn w:val="Normal"/>
    <w:link w:val="BodyText3Char"/>
    <w:uiPriority w:val="99"/>
    <w:unhideWhenUsed/>
    <w:rsid w:val="00A45B46"/>
    <w:pPr>
      <w:spacing w:after="120" w:line="276" w:lineRule="auto"/>
      <w:jc w:val="left"/>
    </w:pPr>
    <w:rPr>
      <w:rFonts w:asciiTheme="minorHAnsi" w:eastAsiaTheme="minorEastAsia" w:hAnsiTheme="minorHAnsi" w:cstheme="minorBidi"/>
      <w:sz w:val="16"/>
      <w:szCs w:val="16"/>
      <w:lang w:eastAsia="en-US"/>
    </w:rPr>
  </w:style>
  <w:style w:type="character" w:customStyle="1" w:styleId="BodyText3Char">
    <w:name w:val="Body Text 3 Char"/>
    <w:basedOn w:val="DefaultParagraphFont"/>
    <w:link w:val="BodyText3"/>
    <w:uiPriority w:val="99"/>
    <w:rsid w:val="00A45B46"/>
    <w:rPr>
      <w:rFonts w:asciiTheme="minorHAnsi" w:eastAsiaTheme="minorEastAsia" w:hAnsiTheme="minorHAnsi" w:cstheme="minorBidi"/>
      <w:sz w:val="16"/>
      <w:szCs w:val="16"/>
      <w:lang w:val="fr-CA" w:eastAsia="en-US"/>
    </w:rPr>
  </w:style>
  <w:style w:type="paragraph" w:styleId="List">
    <w:name w:val="List"/>
    <w:basedOn w:val="Normal"/>
    <w:uiPriority w:val="99"/>
    <w:unhideWhenUsed/>
    <w:rsid w:val="00A45B46"/>
    <w:pPr>
      <w:spacing w:after="200" w:line="276" w:lineRule="auto"/>
      <w:ind w:left="360" w:hanging="360"/>
      <w:contextualSpacing/>
      <w:jc w:val="left"/>
    </w:pPr>
    <w:rPr>
      <w:rFonts w:asciiTheme="minorHAnsi" w:eastAsiaTheme="minorEastAsia" w:hAnsiTheme="minorHAnsi" w:cstheme="minorBidi"/>
      <w:sz w:val="22"/>
      <w:szCs w:val="22"/>
      <w:lang w:eastAsia="en-US"/>
    </w:rPr>
  </w:style>
  <w:style w:type="paragraph" w:styleId="List2">
    <w:name w:val="List 2"/>
    <w:basedOn w:val="Normal"/>
    <w:uiPriority w:val="99"/>
    <w:unhideWhenUsed/>
    <w:rsid w:val="00A45B46"/>
    <w:pPr>
      <w:spacing w:after="200" w:line="276" w:lineRule="auto"/>
      <w:ind w:left="720" w:hanging="360"/>
      <w:contextualSpacing/>
      <w:jc w:val="left"/>
    </w:pPr>
    <w:rPr>
      <w:rFonts w:asciiTheme="minorHAnsi" w:eastAsiaTheme="minorEastAsia" w:hAnsiTheme="minorHAnsi" w:cstheme="minorBidi"/>
      <w:sz w:val="22"/>
      <w:szCs w:val="22"/>
      <w:lang w:eastAsia="en-US"/>
    </w:rPr>
  </w:style>
  <w:style w:type="paragraph" w:styleId="List3">
    <w:name w:val="List 3"/>
    <w:basedOn w:val="Normal"/>
    <w:uiPriority w:val="99"/>
    <w:unhideWhenUsed/>
    <w:rsid w:val="00A45B46"/>
    <w:pPr>
      <w:spacing w:after="200" w:line="276" w:lineRule="auto"/>
      <w:ind w:left="1080" w:hanging="360"/>
      <w:contextualSpacing/>
      <w:jc w:val="left"/>
    </w:pPr>
    <w:rPr>
      <w:rFonts w:asciiTheme="minorHAnsi" w:eastAsiaTheme="minorEastAsia" w:hAnsiTheme="minorHAnsi" w:cstheme="minorBidi"/>
      <w:sz w:val="22"/>
      <w:szCs w:val="22"/>
      <w:lang w:eastAsia="en-US"/>
    </w:rPr>
  </w:style>
  <w:style w:type="paragraph" w:styleId="ListBullet">
    <w:name w:val="List Bullet"/>
    <w:basedOn w:val="Normal"/>
    <w:uiPriority w:val="99"/>
    <w:unhideWhenUsed/>
    <w:rsid w:val="00A45B46"/>
    <w:pPr>
      <w:numPr>
        <w:numId w:val="1"/>
      </w:numPr>
      <w:spacing w:after="200" w:line="276" w:lineRule="auto"/>
      <w:contextualSpacing/>
      <w:jc w:val="left"/>
    </w:pPr>
    <w:rPr>
      <w:rFonts w:asciiTheme="minorHAnsi" w:eastAsiaTheme="minorEastAsia" w:hAnsiTheme="minorHAnsi" w:cstheme="minorBidi"/>
      <w:sz w:val="22"/>
      <w:szCs w:val="22"/>
      <w:lang w:eastAsia="en-US"/>
    </w:rPr>
  </w:style>
  <w:style w:type="paragraph" w:styleId="ListBullet2">
    <w:name w:val="List Bullet 2"/>
    <w:basedOn w:val="Normal"/>
    <w:uiPriority w:val="99"/>
    <w:unhideWhenUsed/>
    <w:rsid w:val="00A45B46"/>
    <w:pPr>
      <w:numPr>
        <w:numId w:val="2"/>
      </w:numPr>
      <w:spacing w:after="200" w:line="276" w:lineRule="auto"/>
      <w:contextualSpacing/>
      <w:jc w:val="left"/>
    </w:pPr>
    <w:rPr>
      <w:rFonts w:asciiTheme="minorHAnsi" w:eastAsiaTheme="minorEastAsia" w:hAnsiTheme="minorHAnsi" w:cstheme="minorBidi"/>
      <w:sz w:val="22"/>
      <w:szCs w:val="22"/>
      <w:lang w:eastAsia="en-US"/>
    </w:rPr>
  </w:style>
  <w:style w:type="paragraph" w:styleId="ListBullet3">
    <w:name w:val="List Bullet 3"/>
    <w:basedOn w:val="Normal"/>
    <w:uiPriority w:val="99"/>
    <w:unhideWhenUsed/>
    <w:rsid w:val="00A45B46"/>
    <w:pPr>
      <w:numPr>
        <w:numId w:val="3"/>
      </w:numPr>
      <w:spacing w:after="200" w:line="276" w:lineRule="auto"/>
      <w:contextualSpacing/>
      <w:jc w:val="left"/>
    </w:pPr>
    <w:rPr>
      <w:rFonts w:asciiTheme="minorHAnsi" w:eastAsiaTheme="minorEastAsia" w:hAnsiTheme="minorHAnsi" w:cstheme="minorBidi"/>
      <w:sz w:val="22"/>
      <w:szCs w:val="22"/>
      <w:lang w:eastAsia="en-US"/>
    </w:rPr>
  </w:style>
  <w:style w:type="paragraph" w:styleId="ListNumber">
    <w:name w:val="List Number"/>
    <w:basedOn w:val="Normal"/>
    <w:uiPriority w:val="99"/>
    <w:unhideWhenUsed/>
    <w:rsid w:val="00A45B46"/>
    <w:pPr>
      <w:numPr>
        <w:numId w:val="4"/>
      </w:numPr>
      <w:spacing w:after="200" w:line="276" w:lineRule="auto"/>
      <w:contextualSpacing/>
      <w:jc w:val="left"/>
    </w:pPr>
    <w:rPr>
      <w:rFonts w:asciiTheme="minorHAnsi" w:eastAsiaTheme="minorEastAsia" w:hAnsiTheme="minorHAnsi" w:cstheme="minorBidi"/>
      <w:sz w:val="22"/>
      <w:szCs w:val="22"/>
      <w:lang w:eastAsia="en-US"/>
    </w:rPr>
  </w:style>
  <w:style w:type="paragraph" w:styleId="ListNumber2">
    <w:name w:val="List Number 2"/>
    <w:basedOn w:val="Normal"/>
    <w:uiPriority w:val="99"/>
    <w:unhideWhenUsed/>
    <w:rsid w:val="00A45B46"/>
    <w:pPr>
      <w:numPr>
        <w:numId w:val="5"/>
      </w:numPr>
      <w:spacing w:after="200" w:line="276" w:lineRule="auto"/>
      <w:contextualSpacing/>
      <w:jc w:val="left"/>
    </w:pPr>
    <w:rPr>
      <w:rFonts w:asciiTheme="minorHAnsi" w:eastAsiaTheme="minorEastAsia" w:hAnsiTheme="minorHAnsi" w:cstheme="minorBidi"/>
      <w:sz w:val="22"/>
      <w:szCs w:val="22"/>
      <w:lang w:eastAsia="en-US"/>
    </w:rPr>
  </w:style>
  <w:style w:type="paragraph" w:styleId="ListNumber3">
    <w:name w:val="List Number 3"/>
    <w:basedOn w:val="Normal"/>
    <w:uiPriority w:val="99"/>
    <w:unhideWhenUsed/>
    <w:rsid w:val="00A45B46"/>
    <w:pPr>
      <w:numPr>
        <w:numId w:val="6"/>
      </w:numPr>
      <w:spacing w:after="200" w:line="276" w:lineRule="auto"/>
      <w:contextualSpacing/>
      <w:jc w:val="left"/>
    </w:pPr>
    <w:rPr>
      <w:rFonts w:asciiTheme="minorHAnsi" w:eastAsiaTheme="minorEastAsia" w:hAnsiTheme="minorHAnsi" w:cstheme="minorBidi"/>
      <w:sz w:val="22"/>
      <w:szCs w:val="22"/>
      <w:lang w:eastAsia="en-US"/>
    </w:rPr>
  </w:style>
  <w:style w:type="paragraph" w:styleId="ListContinue">
    <w:name w:val="List Continue"/>
    <w:basedOn w:val="Normal"/>
    <w:uiPriority w:val="99"/>
    <w:unhideWhenUsed/>
    <w:rsid w:val="00A45B46"/>
    <w:pPr>
      <w:spacing w:after="120" w:line="276" w:lineRule="auto"/>
      <w:ind w:left="360"/>
      <w:contextualSpacing/>
      <w:jc w:val="left"/>
    </w:pPr>
    <w:rPr>
      <w:rFonts w:asciiTheme="minorHAnsi" w:eastAsiaTheme="minorEastAsia" w:hAnsiTheme="minorHAnsi" w:cstheme="minorBidi"/>
      <w:sz w:val="22"/>
      <w:szCs w:val="22"/>
      <w:lang w:eastAsia="en-US"/>
    </w:rPr>
  </w:style>
  <w:style w:type="paragraph" w:styleId="ListContinue2">
    <w:name w:val="List Continue 2"/>
    <w:basedOn w:val="Normal"/>
    <w:uiPriority w:val="99"/>
    <w:unhideWhenUsed/>
    <w:rsid w:val="00A45B46"/>
    <w:pPr>
      <w:spacing w:after="120" w:line="276" w:lineRule="auto"/>
      <w:ind w:left="720"/>
      <w:contextualSpacing/>
      <w:jc w:val="left"/>
    </w:pPr>
    <w:rPr>
      <w:rFonts w:asciiTheme="minorHAnsi" w:eastAsiaTheme="minorEastAsia" w:hAnsiTheme="minorHAnsi" w:cstheme="minorBidi"/>
      <w:sz w:val="22"/>
      <w:szCs w:val="22"/>
      <w:lang w:eastAsia="en-US"/>
    </w:rPr>
  </w:style>
  <w:style w:type="paragraph" w:styleId="ListContinue3">
    <w:name w:val="List Continue 3"/>
    <w:basedOn w:val="Normal"/>
    <w:uiPriority w:val="99"/>
    <w:unhideWhenUsed/>
    <w:rsid w:val="00A45B46"/>
    <w:pPr>
      <w:spacing w:after="120" w:line="276" w:lineRule="auto"/>
      <w:ind w:left="1080"/>
      <w:contextualSpacing/>
      <w:jc w:val="left"/>
    </w:pPr>
    <w:rPr>
      <w:rFonts w:asciiTheme="minorHAnsi" w:eastAsiaTheme="minorEastAsia" w:hAnsiTheme="minorHAnsi" w:cstheme="minorBidi"/>
      <w:sz w:val="22"/>
      <w:szCs w:val="22"/>
      <w:lang w:eastAsia="en-US"/>
    </w:rPr>
  </w:style>
  <w:style w:type="paragraph" w:styleId="MacroText">
    <w:name w:val="macro"/>
    <w:link w:val="MacroTextChar"/>
    <w:uiPriority w:val="99"/>
    <w:unhideWhenUsed/>
    <w:rsid w:val="00A45B46"/>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lang w:eastAsia="en-US"/>
    </w:rPr>
  </w:style>
  <w:style w:type="character" w:customStyle="1" w:styleId="MacroTextChar">
    <w:name w:val="Macro Text Char"/>
    <w:basedOn w:val="DefaultParagraphFont"/>
    <w:link w:val="MacroText"/>
    <w:uiPriority w:val="99"/>
    <w:rsid w:val="00A45B46"/>
    <w:rPr>
      <w:rFonts w:ascii="Courier" w:eastAsiaTheme="minorEastAsia" w:hAnsi="Courier" w:cstheme="minorBidi"/>
      <w:lang w:val="fr-CA" w:eastAsia="en-US"/>
    </w:rPr>
  </w:style>
  <w:style w:type="paragraph" w:styleId="Quote">
    <w:name w:val="Quote"/>
    <w:basedOn w:val="Normal"/>
    <w:next w:val="Normal"/>
    <w:link w:val="QuoteChar"/>
    <w:uiPriority w:val="29"/>
    <w:qFormat/>
    <w:rsid w:val="00A45B46"/>
    <w:pPr>
      <w:spacing w:after="200" w:line="276" w:lineRule="auto"/>
      <w:jc w:val="left"/>
    </w:pPr>
    <w:rPr>
      <w:rFonts w:asciiTheme="minorHAnsi" w:eastAsiaTheme="minorEastAsia" w:hAnsiTheme="minorHAnsi" w:cstheme="minorBidi"/>
      <w:i/>
      <w:iCs/>
      <w:color w:val="000000" w:themeColor="text1"/>
      <w:sz w:val="22"/>
      <w:szCs w:val="22"/>
      <w:lang w:eastAsia="en-US"/>
    </w:rPr>
  </w:style>
  <w:style w:type="character" w:customStyle="1" w:styleId="QuoteChar">
    <w:name w:val="Quote Char"/>
    <w:basedOn w:val="DefaultParagraphFont"/>
    <w:link w:val="Quote"/>
    <w:uiPriority w:val="29"/>
    <w:rsid w:val="00A45B46"/>
    <w:rPr>
      <w:rFonts w:asciiTheme="minorHAnsi" w:eastAsiaTheme="minorEastAsia" w:hAnsiTheme="minorHAnsi" w:cstheme="minorBidi"/>
      <w:i/>
      <w:iCs/>
      <w:color w:val="000000" w:themeColor="text1"/>
      <w:sz w:val="22"/>
      <w:szCs w:val="22"/>
      <w:lang w:val="fr-CA" w:eastAsia="en-US"/>
    </w:rPr>
  </w:style>
  <w:style w:type="character" w:styleId="Emphasis">
    <w:name w:val="Emphasis"/>
    <w:basedOn w:val="DefaultParagraphFont"/>
    <w:uiPriority w:val="20"/>
    <w:qFormat/>
    <w:locked/>
    <w:rsid w:val="00A45B46"/>
    <w:rPr>
      <w:i/>
      <w:iCs/>
    </w:rPr>
  </w:style>
  <w:style w:type="paragraph" w:styleId="IntenseQuote">
    <w:name w:val="Intense Quote"/>
    <w:basedOn w:val="Normal"/>
    <w:next w:val="Normal"/>
    <w:link w:val="IntenseQuoteChar"/>
    <w:uiPriority w:val="30"/>
    <w:qFormat/>
    <w:rsid w:val="00A45B46"/>
    <w:pPr>
      <w:pBdr>
        <w:bottom w:val="single" w:sz="4" w:space="4" w:color="4F81BD" w:themeColor="accent1"/>
      </w:pBdr>
      <w:spacing w:before="200" w:after="280" w:line="276" w:lineRule="auto"/>
      <w:ind w:left="936" w:right="936"/>
      <w:jc w:val="left"/>
    </w:pPr>
    <w:rPr>
      <w:rFonts w:asciiTheme="minorHAnsi" w:eastAsiaTheme="minorEastAsia" w:hAnsiTheme="minorHAnsi" w:cstheme="minorBidi"/>
      <w:b/>
      <w:bCs/>
      <w:i/>
      <w:iCs/>
      <w:color w:val="4F81BD" w:themeColor="accent1"/>
      <w:sz w:val="22"/>
      <w:szCs w:val="22"/>
      <w:lang w:eastAsia="en-US"/>
    </w:rPr>
  </w:style>
  <w:style w:type="character" w:customStyle="1" w:styleId="IntenseQuoteChar">
    <w:name w:val="Intense Quote Char"/>
    <w:basedOn w:val="DefaultParagraphFont"/>
    <w:link w:val="IntenseQuote"/>
    <w:uiPriority w:val="30"/>
    <w:rsid w:val="00A45B46"/>
    <w:rPr>
      <w:rFonts w:asciiTheme="minorHAnsi" w:eastAsiaTheme="minorEastAsia" w:hAnsiTheme="minorHAnsi" w:cstheme="minorBidi"/>
      <w:b/>
      <w:bCs/>
      <w:i/>
      <w:iCs/>
      <w:color w:val="4F81BD" w:themeColor="accent1"/>
      <w:sz w:val="22"/>
      <w:szCs w:val="22"/>
      <w:lang w:val="fr-CA" w:eastAsia="en-US"/>
    </w:rPr>
  </w:style>
  <w:style w:type="character" w:styleId="SubtleEmphasis">
    <w:name w:val="Subtle Emphasis"/>
    <w:basedOn w:val="DefaultParagraphFont"/>
    <w:uiPriority w:val="19"/>
    <w:qFormat/>
    <w:rsid w:val="00A45B46"/>
    <w:rPr>
      <w:i/>
      <w:iCs/>
      <w:color w:val="808080" w:themeColor="text1" w:themeTint="7F"/>
    </w:rPr>
  </w:style>
  <w:style w:type="character" w:styleId="IntenseEmphasis">
    <w:name w:val="Intense Emphasis"/>
    <w:basedOn w:val="DefaultParagraphFont"/>
    <w:uiPriority w:val="21"/>
    <w:qFormat/>
    <w:rsid w:val="00A45B46"/>
    <w:rPr>
      <w:b/>
      <w:bCs/>
      <w:i/>
      <w:iCs/>
      <w:color w:val="4F81BD" w:themeColor="accent1"/>
    </w:rPr>
  </w:style>
  <w:style w:type="character" w:styleId="SubtleReference">
    <w:name w:val="Subtle Reference"/>
    <w:basedOn w:val="DefaultParagraphFont"/>
    <w:uiPriority w:val="31"/>
    <w:qFormat/>
    <w:rsid w:val="00A45B46"/>
    <w:rPr>
      <w:smallCaps/>
      <w:color w:val="C0504D" w:themeColor="accent2"/>
      <w:u w:val="single"/>
    </w:rPr>
  </w:style>
  <w:style w:type="character" w:styleId="IntenseReference">
    <w:name w:val="Intense Reference"/>
    <w:basedOn w:val="DefaultParagraphFont"/>
    <w:uiPriority w:val="32"/>
    <w:qFormat/>
    <w:rsid w:val="00A45B46"/>
    <w:rPr>
      <w:b/>
      <w:bCs/>
      <w:smallCaps/>
      <w:color w:val="C0504D" w:themeColor="accent2"/>
      <w:spacing w:val="5"/>
      <w:u w:val="single"/>
    </w:rPr>
  </w:style>
  <w:style w:type="character" w:styleId="BookTitle">
    <w:name w:val="Book Title"/>
    <w:basedOn w:val="DefaultParagraphFont"/>
    <w:uiPriority w:val="33"/>
    <w:qFormat/>
    <w:rsid w:val="00A45B46"/>
    <w:rPr>
      <w:b/>
      <w:bCs/>
      <w:smallCaps/>
      <w:spacing w:val="5"/>
    </w:rPr>
  </w:style>
  <w:style w:type="paragraph" w:styleId="TOCHeading">
    <w:name w:val="TOC Heading"/>
    <w:basedOn w:val="Heading1"/>
    <w:next w:val="Normal"/>
    <w:uiPriority w:val="39"/>
    <w:semiHidden/>
    <w:unhideWhenUsed/>
    <w:qFormat/>
    <w:rsid w:val="00A45B46"/>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table" w:styleId="TableGrid">
    <w:name w:val="Table Grid"/>
    <w:basedOn w:val="TableNormal"/>
    <w:uiPriority w:val="59"/>
    <w:locked/>
    <w:rsid w:val="00A45B46"/>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A45B46"/>
    <w:rPr>
      <w:rFonts w:asciiTheme="minorHAnsi" w:eastAsiaTheme="minorEastAsia"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A45B46"/>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A45B46"/>
    <w:rPr>
      <w:rFonts w:asciiTheme="minorHAnsi" w:eastAsiaTheme="minorEastAsia" w:hAnsiTheme="minorHAnsi" w:cstheme="minorBidi"/>
      <w:color w:val="943634" w:themeColor="accent2" w:themeShade="BF"/>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45B46"/>
    <w:rPr>
      <w:rFonts w:asciiTheme="minorHAnsi" w:eastAsiaTheme="minorEastAsia"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A45B46"/>
    <w:rPr>
      <w:rFonts w:asciiTheme="minorHAnsi" w:eastAsiaTheme="minorEastAsia"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A45B46"/>
    <w:rPr>
      <w:rFonts w:asciiTheme="minorHAnsi" w:eastAsiaTheme="minorEastAsia" w:hAnsiTheme="minorHAnsi" w:cstheme="minorBidi"/>
      <w:color w:val="31849B" w:themeColor="accent5" w:themeShade="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A45B46"/>
    <w:rPr>
      <w:rFonts w:asciiTheme="minorHAnsi" w:eastAsiaTheme="minorEastAsia" w:hAnsiTheme="minorHAnsi" w:cstheme="minorBidi"/>
      <w:color w:val="E36C0A" w:themeColor="accent6" w:themeShade="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1">
    <w:name w:val="Light List1"/>
    <w:basedOn w:val="TableNormal"/>
    <w:uiPriority w:val="61"/>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Normal"/>
    <w:uiPriority w:val="62"/>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1">
    <w:name w:val="Medium Shading 11"/>
    <w:basedOn w:val="TableNormal"/>
    <w:uiPriority w:val="63"/>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A45B46"/>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A45B46"/>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45B46"/>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45B46"/>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45B46"/>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45B46"/>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45B46"/>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A45B46"/>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A45B46"/>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A45B46"/>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A45B46"/>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A45B46"/>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A45B46"/>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A45B46"/>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A45B46"/>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45B46"/>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45B46"/>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45B46"/>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45B46"/>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45B46"/>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A45B46"/>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A45B46"/>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45B46"/>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45B46"/>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45B46"/>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45B46"/>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45B46"/>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45B46"/>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A45B46"/>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1">
    <w:name w:val="Dark List1"/>
    <w:basedOn w:val="TableNormal"/>
    <w:uiPriority w:val="70"/>
    <w:rsid w:val="00A45B46"/>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A45B46"/>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A45B46"/>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A45B46"/>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A45B46"/>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A45B46"/>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A45B46"/>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1">
    <w:name w:val="Colorful Shading1"/>
    <w:basedOn w:val="TableNormal"/>
    <w:uiPriority w:val="71"/>
    <w:rsid w:val="00A45B46"/>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45B46"/>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45B46"/>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A45B46"/>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A45B46"/>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A45B46"/>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A45B46"/>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TableNormal"/>
    <w:uiPriority w:val="72"/>
    <w:rsid w:val="00A45B46"/>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A45B46"/>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A45B46"/>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A45B46"/>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A45B46"/>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A45B46"/>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A45B46"/>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1">
    <w:name w:val="Colorful Grid1"/>
    <w:basedOn w:val="TableNormal"/>
    <w:uiPriority w:val="73"/>
    <w:rsid w:val="00A45B46"/>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A45B46"/>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A45B46"/>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A45B46"/>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A45B46"/>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A45B46"/>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A45B46"/>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m-5083254684491527078start">
    <w:name w:val="m_-5083254684491527078start"/>
    <w:basedOn w:val="Normal"/>
    <w:rsid w:val="00D07632"/>
    <w:pPr>
      <w:spacing w:before="100" w:beforeAutospacing="1" w:after="100" w:afterAutospacing="1" w:line="240" w:lineRule="auto"/>
      <w:jc w:val="left"/>
    </w:pPr>
    <w:rPr>
      <w:rFonts w:ascii="Times New Roman" w:eastAsia="Times New Roman" w:hAnsi="Times New Roman"/>
      <w:sz w:val="24"/>
      <w:lang w:eastAsia="en-US"/>
    </w:rPr>
  </w:style>
  <w:style w:type="character" w:customStyle="1" w:styleId="gd">
    <w:name w:val="gd"/>
    <w:basedOn w:val="DefaultParagraphFont"/>
    <w:rsid w:val="00D07632"/>
  </w:style>
  <w:style w:type="character" w:customStyle="1" w:styleId="go">
    <w:name w:val="go"/>
    <w:basedOn w:val="DefaultParagraphFont"/>
    <w:rsid w:val="00D07632"/>
  </w:style>
  <w:style w:type="character" w:customStyle="1" w:styleId="g3">
    <w:name w:val="g3"/>
    <w:basedOn w:val="DefaultParagraphFont"/>
    <w:rsid w:val="00D07632"/>
  </w:style>
  <w:style w:type="character" w:customStyle="1" w:styleId="hb">
    <w:name w:val="hb"/>
    <w:basedOn w:val="DefaultParagraphFont"/>
    <w:rsid w:val="00D07632"/>
  </w:style>
  <w:style w:type="character" w:customStyle="1" w:styleId="g2">
    <w:name w:val="g2"/>
    <w:basedOn w:val="DefaultParagraphFont"/>
    <w:rsid w:val="00D07632"/>
  </w:style>
  <w:style w:type="character" w:customStyle="1" w:styleId="im">
    <w:name w:val="im"/>
    <w:basedOn w:val="DefaultParagraphFont"/>
    <w:rsid w:val="00D07632"/>
  </w:style>
  <w:style w:type="paragraph" w:customStyle="1" w:styleId="m4463831213501701586start">
    <w:name w:val="m_4463831213501701586start"/>
    <w:basedOn w:val="Normal"/>
    <w:rsid w:val="00D07632"/>
    <w:pPr>
      <w:spacing w:before="100" w:beforeAutospacing="1" w:after="100" w:afterAutospacing="1" w:line="240" w:lineRule="auto"/>
      <w:jc w:val="left"/>
    </w:pPr>
    <w:rPr>
      <w:rFonts w:ascii="Times New Roman" w:eastAsia="Times New Roman" w:hAnsi="Times New Roman"/>
      <w:sz w:val="24"/>
      <w:lang w:eastAsia="en-US"/>
    </w:rPr>
  </w:style>
  <w:style w:type="paragraph" w:customStyle="1" w:styleId="m-224616491891820086start">
    <w:name w:val="m_-224616491891820086start"/>
    <w:basedOn w:val="Normal"/>
    <w:rsid w:val="00D07632"/>
    <w:pPr>
      <w:spacing w:before="100" w:beforeAutospacing="1" w:after="100" w:afterAutospacing="1" w:line="240" w:lineRule="auto"/>
      <w:jc w:val="left"/>
    </w:pPr>
    <w:rPr>
      <w:rFonts w:ascii="Times New Roman" w:eastAsia="Times New Roman" w:hAnsi="Times New Roman"/>
      <w:sz w:val="24"/>
      <w:lang w:eastAsia="en-US"/>
    </w:rPr>
  </w:style>
  <w:style w:type="paragraph" w:customStyle="1" w:styleId="m1226770634281334260start">
    <w:name w:val="m_1226770634281334260start"/>
    <w:basedOn w:val="Normal"/>
    <w:rsid w:val="00D07632"/>
    <w:pPr>
      <w:spacing w:before="100" w:beforeAutospacing="1" w:after="100" w:afterAutospacing="1" w:line="240" w:lineRule="auto"/>
      <w:jc w:val="left"/>
    </w:pPr>
    <w:rPr>
      <w:rFonts w:ascii="Times New Roman" w:eastAsia="Times New Roman" w:hAnsi="Times New Roman"/>
      <w:sz w:val="24"/>
      <w:lang w:eastAsia="en-US"/>
    </w:rPr>
  </w:style>
  <w:style w:type="paragraph" w:customStyle="1" w:styleId="m-5928760239420800988start">
    <w:name w:val="m_-5928760239420800988start"/>
    <w:basedOn w:val="Normal"/>
    <w:rsid w:val="00751F50"/>
    <w:pPr>
      <w:spacing w:before="100" w:beforeAutospacing="1" w:after="100" w:afterAutospacing="1" w:line="240" w:lineRule="auto"/>
      <w:jc w:val="left"/>
    </w:pPr>
    <w:rPr>
      <w:rFonts w:ascii="Times New Roman" w:eastAsia="Times New Roman" w:hAnsi="Times New Roman"/>
      <w:sz w:val="24"/>
      <w:lang w:eastAsia="en-US"/>
    </w:rPr>
  </w:style>
  <w:style w:type="paragraph" w:customStyle="1" w:styleId="m-7528202114640627252start">
    <w:name w:val="m_-7528202114640627252start"/>
    <w:basedOn w:val="Normal"/>
    <w:rsid w:val="00751F50"/>
    <w:pPr>
      <w:spacing w:before="100" w:beforeAutospacing="1" w:after="100" w:afterAutospacing="1" w:line="240" w:lineRule="auto"/>
      <w:jc w:val="left"/>
    </w:pPr>
    <w:rPr>
      <w:rFonts w:ascii="Times New Roman" w:eastAsia="Times New Roman" w:hAnsi="Times New Roman"/>
      <w:sz w:val="24"/>
      <w:lang w:eastAsia="en-US"/>
    </w:rPr>
  </w:style>
  <w:style w:type="paragraph" w:customStyle="1" w:styleId="m-4928409636773084386start">
    <w:name w:val="m_-4928409636773084386start"/>
    <w:basedOn w:val="Normal"/>
    <w:rsid w:val="00751F50"/>
    <w:pPr>
      <w:spacing w:before="100" w:beforeAutospacing="1" w:after="100" w:afterAutospacing="1" w:line="240" w:lineRule="auto"/>
      <w:jc w:val="left"/>
    </w:pPr>
    <w:rPr>
      <w:rFonts w:ascii="Times New Roman" w:eastAsia="Times New Roman" w:hAnsi="Times New Roman"/>
      <w:sz w:val="24"/>
      <w:lang w:eastAsia="en-US"/>
    </w:rPr>
  </w:style>
  <w:style w:type="paragraph" w:styleId="Revision">
    <w:name w:val="Revision"/>
    <w:hidden/>
    <w:uiPriority w:val="99"/>
    <w:semiHidden/>
    <w:rsid w:val="008C5B3C"/>
    <w:rPr>
      <w:rFonts w:ascii="Tahoma" w:hAnsi="Tahoma"/>
      <w:sz w:val="18"/>
      <w:szCs w:val="24"/>
      <w:lang w:eastAsia="fr-FR"/>
    </w:rPr>
  </w:style>
  <w:style w:type="paragraph" w:customStyle="1" w:styleId="m-369224641902743387start">
    <w:name w:val="m_-369224641902743387start"/>
    <w:basedOn w:val="Normal"/>
    <w:rsid w:val="00B4751C"/>
    <w:pPr>
      <w:spacing w:before="100" w:beforeAutospacing="1" w:after="100" w:afterAutospacing="1" w:line="240" w:lineRule="auto"/>
      <w:jc w:val="left"/>
    </w:pPr>
    <w:rPr>
      <w:rFonts w:ascii="Times New Roman" w:eastAsia="Times New Roman" w:hAnsi="Times New Roman"/>
      <w:sz w:val="24"/>
      <w:lang w:eastAsia="en-US"/>
    </w:rPr>
  </w:style>
  <w:style w:type="paragraph" w:customStyle="1" w:styleId="m3052242933295245397start">
    <w:name w:val="m_3052242933295245397start"/>
    <w:basedOn w:val="Normal"/>
    <w:rsid w:val="005129C7"/>
    <w:pPr>
      <w:spacing w:before="100" w:beforeAutospacing="1" w:after="100" w:afterAutospacing="1" w:line="240" w:lineRule="auto"/>
      <w:jc w:val="left"/>
    </w:pPr>
    <w:rPr>
      <w:rFonts w:ascii="Times New Roman" w:eastAsia="Times New Roman" w:hAnsi="Times New Roman"/>
      <w:sz w:val="24"/>
      <w:lang w:eastAsia="en-US"/>
    </w:rPr>
  </w:style>
  <w:style w:type="paragraph" w:styleId="EndnoteText">
    <w:name w:val="endnote text"/>
    <w:basedOn w:val="Normal"/>
    <w:link w:val="EndnoteTextChar"/>
    <w:semiHidden/>
    <w:unhideWhenUsed/>
    <w:rsid w:val="005279A2"/>
    <w:pPr>
      <w:spacing w:line="240" w:lineRule="auto"/>
    </w:pPr>
    <w:rPr>
      <w:szCs w:val="20"/>
    </w:rPr>
  </w:style>
  <w:style w:type="character" w:customStyle="1" w:styleId="EndnoteTextChar">
    <w:name w:val="Endnote Text Char"/>
    <w:basedOn w:val="DefaultParagraphFont"/>
    <w:link w:val="EndnoteText"/>
    <w:semiHidden/>
    <w:rsid w:val="005279A2"/>
    <w:rPr>
      <w:rFonts w:ascii="Tahoma" w:hAnsi="Tahoma"/>
      <w:lang w:eastAsia="fr-FR"/>
    </w:rPr>
  </w:style>
  <w:style w:type="character" w:styleId="EndnoteReference">
    <w:name w:val="endnote reference"/>
    <w:basedOn w:val="DefaultParagraphFont"/>
    <w:semiHidden/>
    <w:unhideWhenUsed/>
    <w:rsid w:val="005279A2"/>
    <w:rPr>
      <w:vertAlign w:val="superscript"/>
    </w:rPr>
  </w:style>
  <w:style w:type="paragraph" w:customStyle="1" w:styleId="msonormal0">
    <w:name w:val="msonormal"/>
    <w:basedOn w:val="Normal"/>
    <w:rsid w:val="00AE00F4"/>
    <w:pPr>
      <w:spacing w:before="100" w:beforeAutospacing="1" w:after="100" w:afterAutospacing="1" w:line="240" w:lineRule="auto"/>
      <w:jc w:val="left"/>
    </w:pPr>
    <w:rPr>
      <w:rFonts w:ascii="Times New Roman" w:eastAsia="Times New Roman" w:hAnsi="Times New Roman"/>
      <w:sz w:val="24"/>
      <w:lang w:eastAsia="en-CA"/>
    </w:rPr>
  </w:style>
  <w:style w:type="table" w:styleId="LightShading">
    <w:name w:val="Light Shading"/>
    <w:basedOn w:val="TableNormal"/>
    <w:uiPriority w:val="60"/>
    <w:unhideWhenUsed/>
    <w:rsid w:val="003F4693"/>
    <w:rPr>
      <w:rFonts w:asciiTheme="minorHAnsi" w:eastAsiaTheme="minorEastAsia"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unhideWhenUsed/>
    <w:rsid w:val="003F4693"/>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unhideWhenUsed/>
    <w:rsid w:val="003F4693"/>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unhideWhenUsed/>
    <w:rsid w:val="003F4693"/>
    <w:rPr>
      <w:rFonts w:asciiTheme="minorHAnsi" w:eastAsiaTheme="minorEastAsia"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
    <w:name w:val="Medium Shading 2"/>
    <w:basedOn w:val="TableNormal"/>
    <w:uiPriority w:val="64"/>
    <w:unhideWhenUsed/>
    <w:rsid w:val="003F4693"/>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unhideWhenUsed/>
    <w:rsid w:val="003F469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
    <w:name w:val="Medium List 2"/>
    <w:basedOn w:val="TableNormal"/>
    <w:uiPriority w:val="66"/>
    <w:unhideWhenUsed/>
    <w:rsid w:val="003F4693"/>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unhideWhenUsed/>
    <w:rsid w:val="003F4693"/>
    <w:rPr>
      <w:rFonts w:asciiTheme="minorHAnsi" w:eastAsiaTheme="minorEastAsia"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unhideWhenUsed/>
    <w:rsid w:val="003F4693"/>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unhideWhenUsed/>
    <w:rsid w:val="003F4693"/>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DarkList">
    <w:name w:val="Dark List"/>
    <w:basedOn w:val="TableNormal"/>
    <w:uiPriority w:val="70"/>
    <w:unhideWhenUsed/>
    <w:rsid w:val="003F4693"/>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olorfulShading">
    <w:name w:val="Colorful Shading"/>
    <w:basedOn w:val="TableNormal"/>
    <w:uiPriority w:val="71"/>
    <w:unhideWhenUsed/>
    <w:rsid w:val="003F469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unhideWhenUsed/>
    <w:rsid w:val="003F4693"/>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
    <w:name w:val="Colorful Grid"/>
    <w:basedOn w:val="TableNormal"/>
    <w:uiPriority w:val="73"/>
    <w:unhideWhenUsed/>
    <w:rsid w:val="003F4693"/>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1">
    <w:name w:val="Light Shading Accent 1"/>
    <w:basedOn w:val="TableNormal"/>
    <w:uiPriority w:val="60"/>
    <w:unhideWhenUsed/>
    <w:rsid w:val="003F4693"/>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unhideWhenUsed/>
    <w:rsid w:val="003F4693"/>
    <w:rPr>
      <w:rFonts w:asciiTheme="minorHAnsi" w:eastAsiaTheme="minorEastAsia"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unhideWhenUsed/>
    <w:rsid w:val="003F4693"/>
    <w:rPr>
      <w:rFonts w:asciiTheme="minorHAnsi" w:eastAsiaTheme="minorEastAsia"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unhideWhenUsed/>
    <w:rsid w:val="003F4693"/>
    <w:rPr>
      <w:rFonts w:asciiTheme="minorHAnsi" w:eastAsiaTheme="minorEastAsia"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unhideWhenUsed/>
    <w:rsid w:val="003F4693"/>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unhideWhenUsed/>
    <w:rsid w:val="003F469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ListParagraphChar">
    <w:name w:val="List Paragraph Char"/>
    <w:aliases w:val="Dot pt Char,F5 List Paragraph Char,List Paragraph Char Char Char Char,Indicator Text Char,Numbered Para 1 Char,Bullet 1 Char,Bullet Points Char,List Paragraph2 Char,MAIN CONTENT Char,Normal numbered Char,Liste 1 Char,L Char,3 Char"/>
    <w:basedOn w:val="DefaultParagraphFont"/>
    <w:link w:val="ListParagraph"/>
    <w:uiPriority w:val="34"/>
    <w:qFormat/>
    <w:locked/>
    <w:rsid w:val="00EF5B91"/>
    <w:rPr>
      <w:rFonts w:asciiTheme="minorHAnsi" w:eastAsiaTheme="minorEastAsia" w:hAnsiTheme="minorHAnsi" w:cstheme="minorBidi"/>
      <w:sz w:val="22"/>
      <w:szCs w:val="22"/>
      <w:lang w:val="fr-CA" w:eastAsia="en-US"/>
    </w:rPr>
  </w:style>
  <w:style w:type="table" w:customStyle="1" w:styleId="PlainTable21">
    <w:name w:val="Plain Table 21"/>
    <w:basedOn w:val="TableNormal"/>
    <w:uiPriority w:val="42"/>
    <w:rsid w:val="0030303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
    <w:name w:val="No List1"/>
    <w:next w:val="NoList"/>
    <w:uiPriority w:val="99"/>
    <w:semiHidden/>
    <w:unhideWhenUsed/>
    <w:rsid w:val="00585258"/>
  </w:style>
  <w:style w:type="table" w:customStyle="1" w:styleId="TableGrid1">
    <w:name w:val="Table Grid1"/>
    <w:basedOn w:val="TableNormal"/>
    <w:next w:val="TableGrid"/>
    <w:uiPriority w:val="59"/>
    <w:rsid w:val="00585258"/>
    <w:rPr>
      <w:rFonts w:ascii="Cambria" w:eastAsia="MS Mincho"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585258"/>
    <w:rPr>
      <w:rFonts w:ascii="Cambria" w:eastAsia="MS Mincho"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rsid w:val="00585258"/>
    <w:rPr>
      <w:rFonts w:ascii="Cambria" w:eastAsia="MS Mincho" w:hAnsi="Cambria"/>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585258"/>
    <w:rPr>
      <w:rFonts w:ascii="Cambria" w:eastAsia="MS Mincho" w:hAnsi="Cambria"/>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585258"/>
    <w:rPr>
      <w:rFonts w:ascii="Cambria" w:eastAsia="MS Mincho" w:hAnsi="Cambria"/>
      <w:color w:val="76923C"/>
      <w:sz w:val="22"/>
      <w:szCs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585258"/>
    <w:rPr>
      <w:rFonts w:ascii="Cambria" w:eastAsia="MS Mincho" w:hAnsi="Cambria"/>
      <w:color w:val="5F497A"/>
      <w:sz w:val="22"/>
      <w:szCs w:val="22"/>
      <w:lang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585258"/>
    <w:rPr>
      <w:rFonts w:ascii="Cambria" w:eastAsia="MS Mincho" w:hAnsi="Cambria"/>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585258"/>
    <w:rPr>
      <w:rFonts w:ascii="Cambria" w:eastAsia="MS Mincho" w:hAnsi="Cambria"/>
      <w:color w:val="E36C0A"/>
      <w:sz w:val="22"/>
      <w:szCs w:val="22"/>
      <w:lang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2">
    <w:name w:val="Light List2"/>
    <w:basedOn w:val="TableNormal"/>
    <w:next w:val="LightList"/>
    <w:uiPriority w:val="61"/>
    <w:rsid w:val="00585258"/>
    <w:rPr>
      <w:rFonts w:ascii="Cambria" w:eastAsia="MS Mincho" w:hAnsi="Cambria"/>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next w:val="LightList-Accent1"/>
    <w:uiPriority w:val="61"/>
    <w:rsid w:val="00585258"/>
    <w:rPr>
      <w:rFonts w:ascii="Cambria" w:eastAsia="MS Mincho" w:hAnsi="Cambria"/>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585258"/>
    <w:rPr>
      <w:rFonts w:ascii="Cambria" w:eastAsia="MS Mincho" w:hAnsi="Cambria"/>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585258"/>
    <w:rPr>
      <w:rFonts w:ascii="Cambria" w:eastAsia="MS Mincho" w:hAnsi="Cambria"/>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585258"/>
    <w:rPr>
      <w:rFonts w:ascii="Cambria" w:eastAsia="MS Mincho" w:hAnsi="Cambria"/>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585258"/>
    <w:rPr>
      <w:rFonts w:ascii="Cambria" w:eastAsia="MS Mincho" w:hAnsi="Cambria"/>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585258"/>
    <w:rPr>
      <w:rFonts w:ascii="Cambria" w:eastAsia="MS Mincho" w:hAnsi="Cambria"/>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2">
    <w:name w:val="Light Grid2"/>
    <w:basedOn w:val="TableNormal"/>
    <w:next w:val="LightGrid"/>
    <w:uiPriority w:val="62"/>
    <w:rsid w:val="00585258"/>
    <w:rPr>
      <w:rFonts w:ascii="Cambria" w:eastAsia="MS Mincho" w:hAnsi="Cambria"/>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next w:val="LightGrid-Accent1"/>
    <w:uiPriority w:val="62"/>
    <w:rsid w:val="00585258"/>
    <w:rPr>
      <w:rFonts w:ascii="Cambria" w:eastAsia="MS Mincho" w:hAnsi="Cambria"/>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rsid w:val="00585258"/>
    <w:rPr>
      <w:rFonts w:ascii="Cambria" w:eastAsia="MS Mincho" w:hAnsi="Cambria"/>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rsid w:val="00585258"/>
    <w:rPr>
      <w:rFonts w:ascii="Cambria" w:eastAsia="MS Mincho" w:hAnsi="Cambria"/>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rsid w:val="00585258"/>
    <w:rPr>
      <w:rFonts w:ascii="Cambria" w:eastAsia="MS Mincho" w:hAnsi="Cambria"/>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rsid w:val="00585258"/>
    <w:rPr>
      <w:rFonts w:ascii="Cambria" w:eastAsia="MS Mincho" w:hAnsi="Cambria"/>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Normal"/>
    <w:next w:val="LightGrid-Accent6"/>
    <w:uiPriority w:val="62"/>
    <w:rsid w:val="00585258"/>
    <w:rPr>
      <w:rFonts w:ascii="Cambria" w:eastAsia="MS Mincho" w:hAnsi="Cambria"/>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2">
    <w:name w:val="Medium Shading 12"/>
    <w:basedOn w:val="TableNormal"/>
    <w:next w:val="MediumShading1"/>
    <w:uiPriority w:val="63"/>
    <w:rsid w:val="00585258"/>
    <w:rPr>
      <w:rFonts w:ascii="Cambria" w:eastAsia="MS Mincho" w:hAnsi="Cambria"/>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585258"/>
    <w:rPr>
      <w:rFonts w:ascii="Cambria" w:eastAsia="MS Mincho" w:hAnsi="Cambria"/>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585258"/>
    <w:rPr>
      <w:rFonts w:ascii="Cambria" w:eastAsia="MS Mincho" w:hAnsi="Cambria"/>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585258"/>
    <w:rPr>
      <w:rFonts w:ascii="Cambria" w:eastAsia="MS Mincho" w:hAnsi="Cambria"/>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585258"/>
    <w:rPr>
      <w:rFonts w:ascii="Cambria" w:eastAsia="MS Mincho" w:hAnsi="Cambria"/>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585258"/>
    <w:rPr>
      <w:rFonts w:ascii="Cambria" w:eastAsia="MS Mincho" w:hAnsi="Cambria"/>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585258"/>
    <w:rPr>
      <w:rFonts w:ascii="Cambria" w:eastAsia="MS Mincho" w:hAnsi="Cambria"/>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
    <w:name w:val="Medium Shading 22"/>
    <w:basedOn w:val="TableNormal"/>
    <w:next w:val="MediumShading2"/>
    <w:uiPriority w:val="64"/>
    <w:rsid w:val="00585258"/>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585258"/>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585258"/>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585258"/>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585258"/>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585258"/>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585258"/>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2">
    <w:name w:val="Medium List 12"/>
    <w:basedOn w:val="TableNormal"/>
    <w:next w:val="MediumList1"/>
    <w:uiPriority w:val="65"/>
    <w:rsid w:val="00585258"/>
    <w:rPr>
      <w:rFonts w:ascii="Cambria" w:eastAsia="MS Mincho"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Normal"/>
    <w:next w:val="MediumList1-Accent1"/>
    <w:uiPriority w:val="65"/>
    <w:rsid w:val="00585258"/>
    <w:rPr>
      <w:rFonts w:ascii="Cambria" w:eastAsia="MS Mincho" w:hAnsi="Cambria"/>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585258"/>
    <w:rPr>
      <w:rFonts w:ascii="Cambria" w:eastAsia="MS Mincho" w:hAnsi="Cambria"/>
      <w:color w:val="000000"/>
      <w:sz w:val="22"/>
      <w:szCs w:val="22"/>
      <w:lang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585258"/>
    <w:rPr>
      <w:rFonts w:ascii="Cambria" w:eastAsia="MS Mincho" w:hAnsi="Cambria"/>
      <w:color w:val="000000"/>
      <w:sz w:val="22"/>
      <w:szCs w:val="22"/>
      <w:lang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585258"/>
    <w:rPr>
      <w:rFonts w:ascii="Cambria" w:eastAsia="MS Mincho" w:hAnsi="Cambria"/>
      <w:color w:val="000000"/>
      <w:sz w:val="22"/>
      <w:szCs w:val="22"/>
      <w:lang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585258"/>
    <w:rPr>
      <w:rFonts w:ascii="Cambria" w:eastAsia="MS Mincho" w:hAnsi="Cambria"/>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585258"/>
    <w:rPr>
      <w:rFonts w:ascii="Cambria" w:eastAsia="MS Mincho" w:hAnsi="Cambria"/>
      <w:color w:val="000000"/>
      <w:sz w:val="22"/>
      <w:szCs w:val="22"/>
      <w:lang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
    <w:name w:val="Medium List 22"/>
    <w:basedOn w:val="TableNormal"/>
    <w:next w:val="MediumList2"/>
    <w:uiPriority w:val="66"/>
    <w:rsid w:val="00585258"/>
    <w:rPr>
      <w:rFonts w:eastAsia="MS Gothic"/>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585258"/>
    <w:rPr>
      <w:rFonts w:eastAsia="MS Gothic"/>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585258"/>
    <w:rPr>
      <w:rFonts w:eastAsia="MS Gothic"/>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585258"/>
    <w:rPr>
      <w:rFonts w:eastAsia="MS Gothic"/>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585258"/>
    <w:rPr>
      <w:rFonts w:eastAsia="MS Gothic"/>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585258"/>
    <w:rPr>
      <w:rFonts w:eastAsia="MS Gothic"/>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585258"/>
    <w:rPr>
      <w:rFonts w:eastAsia="MS Gothic"/>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2">
    <w:name w:val="Medium Grid 12"/>
    <w:basedOn w:val="TableNormal"/>
    <w:next w:val="MediumGrid1"/>
    <w:uiPriority w:val="67"/>
    <w:rsid w:val="00585258"/>
    <w:rPr>
      <w:rFonts w:ascii="Cambria" w:eastAsia="MS Mincho" w:hAnsi="Cambria"/>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585258"/>
    <w:rPr>
      <w:rFonts w:ascii="Cambria" w:eastAsia="MS Mincho" w:hAnsi="Cambria"/>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next w:val="MediumGrid1-Accent2"/>
    <w:uiPriority w:val="67"/>
    <w:rsid w:val="00585258"/>
    <w:rPr>
      <w:rFonts w:ascii="Cambria" w:eastAsia="MS Mincho" w:hAnsi="Cambria"/>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next w:val="MediumGrid1-Accent3"/>
    <w:uiPriority w:val="67"/>
    <w:rsid w:val="00585258"/>
    <w:rPr>
      <w:rFonts w:ascii="Cambria" w:eastAsia="MS Mincho" w:hAnsi="Cambria"/>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rsid w:val="00585258"/>
    <w:rPr>
      <w:rFonts w:ascii="Cambria" w:eastAsia="MS Mincho" w:hAnsi="Cambria"/>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next w:val="MediumGrid1-Accent5"/>
    <w:uiPriority w:val="67"/>
    <w:rsid w:val="00585258"/>
    <w:rPr>
      <w:rFonts w:ascii="Cambria" w:eastAsia="MS Mincho" w:hAnsi="Cambria"/>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next w:val="MediumGrid1-Accent6"/>
    <w:uiPriority w:val="67"/>
    <w:rsid w:val="00585258"/>
    <w:rPr>
      <w:rFonts w:ascii="Cambria" w:eastAsia="MS Mincho" w:hAnsi="Cambria"/>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
    <w:name w:val="Medium Grid 22"/>
    <w:basedOn w:val="TableNormal"/>
    <w:next w:val="MediumGrid2"/>
    <w:uiPriority w:val="68"/>
    <w:rsid w:val="00585258"/>
    <w:rPr>
      <w:rFonts w:eastAsia="MS Gothic"/>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585258"/>
    <w:rPr>
      <w:rFonts w:eastAsia="MS Gothic"/>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585258"/>
    <w:rPr>
      <w:rFonts w:eastAsia="MS Gothic"/>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585258"/>
    <w:rPr>
      <w:rFonts w:eastAsia="MS Gothic"/>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585258"/>
    <w:rPr>
      <w:rFonts w:eastAsia="MS Gothic"/>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585258"/>
    <w:rPr>
      <w:rFonts w:eastAsia="MS Gothic"/>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585258"/>
    <w:rPr>
      <w:rFonts w:eastAsia="MS Gothic"/>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
    <w:name w:val="Medium Grid 32"/>
    <w:basedOn w:val="TableNormal"/>
    <w:next w:val="MediumGrid3"/>
    <w:uiPriority w:val="69"/>
    <w:rsid w:val="00585258"/>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585258"/>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585258"/>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585258"/>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585258"/>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585258"/>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585258"/>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2">
    <w:name w:val="Dark List2"/>
    <w:basedOn w:val="TableNormal"/>
    <w:next w:val="DarkList"/>
    <w:uiPriority w:val="70"/>
    <w:rsid w:val="00585258"/>
    <w:rPr>
      <w:rFonts w:ascii="Cambria" w:eastAsia="MS Mincho" w:hAnsi="Cambria"/>
      <w:color w:val="FFFFFF"/>
      <w:sz w:val="22"/>
      <w:szCs w:val="22"/>
      <w:lang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rsid w:val="00585258"/>
    <w:rPr>
      <w:rFonts w:ascii="Cambria" w:eastAsia="MS Mincho" w:hAnsi="Cambria"/>
      <w:color w:val="FFFFFF"/>
      <w:sz w:val="22"/>
      <w:szCs w:val="22"/>
      <w:lang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Normal"/>
    <w:next w:val="DarkList-Accent2"/>
    <w:uiPriority w:val="70"/>
    <w:rsid w:val="00585258"/>
    <w:rPr>
      <w:rFonts w:ascii="Cambria" w:eastAsia="MS Mincho" w:hAnsi="Cambria"/>
      <w:color w:val="FFFFFF"/>
      <w:sz w:val="22"/>
      <w:szCs w:val="22"/>
      <w:lang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next w:val="DarkList-Accent3"/>
    <w:uiPriority w:val="70"/>
    <w:rsid w:val="00585258"/>
    <w:rPr>
      <w:rFonts w:ascii="Cambria" w:eastAsia="MS Mincho" w:hAnsi="Cambria"/>
      <w:color w:val="FFFFFF"/>
      <w:sz w:val="22"/>
      <w:szCs w:val="22"/>
      <w:lang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next w:val="DarkList-Accent4"/>
    <w:uiPriority w:val="70"/>
    <w:rsid w:val="00585258"/>
    <w:rPr>
      <w:rFonts w:ascii="Cambria" w:eastAsia="MS Mincho" w:hAnsi="Cambria"/>
      <w:color w:val="FFFFFF"/>
      <w:sz w:val="22"/>
      <w:szCs w:val="22"/>
      <w:lang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next w:val="DarkList-Accent5"/>
    <w:uiPriority w:val="70"/>
    <w:rsid w:val="00585258"/>
    <w:rPr>
      <w:rFonts w:ascii="Cambria" w:eastAsia="MS Mincho" w:hAnsi="Cambria"/>
      <w:color w:val="FFFFFF"/>
      <w:sz w:val="22"/>
      <w:szCs w:val="22"/>
      <w:lang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next w:val="DarkList-Accent6"/>
    <w:uiPriority w:val="70"/>
    <w:rsid w:val="00585258"/>
    <w:rPr>
      <w:rFonts w:ascii="Cambria" w:eastAsia="MS Mincho" w:hAnsi="Cambria"/>
      <w:color w:val="FFFFFF"/>
      <w:sz w:val="22"/>
      <w:szCs w:val="22"/>
      <w:lang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2">
    <w:name w:val="Colorful Shading2"/>
    <w:basedOn w:val="TableNormal"/>
    <w:next w:val="ColorfulShading"/>
    <w:uiPriority w:val="71"/>
    <w:rsid w:val="00585258"/>
    <w:rPr>
      <w:rFonts w:ascii="Cambria" w:eastAsia="MS Mincho" w:hAnsi="Cambria"/>
      <w:color w:val="000000"/>
      <w:sz w:val="22"/>
      <w:szCs w:val="22"/>
      <w:lang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585258"/>
    <w:rPr>
      <w:rFonts w:ascii="Cambria" w:eastAsia="MS Mincho" w:hAnsi="Cambria"/>
      <w:color w:val="000000"/>
      <w:sz w:val="22"/>
      <w:szCs w:val="22"/>
      <w:lang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rsid w:val="00585258"/>
    <w:rPr>
      <w:rFonts w:ascii="Cambria" w:eastAsia="MS Mincho" w:hAnsi="Cambria"/>
      <w:color w:val="000000"/>
      <w:sz w:val="22"/>
      <w:szCs w:val="22"/>
      <w:lang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rsid w:val="00585258"/>
    <w:rPr>
      <w:rFonts w:ascii="Cambria" w:eastAsia="MS Mincho" w:hAnsi="Cambria"/>
      <w:color w:val="000000"/>
      <w:sz w:val="22"/>
      <w:szCs w:val="22"/>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Normal"/>
    <w:next w:val="ColorfulShading-Accent4"/>
    <w:uiPriority w:val="71"/>
    <w:rsid w:val="00585258"/>
    <w:rPr>
      <w:rFonts w:ascii="Cambria" w:eastAsia="MS Mincho" w:hAnsi="Cambria"/>
      <w:color w:val="000000"/>
      <w:sz w:val="22"/>
      <w:szCs w:val="22"/>
      <w:lang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rsid w:val="00585258"/>
    <w:rPr>
      <w:rFonts w:ascii="Cambria" w:eastAsia="MS Mincho" w:hAnsi="Cambria"/>
      <w:color w:val="000000"/>
      <w:sz w:val="22"/>
      <w:szCs w:val="22"/>
      <w:lang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rsid w:val="00585258"/>
    <w:rPr>
      <w:rFonts w:ascii="Cambria" w:eastAsia="MS Mincho" w:hAnsi="Cambria"/>
      <w:color w:val="000000"/>
      <w:sz w:val="22"/>
      <w:szCs w:val="22"/>
      <w:lang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2">
    <w:name w:val="Colorful List2"/>
    <w:basedOn w:val="TableNormal"/>
    <w:next w:val="ColorfulList"/>
    <w:uiPriority w:val="72"/>
    <w:rsid w:val="00585258"/>
    <w:rPr>
      <w:rFonts w:ascii="Cambria" w:eastAsia="MS Mincho" w:hAnsi="Cambria"/>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rsid w:val="00585258"/>
    <w:rPr>
      <w:rFonts w:ascii="Cambria" w:eastAsia="MS Mincho" w:hAnsi="Cambria"/>
      <w:color w:val="000000"/>
      <w:sz w:val="22"/>
      <w:szCs w:val="22"/>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Normal"/>
    <w:next w:val="ColorfulList-Accent2"/>
    <w:uiPriority w:val="72"/>
    <w:rsid w:val="00585258"/>
    <w:rPr>
      <w:rFonts w:ascii="Cambria" w:eastAsia="MS Mincho" w:hAnsi="Cambria"/>
      <w:color w:val="000000"/>
      <w:sz w:val="22"/>
      <w:szCs w:val="22"/>
      <w:lang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Normal"/>
    <w:next w:val="ColorfulList-Accent3"/>
    <w:uiPriority w:val="72"/>
    <w:rsid w:val="00585258"/>
    <w:rPr>
      <w:rFonts w:ascii="Cambria" w:eastAsia="MS Mincho" w:hAnsi="Cambria"/>
      <w:color w:val="000000"/>
      <w:sz w:val="22"/>
      <w:szCs w:val="22"/>
      <w:lang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Normal"/>
    <w:next w:val="ColorfulList-Accent4"/>
    <w:uiPriority w:val="72"/>
    <w:rsid w:val="00585258"/>
    <w:rPr>
      <w:rFonts w:ascii="Cambria" w:eastAsia="MS Mincho"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Normal"/>
    <w:next w:val="ColorfulList-Accent5"/>
    <w:uiPriority w:val="72"/>
    <w:rsid w:val="00585258"/>
    <w:rPr>
      <w:rFonts w:ascii="Cambria" w:eastAsia="MS Mincho" w:hAnsi="Cambria"/>
      <w:color w:val="000000"/>
      <w:sz w:val="22"/>
      <w:szCs w:val="22"/>
      <w:lang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next w:val="ColorfulList-Accent6"/>
    <w:uiPriority w:val="72"/>
    <w:rsid w:val="00585258"/>
    <w:rPr>
      <w:rFonts w:ascii="Cambria" w:eastAsia="MS Mincho" w:hAnsi="Cambria"/>
      <w:color w:val="000000"/>
      <w:sz w:val="22"/>
      <w:szCs w:val="22"/>
      <w:lang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2">
    <w:name w:val="Colorful Grid2"/>
    <w:basedOn w:val="TableNormal"/>
    <w:next w:val="ColorfulGrid"/>
    <w:uiPriority w:val="73"/>
    <w:rsid w:val="00585258"/>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585258"/>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Normal"/>
    <w:next w:val="ColorfulGrid-Accent2"/>
    <w:uiPriority w:val="73"/>
    <w:rsid w:val="00585258"/>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Normal"/>
    <w:next w:val="ColorfulGrid-Accent3"/>
    <w:uiPriority w:val="73"/>
    <w:rsid w:val="00585258"/>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Normal"/>
    <w:next w:val="ColorfulGrid-Accent4"/>
    <w:uiPriority w:val="73"/>
    <w:rsid w:val="00585258"/>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Normal"/>
    <w:next w:val="ColorfulGrid-Accent5"/>
    <w:uiPriority w:val="73"/>
    <w:rsid w:val="00585258"/>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next w:val="ColorfulGrid-Accent6"/>
    <w:uiPriority w:val="73"/>
    <w:rsid w:val="00585258"/>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NoList2">
    <w:name w:val="No List2"/>
    <w:next w:val="NoList"/>
    <w:uiPriority w:val="99"/>
    <w:semiHidden/>
    <w:unhideWhenUsed/>
    <w:rsid w:val="00DD68EA"/>
  </w:style>
  <w:style w:type="table" w:customStyle="1" w:styleId="TableGrid2">
    <w:name w:val="Table Grid2"/>
    <w:basedOn w:val="TableNormal"/>
    <w:next w:val="TableGrid"/>
    <w:uiPriority w:val="59"/>
    <w:rsid w:val="00DD68EA"/>
    <w:rPr>
      <w:rFonts w:ascii="Cambria" w:eastAsia="MS Mincho"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DD68EA"/>
    <w:rPr>
      <w:rFonts w:ascii="Cambria" w:eastAsia="MS Mincho"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3">
    <w:name w:val="Light Shading - Accent 13"/>
    <w:basedOn w:val="TableNormal"/>
    <w:next w:val="LightShading-Accent1"/>
    <w:uiPriority w:val="60"/>
    <w:rsid w:val="00DD68EA"/>
    <w:rPr>
      <w:rFonts w:ascii="Cambria" w:eastAsia="MS Mincho" w:hAnsi="Cambria"/>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DD68EA"/>
    <w:rPr>
      <w:rFonts w:ascii="Cambria" w:eastAsia="MS Mincho" w:hAnsi="Cambria"/>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DD68EA"/>
    <w:rPr>
      <w:rFonts w:ascii="Cambria" w:eastAsia="MS Mincho" w:hAnsi="Cambria"/>
      <w:color w:val="76923C"/>
      <w:sz w:val="22"/>
      <w:szCs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DD68EA"/>
    <w:rPr>
      <w:rFonts w:ascii="Cambria" w:eastAsia="MS Mincho" w:hAnsi="Cambria"/>
      <w:color w:val="5F497A"/>
      <w:sz w:val="22"/>
      <w:szCs w:val="22"/>
      <w:lang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Normal"/>
    <w:next w:val="LightShading-Accent5"/>
    <w:uiPriority w:val="60"/>
    <w:rsid w:val="00DD68EA"/>
    <w:rPr>
      <w:rFonts w:ascii="Cambria" w:eastAsia="MS Mincho" w:hAnsi="Cambria"/>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2">
    <w:name w:val="Light Shading - Accent 62"/>
    <w:basedOn w:val="TableNormal"/>
    <w:next w:val="LightShading-Accent6"/>
    <w:uiPriority w:val="60"/>
    <w:rsid w:val="00DD68EA"/>
    <w:rPr>
      <w:rFonts w:ascii="Cambria" w:eastAsia="MS Mincho" w:hAnsi="Cambria"/>
      <w:color w:val="E36C0A"/>
      <w:sz w:val="22"/>
      <w:szCs w:val="22"/>
      <w:lang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3">
    <w:name w:val="Light List3"/>
    <w:basedOn w:val="TableNormal"/>
    <w:next w:val="LightList"/>
    <w:uiPriority w:val="61"/>
    <w:rsid w:val="00DD68EA"/>
    <w:rPr>
      <w:rFonts w:ascii="Cambria" w:eastAsia="MS Mincho" w:hAnsi="Cambria"/>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TableNormal"/>
    <w:next w:val="LightList-Accent1"/>
    <w:uiPriority w:val="61"/>
    <w:rsid w:val="00DD68EA"/>
    <w:rPr>
      <w:rFonts w:ascii="Cambria" w:eastAsia="MS Mincho" w:hAnsi="Cambria"/>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2">
    <w:name w:val="Light List - Accent 22"/>
    <w:basedOn w:val="TableNormal"/>
    <w:next w:val="LightList-Accent2"/>
    <w:uiPriority w:val="61"/>
    <w:rsid w:val="00DD68EA"/>
    <w:rPr>
      <w:rFonts w:ascii="Cambria" w:eastAsia="MS Mincho" w:hAnsi="Cambria"/>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2">
    <w:name w:val="Light List - Accent 32"/>
    <w:basedOn w:val="TableNormal"/>
    <w:next w:val="LightList-Accent3"/>
    <w:uiPriority w:val="61"/>
    <w:rsid w:val="00DD68EA"/>
    <w:rPr>
      <w:rFonts w:ascii="Cambria" w:eastAsia="MS Mincho" w:hAnsi="Cambria"/>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2">
    <w:name w:val="Light List - Accent 42"/>
    <w:basedOn w:val="TableNormal"/>
    <w:next w:val="LightList-Accent4"/>
    <w:uiPriority w:val="61"/>
    <w:rsid w:val="00DD68EA"/>
    <w:rPr>
      <w:rFonts w:ascii="Cambria" w:eastAsia="MS Mincho" w:hAnsi="Cambria"/>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2">
    <w:name w:val="Light List - Accent 52"/>
    <w:basedOn w:val="TableNormal"/>
    <w:next w:val="LightList-Accent5"/>
    <w:uiPriority w:val="61"/>
    <w:rsid w:val="00DD68EA"/>
    <w:rPr>
      <w:rFonts w:ascii="Cambria" w:eastAsia="MS Mincho" w:hAnsi="Cambria"/>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2">
    <w:name w:val="Light List - Accent 62"/>
    <w:basedOn w:val="TableNormal"/>
    <w:next w:val="LightList-Accent6"/>
    <w:uiPriority w:val="61"/>
    <w:rsid w:val="00DD68EA"/>
    <w:rPr>
      <w:rFonts w:ascii="Cambria" w:eastAsia="MS Mincho" w:hAnsi="Cambria"/>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3">
    <w:name w:val="Light Grid3"/>
    <w:basedOn w:val="TableNormal"/>
    <w:next w:val="LightGrid"/>
    <w:uiPriority w:val="62"/>
    <w:rsid w:val="00DD68EA"/>
    <w:rPr>
      <w:rFonts w:ascii="Cambria" w:eastAsia="MS Mincho" w:hAnsi="Cambria"/>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3">
    <w:name w:val="Light Grid - Accent 13"/>
    <w:basedOn w:val="TableNormal"/>
    <w:next w:val="LightGrid-Accent1"/>
    <w:uiPriority w:val="62"/>
    <w:rsid w:val="00DD68EA"/>
    <w:rPr>
      <w:rFonts w:ascii="Cambria" w:eastAsia="MS Mincho" w:hAnsi="Cambria"/>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
    <w:name w:val="Light Grid - Accent 22"/>
    <w:basedOn w:val="TableNormal"/>
    <w:next w:val="LightGrid-Accent2"/>
    <w:uiPriority w:val="62"/>
    <w:rsid w:val="00DD68EA"/>
    <w:rPr>
      <w:rFonts w:ascii="Cambria" w:eastAsia="MS Mincho" w:hAnsi="Cambria"/>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2">
    <w:name w:val="Light Grid - Accent 32"/>
    <w:basedOn w:val="TableNormal"/>
    <w:next w:val="LightGrid-Accent3"/>
    <w:uiPriority w:val="62"/>
    <w:rsid w:val="00DD68EA"/>
    <w:rPr>
      <w:rFonts w:ascii="Cambria" w:eastAsia="MS Mincho" w:hAnsi="Cambria"/>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
    <w:name w:val="Light Grid - Accent 42"/>
    <w:basedOn w:val="TableNormal"/>
    <w:next w:val="LightGrid-Accent4"/>
    <w:uiPriority w:val="62"/>
    <w:rsid w:val="00DD68EA"/>
    <w:rPr>
      <w:rFonts w:ascii="Cambria" w:eastAsia="MS Mincho" w:hAnsi="Cambria"/>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
    <w:name w:val="Light Grid - Accent 52"/>
    <w:basedOn w:val="TableNormal"/>
    <w:next w:val="LightGrid-Accent5"/>
    <w:uiPriority w:val="62"/>
    <w:rsid w:val="00DD68EA"/>
    <w:rPr>
      <w:rFonts w:ascii="Cambria" w:eastAsia="MS Mincho" w:hAnsi="Cambria"/>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
    <w:name w:val="Light Grid - Accent 62"/>
    <w:basedOn w:val="TableNormal"/>
    <w:next w:val="LightGrid-Accent6"/>
    <w:uiPriority w:val="62"/>
    <w:rsid w:val="00DD68EA"/>
    <w:rPr>
      <w:rFonts w:ascii="Cambria" w:eastAsia="MS Mincho" w:hAnsi="Cambria"/>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3">
    <w:name w:val="Medium Shading 13"/>
    <w:basedOn w:val="TableNormal"/>
    <w:next w:val="MediumShading1"/>
    <w:uiPriority w:val="63"/>
    <w:rsid w:val="00DD68EA"/>
    <w:rPr>
      <w:rFonts w:ascii="Cambria" w:eastAsia="MS Mincho" w:hAnsi="Cambria"/>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3">
    <w:name w:val="Medium Shading 1 - Accent 13"/>
    <w:basedOn w:val="TableNormal"/>
    <w:next w:val="MediumShading1-Accent1"/>
    <w:uiPriority w:val="63"/>
    <w:rsid w:val="00DD68EA"/>
    <w:rPr>
      <w:rFonts w:ascii="Cambria" w:eastAsia="MS Mincho" w:hAnsi="Cambria"/>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DD68EA"/>
    <w:rPr>
      <w:rFonts w:ascii="Cambria" w:eastAsia="MS Mincho" w:hAnsi="Cambria"/>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DD68EA"/>
    <w:rPr>
      <w:rFonts w:ascii="Cambria" w:eastAsia="MS Mincho" w:hAnsi="Cambria"/>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DD68EA"/>
    <w:rPr>
      <w:rFonts w:ascii="Cambria" w:eastAsia="MS Mincho" w:hAnsi="Cambria"/>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rsid w:val="00DD68EA"/>
    <w:rPr>
      <w:rFonts w:ascii="Cambria" w:eastAsia="MS Mincho" w:hAnsi="Cambria"/>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rsid w:val="00DD68EA"/>
    <w:rPr>
      <w:rFonts w:ascii="Cambria" w:eastAsia="MS Mincho" w:hAnsi="Cambria"/>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3">
    <w:name w:val="Medium Shading 23"/>
    <w:basedOn w:val="TableNormal"/>
    <w:next w:val="MediumShading2"/>
    <w:uiPriority w:val="64"/>
    <w:rsid w:val="00DD68EA"/>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next w:val="MediumShading2-Accent1"/>
    <w:uiPriority w:val="64"/>
    <w:rsid w:val="00DD68EA"/>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uiPriority w:val="64"/>
    <w:rsid w:val="00DD68EA"/>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rsid w:val="00DD68EA"/>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rsid w:val="00DD68EA"/>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uiPriority w:val="64"/>
    <w:rsid w:val="00DD68EA"/>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rsid w:val="00DD68EA"/>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3">
    <w:name w:val="Medium List 13"/>
    <w:basedOn w:val="TableNormal"/>
    <w:next w:val="MediumList1"/>
    <w:uiPriority w:val="65"/>
    <w:rsid w:val="00DD68EA"/>
    <w:rPr>
      <w:rFonts w:ascii="Cambria" w:eastAsia="MS Mincho"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3">
    <w:name w:val="Medium List 1 - Accent 13"/>
    <w:basedOn w:val="TableNormal"/>
    <w:next w:val="MediumList1-Accent1"/>
    <w:uiPriority w:val="65"/>
    <w:rsid w:val="00DD68EA"/>
    <w:rPr>
      <w:rFonts w:ascii="Cambria" w:eastAsia="MS Mincho" w:hAnsi="Cambria"/>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2">
    <w:name w:val="Medium List 1 - Accent 22"/>
    <w:basedOn w:val="TableNormal"/>
    <w:next w:val="MediumList1-Accent2"/>
    <w:uiPriority w:val="65"/>
    <w:rsid w:val="00DD68EA"/>
    <w:rPr>
      <w:rFonts w:ascii="Cambria" w:eastAsia="MS Mincho" w:hAnsi="Cambria"/>
      <w:color w:val="000000"/>
      <w:sz w:val="22"/>
      <w:szCs w:val="22"/>
      <w:lang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
    <w:name w:val="Medium List 1 - Accent 32"/>
    <w:basedOn w:val="TableNormal"/>
    <w:next w:val="MediumList1-Accent3"/>
    <w:uiPriority w:val="65"/>
    <w:rsid w:val="00DD68EA"/>
    <w:rPr>
      <w:rFonts w:ascii="Cambria" w:eastAsia="MS Mincho" w:hAnsi="Cambria"/>
      <w:color w:val="000000"/>
      <w:sz w:val="22"/>
      <w:szCs w:val="22"/>
      <w:lang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2">
    <w:name w:val="Medium List 1 - Accent 42"/>
    <w:basedOn w:val="TableNormal"/>
    <w:next w:val="MediumList1-Accent4"/>
    <w:uiPriority w:val="65"/>
    <w:rsid w:val="00DD68EA"/>
    <w:rPr>
      <w:rFonts w:ascii="Cambria" w:eastAsia="MS Mincho" w:hAnsi="Cambria"/>
      <w:color w:val="000000"/>
      <w:sz w:val="22"/>
      <w:szCs w:val="22"/>
      <w:lang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2">
    <w:name w:val="Medium List 1 - Accent 52"/>
    <w:basedOn w:val="TableNormal"/>
    <w:next w:val="MediumList1-Accent5"/>
    <w:uiPriority w:val="65"/>
    <w:rsid w:val="00DD68EA"/>
    <w:rPr>
      <w:rFonts w:ascii="Cambria" w:eastAsia="MS Mincho" w:hAnsi="Cambria"/>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2">
    <w:name w:val="Medium List 1 - Accent 62"/>
    <w:basedOn w:val="TableNormal"/>
    <w:next w:val="MediumList1-Accent6"/>
    <w:uiPriority w:val="65"/>
    <w:rsid w:val="00DD68EA"/>
    <w:rPr>
      <w:rFonts w:ascii="Cambria" w:eastAsia="MS Mincho" w:hAnsi="Cambria"/>
      <w:color w:val="000000"/>
      <w:sz w:val="22"/>
      <w:szCs w:val="22"/>
      <w:lang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3">
    <w:name w:val="Medium List 23"/>
    <w:basedOn w:val="TableNormal"/>
    <w:next w:val="MediumList2"/>
    <w:uiPriority w:val="66"/>
    <w:rsid w:val="00DD68EA"/>
    <w:rPr>
      <w:rFonts w:eastAsia="MS Gothic"/>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rsid w:val="00DD68EA"/>
    <w:rPr>
      <w:rFonts w:eastAsia="MS Gothic"/>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Normal"/>
    <w:next w:val="MediumList2-Accent2"/>
    <w:uiPriority w:val="66"/>
    <w:rsid w:val="00DD68EA"/>
    <w:rPr>
      <w:rFonts w:eastAsia="MS Gothic"/>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Normal"/>
    <w:next w:val="MediumList2-Accent3"/>
    <w:uiPriority w:val="66"/>
    <w:rsid w:val="00DD68EA"/>
    <w:rPr>
      <w:rFonts w:eastAsia="MS Gothic"/>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rsid w:val="00DD68EA"/>
    <w:rPr>
      <w:rFonts w:eastAsia="MS Gothic"/>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Normal"/>
    <w:next w:val="MediumList2-Accent5"/>
    <w:uiPriority w:val="66"/>
    <w:rsid w:val="00DD68EA"/>
    <w:rPr>
      <w:rFonts w:eastAsia="MS Gothic"/>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rsid w:val="00DD68EA"/>
    <w:rPr>
      <w:rFonts w:eastAsia="MS Gothic"/>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3">
    <w:name w:val="Medium Grid 13"/>
    <w:basedOn w:val="TableNormal"/>
    <w:next w:val="MediumGrid1"/>
    <w:uiPriority w:val="67"/>
    <w:rsid w:val="00DD68EA"/>
    <w:rPr>
      <w:rFonts w:ascii="Cambria" w:eastAsia="MS Mincho" w:hAnsi="Cambria"/>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
    <w:name w:val="Medium Grid 1 - Accent 12"/>
    <w:basedOn w:val="TableNormal"/>
    <w:next w:val="MediumGrid1-Accent1"/>
    <w:uiPriority w:val="67"/>
    <w:rsid w:val="00DD68EA"/>
    <w:rPr>
      <w:rFonts w:ascii="Cambria" w:eastAsia="MS Mincho" w:hAnsi="Cambria"/>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2">
    <w:name w:val="Medium Grid 1 - Accent 22"/>
    <w:basedOn w:val="TableNormal"/>
    <w:next w:val="MediumGrid1-Accent2"/>
    <w:uiPriority w:val="67"/>
    <w:rsid w:val="00DD68EA"/>
    <w:rPr>
      <w:rFonts w:ascii="Cambria" w:eastAsia="MS Mincho" w:hAnsi="Cambria"/>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2">
    <w:name w:val="Medium Grid 1 - Accent 32"/>
    <w:basedOn w:val="TableNormal"/>
    <w:next w:val="MediumGrid1-Accent3"/>
    <w:uiPriority w:val="67"/>
    <w:rsid w:val="00DD68EA"/>
    <w:rPr>
      <w:rFonts w:ascii="Cambria" w:eastAsia="MS Mincho" w:hAnsi="Cambria"/>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2">
    <w:name w:val="Medium Grid 1 - Accent 42"/>
    <w:basedOn w:val="TableNormal"/>
    <w:next w:val="MediumGrid1-Accent4"/>
    <w:uiPriority w:val="67"/>
    <w:rsid w:val="00DD68EA"/>
    <w:rPr>
      <w:rFonts w:ascii="Cambria" w:eastAsia="MS Mincho" w:hAnsi="Cambria"/>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2">
    <w:name w:val="Medium Grid 1 - Accent 52"/>
    <w:basedOn w:val="TableNormal"/>
    <w:next w:val="MediumGrid1-Accent5"/>
    <w:uiPriority w:val="67"/>
    <w:rsid w:val="00DD68EA"/>
    <w:rPr>
      <w:rFonts w:ascii="Cambria" w:eastAsia="MS Mincho" w:hAnsi="Cambria"/>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2">
    <w:name w:val="Medium Grid 1 - Accent 62"/>
    <w:basedOn w:val="TableNormal"/>
    <w:next w:val="MediumGrid1-Accent6"/>
    <w:uiPriority w:val="67"/>
    <w:rsid w:val="00DD68EA"/>
    <w:rPr>
      <w:rFonts w:ascii="Cambria" w:eastAsia="MS Mincho" w:hAnsi="Cambria"/>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3">
    <w:name w:val="Medium Grid 23"/>
    <w:basedOn w:val="TableNormal"/>
    <w:next w:val="MediumGrid2"/>
    <w:uiPriority w:val="68"/>
    <w:rsid w:val="00DD68EA"/>
    <w:rPr>
      <w:rFonts w:eastAsia="MS Gothic"/>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Normal"/>
    <w:next w:val="MediumGrid2-Accent1"/>
    <w:uiPriority w:val="68"/>
    <w:rsid w:val="00DD68EA"/>
    <w:rPr>
      <w:rFonts w:eastAsia="MS Gothic"/>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2">
    <w:name w:val="Medium Grid 2 - Accent 22"/>
    <w:basedOn w:val="TableNormal"/>
    <w:next w:val="MediumGrid2-Accent2"/>
    <w:uiPriority w:val="68"/>
    <w:rsid w:val="00DD68EA"/>
    <w:rPr>
      <w:rFonts w:eastAsia="MS Gothic"/>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2">
    <w:name w:val="Medium Grid 2 - Accent 32"/>
    <w:basedOn w:val="TableNormal"/>
    <w:next w:val="MediumGrid2-Accent3"/>
    <w:uiPriority w:val="68"/>
    <w:rsid w:val="00DD68EA"/>
    <w:rPr>
      <w:rFonts w:eastAsia="MS Gothic"/>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2">
    <w:name w:val="Medium Grid 2 - Accent 42"/>
    <w:basedOn w:val="TableNormal"/>
    <w:next w:val="MediumGrid2-Accent4"/>
    <w:uiPriority w:val="68"/>
    <w:rsid w:val="00DD68EA"/>
    <w:rPr>
      <w:rFonts w:eastAsia="MS Gothic"/>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2">
    <w:name w:val="Medium Grid 2 - Accent 52"/>
    <w:basedOn w:val="TableNormal"/>
    <w:next w:val="MediumGrid2-Accent5"/>
    <w:uiPriority w:val="68"/>
    <w:rsid w:val="00DD68EA"/>
    <w:rPr>
      <w:rFonts w:eastAsia="MS Gothic"/>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2">
    <w:name w:val="Medium Grid 2 - Accent 62"/>
    <w:basedOn w:val="TableNormal"/>
    <w:next w:val="MediumGrid2-Accent6"/>
    <w:uiPriority w:val="68"/>
    <w:rsid w:val="00DD68EA"/>
    <w:rPr>
      <w:rFonts w:eastAsia="MS Gothic"/>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3">
    <w:name w:val="Medium Grid 33"/>
    <w:basedOn w:val="TableNormal"/>
    <w:next w:val="MediumGrid3"/>
    <w:uiPriority w:val="69"/>
    <w:rsid w:val="00DD68EA"/>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Normal"/>
    <w:next w:val="MediumGrid3-Accent1"/>
    <w:uiPriority w:val="69"/>
    <w:rsid w:val="00DD68EA"/>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2">
    <w:name w:val="Medium Grid 3 - Accent 22"/>
    <w:basedOn w:val="TableNormal"/>
    <w:next w:val="MediumGrid3-Accent2"/>
    <w:uiPriority w:val="69"/>
    <w:rsid w:val="00DD68EA"/>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2">
    <w:name w:val="Medium Grid 3 - Accent 32"/>
    <w:basedOn w:val="TableNormal"/>
    <w:next w:val="MediumGrid3-Accent3"/>
    <w:uiPriority w:val="69"/>
    <w:rsid w:val="00DD68EA"/>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2">
    <w:name w:val="Medium Grid 3 - Accent 42"/>
    <w:basedOn w:val="TableNormal"/>
    <w:next w:val="MediumGrid3-Accent4"/>
    <w:uiPriority w:val="69"/>
    <w:rsid w:val="00DD68EA"/>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2">
    <w:name w:val="Medium Grid 3 - Accent 52"/>
    <w:basedOn w:val="TableNormal"/>
    <w:next w:val="MediumGrid3-Accent5"/>
    <w:uiPriority w:val="69"/>
    <w:rsid w:val="00DD68EA"/>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2">
    <w:name w:val="Medium Grid 3 - Accent 62"/>
    <w:basedOn w:val="TableNormal"/>
    <w:next w:val="MediumGrid3-Accent6"/>
    <w:uiPriority w:val="69"/>
    <w:rsid w:val="00DD68EA"/>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3">
    <w:name w:val="Dark List3"/>
    <w:basedOn w:val="TableNormal"/>
    <w:next w:val="DarkList"/>
    <w:uiPriority w:val="70"/>
    <w:rsid w:val="00DD68EA"/>
    <w:rPr>
      <w:rFonts w:ascii="Cambria" w:eastAsia="MS Mincho" w:hAnsi="Cambria"/>
      <w:color w:val="FFFFFF"/>
      <w:sz w:val="22"/>
      <w:szCs w:val="22"/>
      <w:lang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Normal"/>
    <w:next w:val="DarkList-Accent1"/>
    <w:uiPriority w:val="70"/>
    <w:rsid w:val="00DD68EA"/>
    <w:rPr>
      <w:rFonts w:ascii="Cambria" w:eastAsia="MS Mincho" w:hAnsi="Cambria"/>
      <w:color w:val="FFFFFF"/>
      <w:sz w:val="22"/>
      <w:szCs w:val="22"/>
      <w:lang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2">
    <w:name w:val="Dark List - Accent 22"/>
    <w:basedOn w:val="TableNormal"/>
    <w:next w:val="DarkList-Accent2"/>
    <w:uiPriority w:val="70"/>
    <w:rsid w:val="00DD68EA"/>
    <w:rPr>
      <w:rFonts w:ascii="Cambria" w:eastAsia="MS Mincho" w:hAnsi="Cambria"/>
      <w:color w:val="FFFFFF"/>
      <w:sz w:val="22"/>
      <w:szCs w:val="22"/>
      <w:lang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2">
    <w:name w:val="Dark List - Accent 32"/>
    <w:basedOn w:val="TableNormal"/>
    <w:next w:val="DarkList-Accent3"/>
    <w:uiPriority w:val="70"/>
    <w:rsid w:val="00DD68EA"/>
    <w:rPr>
      <w:rFonts w:ascii="Cambria" w:eastAsia="MS Mincho" w:hAnsi="Cambria"/>
      <w:color w:val="FFFFFF"/>
      <w:sz w:val="22"/>
      <w:szCs w:val="22"/>
      <w:lang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2">
    <w:name w:val="Dark List - Accent 42"/>
    <w:basedOn w:val="TableNormal"/>
    <w:next w:val="DarkList-Accent4"/>
    <w:uiPriority w:val="70"/>
    <w:rsid w:val="00DD68EA"/>
    <w:rPr>
      <w:rFonts w:ascii="Cambria" w:eastAsia="MS Mincho" w:hAnsi="Cambria"/>
      <w:color w:val="FFFFFF"/>
      <w:sz w:val="22"/>
      <w:szCs w:val="22"/>
      <w:lang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2">
    <w:name w:val="Dark List - Accent 52"/>
    <w:basedOn w:val="TableNormal"/>
    <w:next w:val="DarkList-Accent5"/>
    <w:uiPriority w:val="70"/>
    <w:rsid w:val="00DD68EA"/>
    <w:rPr>
      <w:rFonts w:ascii="Cambria" w:eastAsia="MS Mincho" w:hAnsi="Cambria"/>
      <w:color w:val="FFFFFF"/>
      <w:sz w:val="22"/>
      <w:szCs w:val="22"/>
      <w:lang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2">
    <w:name w:val="Dark List - Accent 62"/>
    <w:basedOn w:val="TableNormal"/>
    <w:next w:val="DarkList-Accent6"/>
    <w:uiPriority w:val="70"/>
    <w:rsid w:val="00DD68EA"/>
    <w:rPr>
      <w:rFonts w:ascii="Cambria" w:eastAsia="MS Mincho" w:hAnsi="Cambria"/>
      <w:color w:val="FFFFFF"/>
      <w:sz w:val="22"/>
      <w:szCs w:val="22"/>
      <w:lang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3">
    <w:name w:val="Colorful Shading3"/>
    <w:basedOn w:val="TableNormal"/>
    <w:next w:val="ColorfulShading"/>
    <w:uiPriority w:val="71"/>
    <w:rsid w:val="00DD68EA"/>
    <w:rPr>
      <w:rFonts w:ascii="Cambria" w:eastAsia="MS Mincho" w:hAnsi="Cambria"/>
      <w:color w:val="000000"/>
      <w:sz w:val="22"/>
      <w:szCs w:val="22"/>
      <w:lang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
    <w:name w:val="Colorful Shading - Accent 12"/>
    <w:basedOn w:val="TableNormal"/>
    <w:next w:val="ColorfulShading-Accent1"/>
    <w:uiPriority w:val="71"/>
    <w:rsid w:val="00DD68EA"/>
    <w:rPr>
      <w:rFonts w:ascii="Cambria" w:eastAsia="MS Mincho" w:hAnsi="Cambria"/>
      <w:color w:val="000000"/>
      <w:sz w:val="22"/>
      <w:szCs w:val="22"/>
      <w:lang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2">
    <w:name w:val="Colorful Shading - Accent 22"/>
    <w:basedOn w:val="TableNormal"/>
    <w:next w:val="ColorfulShading-Accent2"/>
    <w:uiPriority w:val="71"/>
    <w:rsid w:val="00DD68EA"/>
    <w:rPr>
      <w:rFonts w:ascii="Cambria" w:eastAsia="MS Mincho" w:hAnsi="Cambria"/>
      <w:color w:val="000000"/>
      <w:sz w:val="22"/>
      <w:szCs w:val="22"/>
      <w:lang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2">
    <w:name w:val="Colorful Shading - Accent 32"/>
    <w:basedOn w:val="TableNormal"/>
    <w:next w:val="ColorfulShading-Accent3"/>
    <w:uiPriority w:val="71"/>
    <w:rsid w:val="00DD68EA"/>
    <w:rPr>
      <w:rFonts w:ascii="Cambria" w:eastAsia="MS Mincho" w:hAnsi="Cambria"/>
      <w:color w:val="000000"/>
      <w:sz w:val="22"/>
      <w:szCs w:val="22"/>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2">
    <w:name w:val="Colorful Shading - Accent 42"/>
    <w:basedOn w:val="TableNormal"/>
    <w:next w:val="ColorfulShading-Accent4"/>
    <w:uiPriority w:val="71"/>
    <w:rsid w:val="00DD68EA"/>
    <w:rPr>
      <w:rFonts w:ascii="Cambria" w:eastAsia="MS Mincho" w:hAnsi="Cambria"/>
      <w:color w:val="000000"/>
      <w:sz w:val="22"/>
      <w:szCs w:val="22"/>
      <w:lang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2">
    <w:name w:val="Colorful Shading - Accent 52"/>
    <w:basedOn w:val="TableNormal"/>
    <w:next w:val="ColorfulShading-Accent5"/>
    <w:uiPriority w:val="71"/>
    <w:rsid w:val="00DD68EA"/>
    <w:rPr>
      <w:rFonts w:ascii="Cambria" w:eastAsia="MS Mincho" w:hAnsi="Cambria"/>
      <w:color w:val="000000"/>
      <w:sz w:val="22"/>
      <w:szCs w:val="22"/>
      <w:lang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2">
    <w:name w:val="Colorful Shading - Accent 62"/>
    <w:basedOn w:val="TableNormal"/>
    <w:next w:val="ColorfulShading-Accent6"/>
    <w:uiPriority w:val="71"/>
    <w:rsid w:val="00DD68EA"/>
    <w:rPr>
      <w:rFonts w:ascii="Cambria" w:eastAsia="MS Mincho" w:hAnsi="Cambria"/>
      <w:color w:val="000000"/>
      <w:sz w:val="22"/>
      <w:szCs w:val="22"/>
      <w:lang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3">
    <w:name w:val="Colorful List3"/>
    <w:basedOn w:val="TableNormal"/>
    <w:next w:val="ColorfulList"/>
    <w:uiPriority w:val="72"/>
    <w:rsid w:val="00DD68EA"/>
    <w:rPr>
      <w:rFonts w:ascii="Cambria" w:eastAsia="MS Mincho" w:hAnsi="Cambria"/>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rsid w:val="00DD68EA"/>
    <w:rPr>
      <w:rFonts w:ascii="Cambria" w:eastAsia="MS Mincho" w:hAnsi="Cambria"/>
      <w:color w:val="000000"/>
      <w:sz w:val="22"/>
      <w:szCs w:val="22"/>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2">
    <w:name w:val="Colorful List - Accent 22"/>
    <w:basedOn w:val="TableNormal"/>
    <w:next w:val="ColorfulList-Accent2"/>
    <w:uiPriority w:val="72"/>
    <w:rsid w:val="00DD68EA"/>
    <w:rPr>
      <w:rFonts w:ascii="Cambria" w:eastAsia="MS Mincho" w:hAnsi="Cambria"/>
      <w:color w:val="000000"/>
      <w:sz w:val="22"/>
      <w:szCs w:val="22"/>
      <w:lang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2">
    <w:name w:val="Colorful List - Accent 32"/>
    <w:basedOn w:val="TableNormal"/>
    <w:next w:val="ColorfulList-Accent3"/>
    <w:uiPriority w:val="72"/>
    <w:rsid w:val="00DD68EA"/>
    <w:rPr>
      <w:rFonts w:ascii="Cambria" w:eastAsia="MS Mincho" w:hAnsi="Cambria"/>
      <w:color w:val="000000"/>
      <w:sz w:val="22"/>
      <w:szCs w:val="22"/>
      <w:lang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2">
    <w:name w:val="Colorful List - Accent 42"/>
    <w:basedOn w:val="TableNormal"/>
    <w:next w:val="ColorfulList-Accent4"/>
    <w:uiPriority w:val="72"/>
    <w:rsid w:val="00DD68EA"/>
    <w:rPr>
      <w:rFonts w:ascii="Cambria" w:eastAsia="MS Mincho"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2">
    <w:name w:val="Colorful List - Accent 52"/>
    <w:basedOn w:val="TableNormal"/>
    <w:next w:val="ColorfulList-Accent5"/>
    <w:uiPriority w:val="72"/>
    <w:rsid w:val="00DD68EA"/>
    <w:rPr>
      <w:rFonts w:ascii="Cambria" w:eastAsia="MS Mincho" w:hAnsi="Cambria"/>
      <w:color w:val="000000"/>
      <w:sz w:val="22"/>
      <w:szCs w:val="22"/>
      <w:lang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2">
    <w:name w:val="Colorful List - Accent 62"/>
    <w:basedOn w:val="TableNormal"/>
    <w:next w:val="ColorfulList-Accent6"/>
    <w:uiPriority w:val="72"/>
    <w:rsid w:val="00DD68EA"/>
    <w:rPr>
      <w:rFonts w:ascii="Cambria" w:eastAsia="MS Mincho" w:hAnsi="Cambria"/>
      <w:color w:val="000000"/>
      <w:sz w:val="22"/>
      <w:szCs w:val="22"/>
      <w:lang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3">
    <w:name w:val="Colorful Grid3"/>
    <w:basedOn w:val="TableNormal"/>
    <w:next w:val="ColorfulGrid"/>
    <w:uiPriority w:val="73"/>
    <w:rsid w:val="00DD68EA"/>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Normal"/>
    <w:next w:val="ColorfulGrid-Accent1"/>
    <w:uiPriority w:val="73"/>
    <w:rsid w:val="00DD68EA"/>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2">
    <w:name w:val="Colorful Grid - Accent 22"/>
    <w:basedOn w:val="TableNormal"/>
    <w:next w:val="ColorfulGrid-Accent2"/>
    <w:uiPriority w:val="73"/>
    <w:rsid w:val="00DD68EA"/>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2">
    <w:name w:val="Colorful Grid - Accent 32"/>
    <w:basedOn w:val="TableNormal"/>
    <w:next w:val="ColorfulGrid-Accent3"/>
    <w:uiPriority w:val="73"/>
    <w:rsid w:val="00DD68EA"/>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2">
    <w:name w:val="Colorful Grid - Accent 42"/>
    <w:basedOn w:val="TableNormal"/>
    <w:next w:val="ColorfulGrid-Accent4"/>
    <w:uiPriority w:val="73"/>
    <w:rsid w:val="00DD68EA"/>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2">
    <w:name w:val="Colorful Grid - Accent 52"/>
    <w:basedOn w:val="TableNormal"/>
    <w:next w:val="ColorfulGrid-Accent5"/>
    <w:uiPriority w:val="73"/>
    <w:rsid w:val="00DD68EA"/>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2">
    <w:name w:val="Colorful Grid - Accent 62"/>
    <w:basedOn w:val="TableNormal"/>
    <w:next w:val="ColorfulGrid-Accent6"/>
    <w:uiPriority w:val="73"/>
    <w:rsid w:val="00DD68EA"/>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NoList3">
    <w:name w:val="No List3"/>
    <w:next w:val="NoList"/>
    <w:uiPriority w:val="99"/>
    <w:semiHidden/>
    <w:unhideWhenUsed/>
    <w:rsid w:val="005D2F78"/>
  </w:style>
  <w:style w:type="table" w:customStyle="1" w:styleId="TableGrid3">
    <w:name w:val="Table Grid3"/>
    <w:basedOn w:val="TableNormal"/>
    <w:next w:val="TableGrid"/>
    <w:uiPriority w:val="59"/>
    <w:rsid w:val="005D2F78"/>
    <w:rPr>
      <w:rFonts w:ascii="Cambria" w:eastAsia="MS Mincho"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4">
    <w:name w:val="Light Shading4"/>
    <w:basedOn w:val="TableNormal"/>
    <w:next w:val="LightShading"/>
    <w:uiPriority w:val="60"/>
    <w:rsid w:val="005D2F78"/>
    <w:rPr>
      <w:rFonts w:ascii="Cambria" w:eastAsia="MS Mincho"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4">
    <w:name w:val="Light Shading - Accent 14"/>
    <w:basedOn w:val="TableNormal"/>
    <w:next w:val="LightShading-Accent1"/>
    <w:uiPriority w:val="60"/>
    <w:rsid w:val="005D2F78"/>
    <w:rPr>
      <w:rFonts w:ascii="Cambria" w:eastAsia="MS Mincho" w:hAnsi="Cambria"/>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3">
    <w:name w:val="Light Shading - Accent 23"/>
    <w:basedOn w:val="TableNormal"/>
    <w:next w:val="LightShading-Accent2"/>
    <w:uiPriority w:val="60"/>
    <w:rsid w:val="005D2F78"/>
    <w:rPr>
      <w:rFonts w:ascii="Cambria" w:eastAsia="MS Mincho" w:hAnsi="Cambria"/>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next w:val="LightShading-Accent3"/>
    <w:uiPriority w:val="60"/>
    <w:rsid w:val="005D2F78"/>
    <w:rPr>
      <w:rFonts w:ascii="Cambria" w:eastAsia="MS Mincho" w:hAnsi="Cambria"/>
      <w:color w:val="76923C"/>
      <w:sz w:val="22"/>
      <w:szCs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3">
    <w:name w:val="Light Shading - Accent 43"/>
    <w:basedOn w:val="TableNormal"/>
    <w:next w:val="LightShading-Accent4"/>
    <w:uiPriority w:val="60"/>
    <w:rsid w:val="005D2F78"/>
    <w:rPr>
      <w:rFonts w:ascii="Cambria" w:eastAsia="MS Mincho" w:hAnsi="Cambria"/>
      <w:color w:val="5F497A"/>
      <w:sz w:val="22"/>
      <w:szCs w:val="22"/>
      <w:lang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3">
    <w:name w:val="Light Shading - Accent 53"/>
    <w:basedOn w:val="TableNormal"/>
    <w:next w:val="LightShading-Accent5"/>
    <w:uiPriority w:val="60"/>
    <w:rsid w:val="005D2F78"/>
    <w:rPr>
      <w:rFonts w:ascii="Cambria" w:eastAsia="MS Mincho" w:hAnsi="Cambria"/>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3">
    <w:name w:val="Light Shading - Accent 63"/>
    <w:basedOn w:val="TableNormal"/>
    <w:next w:val="LightShading-Accent6"/>
    <w:uiPriority w:val="60"/>
    <w:rsid w:val="005D2F78"/>
    <w:rPr>
      <w:rFonts w:ascii="Cambria" w:eastAsia="MS Mincho" w:hAnsi="Cambria"/>
      <w:color w:val="E36C0A"/>
      <w:sz w:val="22"/>
      <w:szCs w:val="22"/>
      <w:lang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4">
    <w:name w:val="Light List4"/>
    <w:basedOn w:val="TableNormal"/>
    <w:next w:val="LightList"/>
    <w:uiPriority w:val="61"/>
    <w:rsid w:val="005D2F78"/>
    <w:rPr>
      <w:rFonts w:ascii="Cambria" w:eastAsia="MS Mincho" w:hAnsi="Cambria"/>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4">
    <w:name w:val="Light List - Accent 14"/>
    <w:basedOn w:val="TableNormal"/>
    <w:next w:val="LightList-Accent1"/>
    <w:uiPriority w:val="61"/>
    <w:rsid w:val="005D2F78"/>
    <w:rPr>
      <w:rFonts w:ascii="Cambria" w:eastAsia="MS Mincho" w:hAnsi="Cambria"/>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3">
    <w:name w:val="Light List - Accent 23"/>
    <w:basedOn w:val="TableNormal"/>
    <w:next w:val="LightList-Accent2"/>
    <w:uiPriority w:val="61"/>
    <w:rsid w:val="005D2F78"/>
    <w:rPr>
      <w:rFonts w:ascii="Cambria" w:eastAsia="MS Mincho" w:hAnsi="Cambria"/>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3">
    <w:name w:val="Light List - Accent 33"/>
    <w:basedOn w:val="TableNormal"/>
    <w:next w:val="LightList-Accent3"/>
    <w:uiPriority w:val="61"/>
    <w:rsid w:val="005D2F78"/>
    <w:rPr>
      <w:rFonts w:ascii="Cambria" w:eastAsia="MS Mincho" w:hAnsi="Cambria"/>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3">
    <w:name w:val="Light List - Accent 43"/>
    <w:basedOn w:val="TableNormal"/>
    <w:next w:val="LightList-Accent4"/>
    <w:uiPriority w:val="61"/>
    <w:rsid w:val="005D2F78"/>
    <w:rPr>
      <w:rFonts w:ascii="Cambria" w:eastAsia="MS Mincho" w:hAnsi="Cambria"/>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3">
    <w:name w:val="Light List - Accent 53"/>
    <w:basedOn w:val="TableNormal"/>
    <w:next w:val="LightList-Accent5"/>
    <w:uiPriority w:val="61"/>
    <w:rsid w:val="005D2F78"/>
    <w:rPr>
      <w:rFonts w:ascii="Cambria" w:eastAsia="MS Mincho" w:hAnsi="Cambria"/>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3">
    <w:name w:val="Light List - Accent 63"/>
    <w:basedOn w:val="TableNormal"/>
    <w:next w:val="LightList-Accent6"/>
    <w:uiPriority w:val="61"/>
    <w:rsid w:val="005D2F78"/>
    <w:rPr>
      <w:rFonts w:ascii="Cambria" w:eastAsia="MS Mincho" w:hAnsi="Cambria"/>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4">
    <w:name w:val="Light Grid4"/>
    <w:basedOn w:val="TableNormal"/>
    <w:next w:val="LightGrid"/>
    <w:uiPriority w:val="62"/>
    <w:rsid w:val="005D2F78"/>
    <w:rPr>
      <w:rFonts w:ascii="Cambria" w:eastAsia="MS Mincho" w:hAnsi="Cambria"/>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4">
    <w:name w:val="Light Grid - Accent 14"/>
    <w:basedOn w:val="TableNormal"/>
    <w:next w:val="LightGrid-Accent1"/>
    <w:uiPriority w:val="62"/>
    <w:rsid w:val="005D2F78"/>
    <w:rPr>
      <w:rFonts w:ascii="Cambria" w:eastAsia="MS Mincho" w:hAnsi="Cambria"/>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3">
    <w:name w:val="Light Grid - Accent 23"/>
    <w:basedOn w:val="TableNormal"/>
    <w:next w:val="LightGrid-Accent2"/>
    <w:uiPriority w:val="62"/>
    <w:rsid w:val="005D2F78"/>
    <w:rPr>
      <w:rFonts w:ascii="Cambria" w:eastAsia="MS Mincho" w:hAnsi="Cambria"/>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3">
    <w:name w:val="Light Grid - Accent 33"/>
    <w:basedOn w:val="TableNormal"/>
    <w:next w:val="LightGrid-Accent3"/>
    <w:uiPriority w:val="62"/>
    <w:rsid w:val="005D2F78"/>
    <w:rPr>
      <w:rFonts w:ascii="Cambria" w:eastAsia="MS Mincho" w:hAnsi="Cambria"/>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3">
    <w:name w:val="Light Grid - Accent 43"/>
    <w:basedOn w:val="TableNormal"/>
    <w:next w:val="LightGrid-Accent4"/>
    <w:uiPriority w:val="62"/>
    <w:rsid w:val="005D2F78"/>
    <w:rPr>
      <w:rFonts w:ascii="Cambria" w:eastAsia="MS Mincho" w:hAnsi="Cambria"/>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3">
    <w:name w:val="Light Grid - Accent 53"/>
    <w:basedOn w:val="TableNormal"/>
    <w:next w:val="LightGrid-Accent5"/>
    <w:uiPriority w:val="62"/>
    <w:rsid w:val="005D2F78"/>
    <w:rPr>
      <w:rFonts w:ascii="Cambria" w:eastAsia="MS Mincho" w:hAnsi="Cambria"/>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3">
    <w:name w:val="Light Grid - Accent 63"/>
    <w:basedOn w:val="TableNormal"/>
    <w:next w:val="LightGrid-Accent6"/>
    <w:uiPriority w:val="62"/>
    <w:rsid w:val="005D2F78"/>
    <w:rPr>
      <w:rFonts w:ascii="Cambria" w:eastAsia="MS Mincho" w:hAnsi="Cambria"/>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4">
    <w:name w:val="Medium Shading 14"/>
    <w:basedOn w:val="TableNormal"/>
    <w:next w:val="MediumShading1"/>
    <w:uiPriority w:val="63"/>
    <w:rsid w:val="005D2F78"/>
    <w:rPr>
      <w:rFonts w:ascii="Cambria" w:eastAsia="MS Mincho" w:hAnsi="Cambria"/>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4">
    <w:name w:val="Medium Shading 1 - Accent 14"/>
    <w:basedOn w:val="TableNormal"/>
    <w:next w:val="MediumShading1-Accent1"/>
    <w:uiPriority w:val="63"/>
    <w:rsid w:val="005D2F78"/>
    <w:rPr>
      <w:rFonts w:ascii="Cambria" w:eastAsia="MS Mincho" w:hAnsi="Cambria"/>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rsid w:val="005D2F78"/>
    <w:rPr>
      <w:rFonts w:ascii="Cambria" w:eastAsia="MS Mincho" w:hAnsi="Cambria"/>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3">
    <w:name w:val="Medium Shading 1 - Accent 33"/>
    <w:basedOn w:val="TableNormal"/>
    <w:next w:val="MediumShading1-Accent3"/>
    <w:uiPriority w:val="63"/>
    <w:rsid w:val="005D2F78"/>
    <w:rPr>
      <w:rFonts w:ascii="Cambria" w:eastAsia="MS Mincho" w:hAnsi="Cambria"/>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rsid w:val="005D2F78"/>
    <w:rPr>
      <w:rFonts w:ascii="Cambria" w:eastAsia="MS Mincho" w:hAnsi="Cambria"/>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3">
    <w:name w:val="Medium Shading 1 - Accent 53"/>
    <w:basedOn w:val="TableNormal"/>
    <w:next w:val="MediumShading1-Accent5"/>
    <w:uiPriority w:val="63"/>
    <w:rsid w:val="005D2F78"/>
    <w:rPr>
      <w:rFonts w:ascii="Cambria" w:eastAsia="MS Mincho" w:hAnsi="Cambria"/>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3">
    <w:name w:val="Medium Shading 1 - Accent 63"/>
    <w:basedOn w:val="TableNormal"/>
    <w:next w:val="MediumShading1-Accent6"/>
    <w:uiPriority w:val="63"/>
    <w:rsid w:val="005D2F78"/>
    <w:rPr>
      <w:rFonts w:ascii="Cambria" w:eastAsia="MS Mincho" w:hAnsi="Cambria"/>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4">
    <w:name w:val="Medium Shading 24"/>
    <w:basedOn w:val="TableNormal"/>
    <w:next w:val="MediumShading2"/>
    <w:uiPriority w:val="64"/>
    <w:rsid w:val="005D2F78"/>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next w:val="MediumShading2-Accent1"/>
    <w:uiPriority w:val="64"/>
    <w:rsid w:val="005D2F78"/>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3">
    <w:name w:val="Medium Shading 2 - Accent 23"/>
    <w:basedOn w:val="TableNormal"/>
    <w:next w:val="MediumShading2-Accent2"/>
    <w:uiPriority w:val="64"/>
    <w:rsid w:val="005D2F78"/>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3">
    <w:name w:val="Medium Shading 2 - Accent 33"/>
    <w:basedOn w:val="TableNormal"/>
    <w:next w:val="MediumShading2-Accent3"/>
    <w:uiPriority w:val="64"/>
    <w:rsid w:val="005D2F78"/>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3">
    <w:name w:val="Medium Shading 2 - Accent 43"/>
    <w:basedOn w:val="TableNormal"/>
    <w:next w:val="MediumShading2-Accent4"/>
    <w:uiPriority w:val="64"/>
    <w:rsid w:val="005D2F78"/>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3">
    <w:name w:val="Medium Shading 2 - Accent 53"/>
    <w:basedOn w:val="TableNormal"/>
    <w:next w:val="MediumShading2-Accent5"/>
    <w:uiPriority w:val="64"/>
    <w:rsid w:val="005D2F78"/>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3">
    <w:name w:val="Medium Shading 2 - Accent 63"/>
    <w:basedOn w:val="TableNormal"/>
    <w:next w:val="MediumShading2-Accent6"/>
    <w:uiPriority w:val="64"/>
    <w:rsid w:val="005D2F78"/>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4">
    <w:name w:val="Medium List 14"/>
    <w:basedOn w:val="TableNormal"/>
    <w:next w:val="MediumList1"/>
    <w:uiPriority w:val="65"/>
    <w:rsid w:val="005D2F78"/>
    <w:rPr>
      <w:rFonts w:ascii="Cambria" w:eastAsia="MS Mincho"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4">
    <w:name w:val="Medium List 1 - Accent 14"/>
    <w:basedOn w:val="TableNormal"/>
    <w:next w:val="MediumList1-Accent1"/>
    <w:uiPriority w:val="65"/>
    <w:rsid w:val="005D2F78"/>
    <w:rPr>
      <w:rFonts w:ascii="Cambria" w:eastAsia="MS Mincho" w:hAnsi="Cambria"/>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3">
    <w:name w:val="Medium List 1 - Accent 23"/>
    <w:basedOn w:val="TableNormal"/>
    <w:next w:val="MediumList1-Accent2"/>
    <w:uiPriority w:val="65"/>
    <w:rsid w:val="005D2F78"/>
    <w:rPr>
      <w:rFonts w:ascii="Cambria" w:eastAsia="MS Mincho" w:hAnsi="Cambria"/>
      <w:color w:val="000000"/>
      <w:sz w:val="22"/>
      <w:szCs w:val="22"/>
      <w:lang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3">
    <w:name w:val="Medium List 1 - Accent 33"/>
    <w:basedOn w:val="TableNormal"/>
    <w:next w:val="MediumList1-Accent3"/>
    <w:uiPriority w:val="65"/>
    <w:rsid w:val="005D2F78"/>
    <w:rPr>
      <w:rFonts w:ascii="Cambria" w:eastAsia="MS Mincho" w:hAnsi="Cambria"/>
      <w:color w:val="000000"/>
      <w:sz w:val="22"/>
      <w:szCs w:val="22"/>
      <w:lang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3">
    <w:name w:val="Medium List 1 - Accent 43"/>
    <w:basedOn w:val="TableNormal"/>
    <w:next w:val="MediumList1-Accent4"/>
    <w:uiPriority w:val="65"/>
    <w:rsid w:val="005D2F78"/>
    <w:rPr>
      <w:rFonts w:ascii="Cambria" w:eastAsia="MS Mincho" w:hAnsi="Cambria"/>
      <w:color w:val="000000"/>
      <w:sz w:val="22"/>
      <w:szCs w:val="22"/>
      <w:lang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3">
    <w:name w:val="Medium List 1 - Accent 53"/>
    <w:basedOn w:val="TableNormal"/>
    <w:next w:val="MediumList1-Accent5"/>
    <w:uiPriority w:val="65"/>
    <w:rsid w:val="005D2F78"/>
    <w:rPr>
      <w:rFonts w:ascii="Cambria" w:eastAsia="MS Mincho" w:hAnsi="Cambria"/>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3">
    <w:name w:val="Medium List 1 - Accent 63"/>
    <w:basedOn w:val="TableNormal"/>
    <w:next w:val="MediumList1-Accent6"/>
    <w:uiPriority w:val="65"/>
    <w:rsid w:val="005D2F78"/>
    <w:rPr>
      <w:rFonts w:ascii="Cambria" w:eastAsia="MS Mincho" w:hAnsi="Cambria"/>
      <w:color w:val="000000"/>
      <w:sz w:val="22"/>
      <w:szCs w:val="22"/>
      <w:lang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4">
    <w:name w:val="Medium List 24"/>
    <w:basedOn w:val="TableNormal"/>
    <w:next w:val="MediumList2"/>
    <w:uiPriority w:val="66"/>
    <w:rsid w:val="005D2F78"/>
    <w:rPr>
      <w:rFonts w:eastAsia="MS Gothic"/>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3">
    <w:name w:val="Medium List 2 - Accent 13"/>
    <w:basedOn w:val="TableNormal"/>
    <w:next w:val="MediumList2-Accent1"/>
    <w:uiPriority w:val="66"/>
    <w:rsid w:val="005D2F78"/>
    <w:rPr>
      <w:rFonts w:eastAsia="MS Gothic"/>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3">
    <w:name w:val="Medium List 2 - Accent 23"/>
    <w:basedOn w:val="TableNormal"/>
    <w:next w:val="MediumList2-Accent2"/>
    <w:uiPriority w:val="66"/>
    <w:rsid w:val="005D2F78"/>
    <w:rPr>
      <w:rFonts w:eastAsia="MS Gothic"/>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3">
    <w:name w:val="Medium List 2 - Accent 33"/>
    <w:basedOn w:val="TableNormal"/>
    <w:next w:val="MediumList2-Accent3"/>
    <w:uiPriority w:val="66"/>
    <w:rsid w:val="005D2F78"/>
    <w:rPr>
      <w:rFonts w:eastAsia="MS Gothic"/>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3">
    <w:name w:val="Medium List 2 - Accent 43"/>
    <w:basedOn w:val="TableNormal"/>
    <w:next w:val="MediumList2-Accent4"/>
    <w:uiPriority w:val="66"/>
    <w:rsid w:val="005D2F78"/>
    <w:rPr>
      <w:rFonts w:eastAsia="MS Gothic"/>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3">
    <w:name w:val="Medium List 2 - Accent 53"/>
    <w:basedOn w:val="TableNormal"/>
    <w:next w:val="MediumList2-Accent5"/>
    <w:uiPriority w:val="66"/>
    <w:rsid w:val="005D2F78"/>
    <w:rPr>
      <w:rFonts w:eastAsia="MS Gothic"/>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3">
    <w:name w:val="Medium List 2 - Accent 63"/>
    <w:basedOn w:val="TableNormal"/>
    <w:next w:val="MediumList2-Accent6"/>
    <w:uiPriority w:val="66"/>
    <w:rsid w:val="005D2F78"/>
    <w:rPr>
      <w:rFonts w:eastAsia="MS Gothic"/>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4">
    <w:name w:val="Medium Grid 14"/>
    <w:basedOn w:val="TableNormal"/>
    <w:next w:val="MediumGrid1"/>
    <w:uiPriority w:val="67"/>
    <w:rsid w:val="005D2F78"/>
    <w:rPr>
      <w:rFonts w:ascii="Cambria" w:eastAsia="MS Mincho" w:hAnsi="Cambria"/>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3">
    <w:name w:val="Medium Grid 1 - Accent 13"/>
    <w:basedOn w:val="TableNormal"/>
    <w:next w:val="MediumGrid1-Accent1"/>
    <w:uiPriority w:val="67"/>
    <w:rsid w:val="005D2F78"/>
    <w:rPr>
      <w:rFonts w:ascii="Cambria" w:eastAsia="MS Mincho" w:hAnsi="Cambria"/>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3">
    <w:name w:val="Medium Grid 1 - Accent 23"/>
    <w:basedOn w:val="TableNormal"/>
    <w:next w:val="MediumGrid1-Accent2"/>
    <w:uiPriority w:val="67"/>
    <w:rsid w:val="005D2F78"/>
    <w:rPr>
      <w:rFonts w:ascii="Cambria" w:eastAsia="MS Mincho" w:hAnsi="Cambria"/>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3">
    <w:name w:val="Medium Grid 1 - Accent 33"/>
    <w:basedOn w:val="TableNormal"/>
    <w:next w:val="MediumGrid1-Accent3"/>
    <w:uiPriority w:val="67"/>
    <w:rsid w:val="005D2F78"/>
    <w:rPr>
      <w:rFonts w:ascii="Cambria" w:eastAsia="MS Mincho" w:hAnsi="Cambria"/>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3">
    <w:name w:val="Medium Grid 1 - Accent 43"/>
    <w:basedOn w:val="TableNormal"/>
    <w:next w:val="MediumGrid1-Accent4"/>
    <w:uiPriority w:val="67"/>
    <w:rsid w:val="005D2F78"/>
    <w:rPr>
      <w:rFonts w:ascii="Cambria" w:eastAsia="MS Mincho" w:hAnsi="Cambria"/>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3">
    <w:name w:val="Medium Grid 1 - Accent 53"/>
    <w:basedOn w:val="TableNormal"/>
    <w:next w:val="MediumGrid1-Accent5"/>
    <w:uiPriority w:val="67"/>
    <w:rsid w:val="005D2F78"/>
    <w:rPr>
      <w:rFonts w:ascii="Cambria" w:eastAsia="MS Mincho" w:hAnsi="Cambria"/>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3">
    <w:name w:val="Medium Grid 1 - Accent 63"/>
    <w:basedOn w:val="TableNormal"/>
    <w:next w:val="MediumGrid1-Accent6"/>
    <w:uiPriority w:val="67"/>
    <w:rsid w:val="005D2F78"/>
    <w:rPr>
      <w:rFonts w:ascii="Cambria" w:eastAsia="MS Mincho" w:hAnsi="Cambria"/>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4">
    <w:name w:val="Medium Grid 24"/>
    <w:basedOn w:val="TableNormal"/>
    <w:next w:val="MediumGrid2"/>
    <w:uiPriority w:val="68"/>
    <w:rsid w:val="005D2F78"/>
    <w:rPr>
      <w:rFonts w:eastAsia="MS Gothic"/>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3">
    <w:name w:val="Medium Grid 2 - Accent 13"/>
    <w:basedOn w:val="TableNormal"/>
    <w:next w:val="MediumGrid2-Accent1"/>
    <w:uiPriority w:val="68"/>
    <w:rsid w:val="005D2F78"/>
    <w:rPr>
      <w:rFonts w:eastAsia="MS Gothic"/>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3">
    <w:name w:val="Medium Grid 2 - Accent 23"/>
    <w:basedOn w:val="TableNormal"/>
    <w:next w:val="MediumGrid2-Accent2"/>
    <w:uiPriority w:val="68"/>
    <w:rsid w:val="005D2F78"/>
    <w:rPr>
      <w:rFonts w:eastAsia="MS Gothic"/>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3">
    <w:name w:val="Medium Grid 2 - Accent 33"/>
    <w:basedOn w:val="TableNormal"/>
    <w:next w:val="MediumGrid2-Accent3"/>
    <w:uiPriority w:val="68"/>
    <w:rsid w:val="005D2F78"/>
    <w:rPr>
      <w:rFonts w:eastAsia="MS Gothic"/>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3">
    <w:name w:val="Medium Grid 2 - Accent 43"/>
    <w:basedOn w:val="TableNormal"/>
    <w:next w:val="MediumGrid2-Accent4"/>
    <w:uiPriority w:val="68"/>
    <w:rsid w:val="005D2F78"/>
    <w:rPr>
      <w:rFonts w:eastAsia="MS Gothic"/>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3">
    <w:name w:val="Medium Grid 2 - Accent 53"/>
    <w:basedOn w:val="TableNormal"/>
    <w:next w:val="MediumGrid2-Accent5"/>
    <w:uiPriority w:val="68"/>
    <w:rsid w:val="005D2F78"/>
    <w:rPr>
      <w:rFonts w:eastAsia="MS Gothic"/>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3">
    <w:name w:val="Medium Grid 2 - Accent 63"/>
    <w:basedOn w:val="TableNormal"/>
    <w:next w:val="MediumGrid2-Accent6"/>
    <w:uiPriority w:val="68"/>
    <w:rsid w:val="005D2F78"/>
    <w:rPr>
      <w:rFonts w:eastAsia="MS Gothic"/>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4">
    <w:name w:val="Medium Grid 34"/>
    <w:basedOn w:val="TableNormal"/>
    <w:next w:val="MediumGrid3"/>
    <w:uiPriority w:val="69"/>
    <w:rsid w:val="005D2F78"/>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3">
    <w:name w:val="Medium Grid 3 - Accent 13"/>
    <w:basedOn w:val="TableNormal"/>
    <w:next w:val="MediumGrid3-Accent1"/>
    <w:uiPriority w:val="69"/>
    <w:rsid w:val="005D2F78"/>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3">
    <w:name w:val="Medium Grid 3 - Accent 23"/>
    <w:basedOn w:val="TableNormal"/>
    <w:next w:val="MediumGrid3-Accent2"/>
    <w:uiPriority w:val="69"/>
    <w:rsid w:val="005D2F78"/>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3">
    <w:name w:val="Medium Grid 3 - Accent 33"/>
    <w:basedOn w:val="TableNormal"/>
    <w:next w:val="MediumGrid3-Accent3"/>
    <w:uiPriority w:val="69"/>
    <w:rsid w:val="005D2F78"/>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3">
    <w:name w:val="Medium Grid 3 - Accent 43"/>
    <w:basedOn w:val="TableNormal"/>
    <w:next w:val="MediumGrid3-Accent4"/>
    <w:uiPriority w:val="69"/>
    <w:rsid w:val="005D2F78"/>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3">
    <w:name w:val="Medium Grid 3 - Accent 53"/>
    <w:basedOn w:val="TableNormal"/>
    <w:next w:val="MediumGrid3-Accent5"/>
    <w:uiPriority w:val="69"/>
    <w:rsid w:val="005D2F78"/>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3">
    <w:name w:val="Medium Grid 3 - Accent 63"/>
    <w:basedOn w:val="TableNormal"/>
    <w:next w:val="MediumGrid3-Accent6"/>
    <w:uiPriority w:val="69"/>
    <w:rsid w:val="005D2F78"/>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4">
    <w:name w:val="Dark List4"/>
    <w:basedOn w:val="TableNormal"/>
    <w:next w:val="DarkList"/>
    <w:uiPriority w:val="70"/>
    <w:rsid w:val="005D2F78"/>
    <w:rPr>
      <w:rFonts w:ascii="Cambria" w:eastAsia="MS Mincho" w:hAnsi="Cambria"/>
      <w:color w:val="FFFFFF"/>
      <w:sz w:val="22"/>
      <w:szCs w:val="22"/>
      <w:lang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3">
    <w:name w:val="Dark List - Accent 13"/>
    <w:basedOn w:val="TableNormal"/>
    <w:next w:val="DarkList-Accent1"/>
    <w:uiPriority w:val="70"/>
    <w:rsid w:val="005D2F78"/>
    <w:rPr>
      <w:rFonts w:ascii="Cambria" w:eastAsia="MS Mincho" w:hAnsi="Cambria"/>
      <w:color w:val="FFFFFF"/>
      <w:sz w:val="22"/>
      <w:szCs w:val="22"/>
      <w:lang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3">
    <w:name w:val="Dark List - Accent 23"/>
    <w:basedOn w:val="TableNormal"/>
    <w:next w:val="DarkList-Accent2"/>
    <w:uiPriority w:val="70"/>
    <w:rsid w:val="005D2F78"/>
    <w:rPr>
      <w:rFonts w:ascii="Cambria" w:eastAsia="MS Mincho" w:hAnsi="Cambria"/>
      <w:color w:val="FFFFFF"/>
      <w:sz w:val="22"/>
      <w:szCs w:val="22"/>
      <w:lang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3">
    <w:name w:val="Dark List - Accent 33"/>
    <w:basedOn w:val="TableNormal"/>
    <w:next w:val="DarkList-Accent3"/>
    <w:uiPriority w:val="70"/>
    <w:rsid w:val="005D2F78"/>
    <w:rPr>
      <w:rFonts w:ascii="Cambria" w:eastAsia="MS Mincho" w:hAnsi="Cambria"/>
      <w:color w:val="FFFFFF"/>
      <w:sz w:val="22"/>
      <w:szCs w:val="22"/>
      <w:lang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3">
    <w:name w:val="Dark List - Accent 43"/>
    <w:basedOn w:val="TableNormal"/>
    <w:next w:val="DarkList-Accent4"/>
    <w:uiPriority w:val="70"/>
    <w:rsid w:val="005D2F78"/>
    <w:rPr>
      <w:rFonts w:ascii="Cambria" w:eastAsia="MS Mincho" w:hAnsi="Cambria"/>
      <w:color w:val="FFFFFF"/>
      <w:sz w:val="22"/>
      <w:szCs w:val="22"/>
      <w:lang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3">
    <w:name w:val="Dark List - Accent 53"/>
    <w:basedOn w:val="TableNormal"/>
    <w:next w:val="DarkList-Accent5"/>
    <w:uiPriority w:val="70"/>
    <w:rsid w:val="005D2F78"/>
    <w:rPr>
      <w:rFonts w:ascii="Cambria" w:eastAsia="MS Mincho" w:hAnsi="Cambria"/>
      <w:color w:val="FFFFFF"/>
      <w:sz w:val="22"/>
      <w:szCs w:val="22"/>
      <w:lang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3">
    <w:name w:val="Dark List - Accent 63"/>
    <w:basedOn w:val="TableNormal"/>
    <w:next w:val="DarkList-Accent6"/>
    <w:uiPriority w:val="70"/>
    <w:rsid w:val="005D2F78"/>
    <w:rPr>
      <w:rFonts w:ascii="Cambria" w:eastAsia="MS Mincho" w:hAnsi="Cambria"/>
      <w:color w:val="FFFFFF"/>
      <w:sz w:val="22"/>
      <w:szCs w:val="22"/>
      <w:lang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4">
    <w:name w:val="Colorful Shading4"/>
    <w:basedOn w:val="TableNormal"/>
    <w:next w:val="ColorfulShading"/>
    <w:uiPriority w:val="71"/>
    <w:rsid w:val="005D2F78"/>
    <w:rPr>
      <w:rFonts w:ascii="Cambria" w:eastAsia="MS Mincho" w:hAnsi="Cambria"/>
      <w:color w:val="000000"/>
      <w:sz w:val="22"/>
      <w:szCs w:val="22"/>
      <w:lang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3">
    <w:name w:val="Colorful Shading - Accent 13"/>
    <w:basedOn w:val="TableNormal"/>
    <w:next w:val="ColorfulShading-Accent1"/>
    <w:uiPriority w:val="71"/>
    <w:rsid w:val="005D2F78"/>
    <w:rPr>
      <w:rFonts w:ascii="Cambria" w:eastAsia="MS Mincho" w:hAnsi="Cambria"/>
      <w:color w:val="000000"/>
      <w:sz w:val="22"/>
      <w:szCs w:val="22"/>
      <w:lang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3">
    <w:name w:val="Colorful Shading - Accent 23"/>
    <w:basedOn w:val="TableNormal"/>
    <w:next w:val="ColorfulShading-Accent2"/>
    <w:uiPriority w:val="71"/>
    <w:rsid w:val="005D2F78"/>
    <w:rPr>
      <w:rFonts w:ascii="Cambria" w:eastAsia="MS Mincho" w:hAnsi="Cambria"/>
      <w:color w:val="000000"/>
      <w:sz w:val="22"/>
      <w:szCs w:val="22"/>
      <w:lang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3">
    <w:name w:val="Colorful Shading - Accent 33"/>
    <w:basedOn w:val="TableNormal"/>
    <w:next w:val="ColorfulShading-Accent3"/>
    <w:uiPriority w:val="71"/>
    <w:rsid w:val="005D2F78"/>
    <w:rPr>
      <w:rFonts w:ascii="Cambria" w:eastAsia="MS Mincho" w:hAnsi="Cambria"/>
      <w:color w:val="000000"/>
      <w:sz w:val="22"/>
      <w:szCs w:val="22"/>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3">
    <w:name w:val="Colorful Shading - Accent 43"/>
    <w:basedOn w:val="TableNormal"/>
    <w:next w:val="ColorfulShading-Accent4"/>
    <w:uiPriority w:val="71"/>
    <w:rsid w:val="005D2F78"/>
    <w:rPr>
      <w:rFonts w:ascii="Cambria" w:eastAsia="MS Mincho" w:hAnsi="Cambria"/>
      <w:color w:val="000000"/>
      <w:sz w:val="22"/>
      <w:szCs w:val="22"/>
      <w:lang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3">
    <w:name w:val="Colorful Shading - Accent 53"/>
    <w:basedOn w:val="TableNormal"/>
    <w:next w:val="ColorfulShading-Accent5"/>
    <w:uiPriority w:val="71"/>
    <w:rsid w:val="005D2F78"/>
    <w:rPr>
      <w:rFonts w:ascii="Cambria" w:eastAsia="MS Mincho" w:hAnsi="Cambria"/>
      <w:color w:val="000000"/>
      <w:sz w:val="22"/>
      <w:szCs w:val="22"/>
      <w:lang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3">
    <w:name w:val="Colorful Shading - Accent 63"/>
    <w:basedOn w:val="TableNormal"/>
    <w:next w:val="ColorfulShading-Accent6"/>
    <w:uiPriority w:val="71"/>
    <w:rsid w:val="005D2F78"/>
    <w:rPr>
      <w:rFonts w:ascii="Cambria" w:eastAsia="MS Mincho" w:hAnsi="Cambria"/>
      <w:color w:val="000000"/>
      <w:sz w:val="22"/>
      <w:szCs w:val="22"/>
      <w:lang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4">
    <w:name w:val="Colorful List4"/>
    <w:basedOn w:val="TableNormal"/>
    <w:next w:val="ColorfulList"/>
    <w:uiPriority w:val="72"/>
    <w:rsid w:val="005D2F78"/>
    <w:rPr>
      <w:rFonts w:ascii="Cambria" w:eastAsia="MS Mincho" w:hAnsi="Cambria"/>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3">
    <w:name w:val="Colorful List - Accent 13"/>
    <w:basedOn w:val="TableNormal"/>
    <w:next w:val="ColorfulList-Accent1"/>
    <w:uiPriority w:val="72"/>
    <w:rsid w:val="005D2F78"/>
    <w:rPr>
      <w:rFonts w:ascii="Cambria" w:eastAsia="MS Mincho" w:hAnsi="Cambria"/>
      <w:color w:val="000000"/>
      <w:sz w:val="22"/>
      <w:szCs w:val="22"/>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3">
    <w:name w:val="Colorful List - Accent 23"/>
    <w:basedOn w:val="TableNormal"/>
    <w:next w:val="ColorfulList-Accent2"/>
    <w:uiPriority w:val="72"/>
    <w:rsid w:val="005D2F78"/>
    <w:rPr>
      <w:rFonts w:ascii="Cambria" w:eastAsia="MS Mincho" w:hAnsi="Cambria"/>
      <w:color w:val="000000"/>
      <w:sz w:val="22"/>
      <w:szCs w:val="22"/>
      <w:lang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3">
    <w:name w:val="Colorful List - Accent 33"/>
    <w:basedOn w:val="TableNormal"/>
    <w:next w:val="ColorfulList-Accent3"/>
    <w:uiPriority w:val="72"/>
    <w:rsid w:val="005D2F78"/>
    <w:rPr>
      <w:rFonts w:ascii="Cambria" w:eastAsia="MS Mincho" w:hAnsi="Cambria"/>
      <w:color w:val="000000"/>
      <w:sz w:val="22"/>
      <w:szCs w:val="22"/>
      <w:lang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3">
    <w:name w:val="Colorful List - Accent 43"/>
    <w:basedOn w:val="TableNormal"/>
    <w:next w:val="ColorfulList-Accent4"/>
    <w:uiPriority w:val="72"/>
    <w:rsid w:val="005D2F78"/>
    <w:rPr>
      <w:rFonts w:ascii="Cambria" w:eastAsia="MS Mincho"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3">
    <w:name w:val="Colorful List - Accent 53"/>
    <w:basedOn w:val="TableNormal"/>
    <w:next w:val="ColorfulList-Accent5"/>
    <w:uiPriority w:val="72"/>
    <w:rsid w:val="005D2F78"/>
    <w:rPr>
      <w:rFonts w:ascii="Cambria" w:eastAsia="MS Mincho" w:hAnsi="Cambria"/>
      <w:color w:val="000000"/>
      <w:sz w:val="22"/>
      <w:szCs w:val="22"/>
      <w:lang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3">
    <w:name w:val="Colorful List - Accent 63"/>
    <w:basedOn w:val="TableNormal"/>
    <w:next w:val="ColorfulList-Accent6"/>
    <w:uiPriority w:val="72"/>
    <w:rsid w:val="005D2F78"/>
    <w:rPr>
      <w:rFonts w:ascii="Cambria" w:eastAsia="MS Mincho" w:hAnsi="Cambria"/>
      <w:color w:val="000000"/>
      <w:sz w:val="22"/>
      <w:szCs w:val="22"/>
      <w:lang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4">
    <w:name w:val="Colorful Grid4"/>
    <w:basedOn w:val="TableNormal"/>
    <w:next w:val="ColorfulGrid"/>
    <w:uiPriority w:val="73"/>
    <w:rsid w:val="005D2F78"/>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3">
    <w:name w:val="Colorful Grid - Accent 13"/>
    <w:basedOn w:val="TableNormal"/>
    <w:next w:val="ColorfulGrid-Accent1"/>
    <w:uiPriority w:val="73"/>
    <w:rsid w:val="005D2F78"/>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3">
    <w:name w:val="Colorful Grid - Accent 23"/>
    <w:basedOn w:val="TableNormal"/>
    <w:next w:val="ColorfulGrid-Accent2"/>
    <w:uiPriority w:val="73"/>
    <w:rsid w:val="005D2F78"/>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3">
    <w:name w:val="Colorful Grid - Accent 33"/>
    <w:basedOn w:val="TableNormal"/>
    <w:next w:val="ColorfulGrid-Accent3"/>
    <w:uiPriority w:val="73"/>
    <w:rsid w:val="005D2F78"/>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3">
    <w:name w:val="Colorful Grid - Accent 43"/>
    <w:basedOn w:val="TableNormal"/>
    <w:next w:val="ColorfulGrid-Accent4"/>
    <w:uiPriority w:val="73"/>
    <w:rsid w:val="005D2F78"/>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3">
    <w:name w:val="Colorful Grid - Accent 53"/>
    <w:basedOn w:val="TableNormal"/>
    <w:next w:val="ColorfulGrid-Accent5"/>
    <w:uiPriority w:val="73"/>
    <w:rsid w:val="005D2F78"/>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3">
    <w:name w:val="Colorful Grid - Accent 63"/>
    <w:basedOn w:val="TableNormal"/>
    <w:next w:val="ColorfulGrid-Accent6"/>
    <w:uiPriority w:val="73"/>
    <w:rsid w:val="005D2F78"/>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NoList4">
    <w:name w:val="No List4"/>
    <w:next w:val="NoList"/>
    <w:uiPriority w:val="99"/>
    <w:semiHidden/>
    <w:unhideWhenUsed/>
    <w:rsid w:val="00FB3C33"/>
  </w:style>
  <w:style w:type="table" w:customStyle="1" w:styleId="TableGrid4">
    <w:name w:val="Table Grid4"/>
    <w:basedOn w:val="TableNormal"/>
    <w:next w:val="TableGrid"/>
    <w:uiPriority w:val="59"/>
    <w:rsid w:val="00FB3C33"/>
    <w:rPr>
      <w:rFonts w:ascii="Cambria" w:eastAsia="MS Mincho"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5">
    <w:name w:val="Light Shading5"/>
    <w:basedOn w:val="TableNormal"/>
    <w:next w:val="LightShading"/>
    <w:uiPriority w:val="60"/>
    <w:rsid w:val="00FB3C33"/>
    <w:rPr>
      <w:rFonts w:ascii="Cambria" w:eastAsia="MS Mincho"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5">
    <w:name w:val="Light Shading - Accent 15"/>
    <w:basedOn w:val="TableNormal"/>
    <w:next w:val="LightShading-Accent1"/>
    <w:uiPriority w:val="60"/>
    <w:rsid w:val="00FB3C33"/>
    <w:rPr>
      <w:rFonts w:ascii="Cambria" w:eastAsia="MS Mincho" w:hAnsi="Cambria"/>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4">
    <w:name w:val="Light Shading - Accent 24"/>
    <w:basedOn w:val="TableNormal"/>
    <w:next w:val="LightShading-Accent2"/>
    <w:uiPriority w:val="60"/>
    <w:rsid w:val="00FB3C33"/>
    <w:rPr>
      <w:rFonts w:ascii="Cambria" w:eastAsia="MS Mincho" w:hAnsi="Cambria"/>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Normal"/>
    <w:next w:val="LightShading-Accent3"/>
    <w:uiPriority w:val="60"/>
    <w:rsid w:val="00FB3C33"/>
    <w:rPr>
      <w:rFonts w:ascii="Cambria" w:eastAsia="MS Mincho" w:hAnsi="Cambria"/>
      <w:color w:val="76923C"/>
      <w:sz w:val="22"/>
      <w:szCs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4">
    <w:name w:val="Light Shading - Accent 44"/>
    <w:basedOn w:val="TableNormal"/>
    <w:next w:val="LightShading-Accent4"/>
    <w:uiPriority w:val="60"/>
    <w:rsid w:val="00FB3C33"/>
    <w:rPr>
      <w:rFonts w:ascii="Cambria" w:eastAsia="MS Mincho" w:hAnsi="Cambria"/>
      <w:color w:val="5F497A"/>
      <w:sz w:val="22"/>
      <w:szCs w:val="22"/>
      <w:lang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4">
    <w:name w:val="Light Shading - Accent 54"/>
    <w:basedOn w:val="TableNormal"/>
    <w:next w:val="LightShading-Accent5"/>
    <w:uiPriority w:val="60"/>
    <w:rsid w:val="00FB3C33"/>
    <w:rPr>
      <w:rFonts w:ascii="Cambria" w:eastAsia="MS Mincho" w:hAnsi="Cambria"/>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4">
    <w:name w:val="Light Shading - Accent 64"/>
    <w:basedOn w:val="TableNormal"/>
    <w:next w:val="LightShading-Accent6"/>
    <w:uiPriority w:val="60"/>
    <w:rsid w:val="00FB3C33"/>
    <w:rPr>
      <w:rFonts w:ascii="Cambria" w:eastAsia="MS Mincho" w:hAnsi="Cambria"/>
      <w:color w:val="E36C0A"/>
      <w:sz w:val="22"/>
      <w:szCs w:val="22"/>
      <w:lang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5">
    <w:name w:val="Light List5"/>
    <w:basedOn w:val="TableNormal"/>
    <w:next w:val="LightList"/>
    <w:uiPriority w:val="61"/>
    <w:rsid w:val="00FB3C33"/>
    <w:rPr>
      <w:rFonts w:ascii="Cambria" w:eastAsia="MS Mincho" w:hAnsi="Cambria"/>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TableNormal"/>
    <w:next w:val="LightList-Accent1"/>
    <w:uiPriority w:val="61"/>
    <w:rsid w:val="00FB3C33"/>
    <w:rPr>
      <w:rFonts w:ascii="Cambria" w:eastAsia="MS Mincho" w:hAnsi="Cambria"/>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4">
    <w:name w:val="Light List - Accent 24"/>
    <w:basedOn w:val="TableNormal"/>
    <w:next w:val="LightList-Accent2"/>
    <w:uiPriority w:val="61"/>
    <w:rsid w:val="00FB3C33"/>
    <w:rPr>
      <w:rFonts w:ascii="Cambria" w:eastAsia="MS Mincho" w:hAnsi="Cambria"/>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4">
    <w:name w:val="Light List - Accent 34"/>
    <w:basedOn w:val="TableNormal"/>
    <w:next w:val="LightList-Accent3"/>
    <w:uiPriority w:val="61"/>
    <w:rsid w:val="00FB3C33"/>
    <w:rPr>
      <w:rFonts w:ascii="Cambria" w:eastAsia="MS Mincho" w:hAnsi="Cambria"/>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4">
    <w:name w:val="Light List - Accent 44"/>
    <w:basedOn w:val="TableNormal"/>
    <w:next w:val="LightList-Accent4"/>
    <w:uiPriority w:val="61"/>
    <w:rsid w:val="00FB3C33"/>
    <w:rPr>
      <w:rFonts w:ascii="Cambria" w:eastAsia="MS Mincho" w:hAnsi="Cambria"/>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4">
    <w:name w:val="Light List - Accent 54"/>
    <w:basedOn w:val="TableNormal"/>
    <w:next w:val="LightList-Accent5"/>
    <w:uiPriority w:val="61"/>
    <w:rsid w:val="00FB3C33"/>
    <w:rPr>
      <w:rFonts w:ascii="Cambria" w:eastAsia="MS Mincho" w:hAnsi="Cambria"/>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4">
    <w:name w:val="Light List - Accent 64"/>
    <w:basedOn w:val="TableNormal"/>
    <w:next w:val="LightList-Accent6"/>
    <w:uiPriority w:val="61"/>
    <w:rsid w:val="00FB3C33"/>
    <w:rPr>
      <w:rFonts w:ascii="Cambria" w:eastAsia="MS Mincho" w:hAnsi="Cambria"/>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5">
    <w:name w:val="Light Grid5"/>
    <w:basedOn w:val="TableNormal"/>
    <w:next w:val="LightGrid"/>
    <w:uiPriority w:val="62"/>
    <w:rsid w:val="00FB3C33"/>
    <w:rPr>
      <w:rFonts w:ascii="Cambria" w:eastAsia="MS Mincho" w:hAnsi="Cambria"/>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5">
    <w:name w:val="Light Grid - Accent 15"/>
    <w:basedOn w:val="TableNormal"/>
    <w:next w:val="LightGrid-Accent1"/>
    <w:uiPriority w:val="62"/>
    <w:rsid w:val="00FB3C33"/>
    <w:rPr>
      <w:rFonts w:ascii="Cambria" w:eastAsia="MS Mincho" w:hAnsi="Cambria"/>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4">
    <w:name w:val="Light Grid - Accent 24"/>
    <w:basedOn w:val="TableNormal"/>
    <w:next w:val="LightGrid-Accent2"/>
    <w:uiPriority w:val="62"/>
    <w:rsid w:val="00FB3C33"/>
    <w:rPr>
      <w:rFonts w:ascii="Cambria" w:eastAsia="MS Mincho" w:hAnsi="Cambria"/>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4">
    <w:name w:val="Light Grid - Accent 34"/>
    <w:basedOn w:val="TableNormal"/>
    <w:next w:val="LightGrid-Accent3"/>
    <w:uiPriority w:val="62"/>
    <w:rsid w:val="00FB3C33"/>
    <w:rPr>
      <w:rFonts w:ascii="Cambria" w:eastAsia="MS Mincho" w:hAnsi="Cambria"/>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4">
    <w:name w:val="Light Grid - Accent 44"/>
    <w:basedOn w:val="TableNormal"/>
    <w:next w:val="LightGrid-Accent4"/>
    <w:uiPriority w:val="62"/>
    <w:rsid w:val="00FB3C33"/>
    <w:rPr>
      <w:rFonts w:ascii="Cambria" w:eastAsia="MS Mincho" w:hAnsi="Cambria"/>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4">
    <w:name w:val="Light Grid - Accent 54"/>
    <w:basedOn w:val="TableNormal"/>
    <w:next w:val="LightGrid-Accent5"/>
    <w:uiPriority w:val="62"/>
    <w:rsid w:val="00FB3C33"/>
    <w:rPr>
      <w:rFonts w:ascii="Cambria" w:eastAsia="MS Mincho" w:hAnsi="Cambria"/>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4">
    <w:name w:val="Light Grid - Accent 64"/>
    <w:basedOn w:val="TableNormal"/>
    <w:next w:val="LightGrid-Accent6"/>
    <w:uiPriority w:val="62"/>
    <w:rsid w:val="00FB3C33"/>
    <w:rPr>
      <w:rFonts w:ascii="Cambria" w:eastAsia="MS Mincho" w:hAnsi="Cambria"/>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5">
    <w:name w:val="Medium Shading 15"/>
    <w:basedOn w:val="TableNormal"/>
    <w:next w:val="MediumShading1"/>
    <w:uiPriority w:val="63"/>
    <w:rsid w:val="00FB3C33"/>
    <w:rPr>
      <w:rFonts w:ascii="Cambria" w:eastAsia="MS Mincho" w:hAnsi="Cambria"/>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5">
    <w:name w:val="Medium Shading 1 - Accent 15"/>
    <w:basedOn w:val="TableNormal"/>
    <w:next w:val="MediumShading1-Accent1"/>
    <w:uiPriority w:val="63"/>
    <w:rsid w:val="00FB3C33"/>
    <w:rPr>
      <w:rFonts w:ascii="Cambria" w:eastAsia="MS Mincho" w:hAnsi="Cambria"/>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rsid w:val="00FB3C33"/>
    <w:rPr>
      <w:rFonts w:ascii="Cambria" w:eastAsia="MS Mincho" w:hAnsi="Cambria"/>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4">
    <w:name w:val="Medium Shading 1 - Accent 34"/>
    <w:basedOn w:val="TableNormal"/>
    <w:next w:val="MediumShading1-Accent3"/>
    <w:uiPriority w:val="63"/>
    <w:rsid w:val="00FB3C33"/>
    <w:rPr>
      <w:rFonts w:ascii="Cambria" w:eastAsia="MS Mincho" w:hAnsi="Cambria"/>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rsid w:val="00FB3C33"/>
    <w:rPr>
      <w:rFonts w:ascii="Cambria" w:eastAsia="MS Mincho" w:hAnsi="Cambria"/>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4">
    <w:name w:val="Medium Shading 1 - Accent 54"/>
    <w:basedOn w:val="TableNormal"/>
    <w:next w:val="MediumShading1-Accent5"/>
    <w:uiPriority w:val="63"/>
    <w:rsid w:val="00FB3C33"/>
    <w:rPr>
      <w:rFonts w:ascii="Cambria" w:eastAsia="MS Mincho" w:hAnsi="Cambria"/>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4">
    <w:name w:val="Medium Shading 1 - Accent 64"/>
    <w:basedOn w:val="TableNormal"/>
    <w:next w:val="MediumShading1-Accent6"/>
    <w:uiPriority w:val="63"/>
    <w:rsid w:val="00FB3C33"/>
    <w:rPr>
      <w:rFonts w:ascii="Cambria" w:eastAsia="MS Mincho" w:hAnsi="Cambria"/>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5">
    <w:name w:val="Medium Shading 25"/>
    <w:basedOn w:val="TableNormal"/>
    <w:next w:val="MediumShading2"/>
    <w:uiPriority w:val="64"/>
    <w:rsid w:val="00FB3C33"/>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next w:val="MediumShading2-Accent1"/>
    <w:uiPriority w:val="64"/>
    <w:rsid w:val="00FB3C33"/>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4">
    <w:name w:val="Medium Shading 2 - Accent 24"/>
    <w:basedOn w:val="TableNormal"/>
    <w:next w:val="MediumShading2-Accent2"/>
    <w:uiPriority w:val="64"/>
    <w:rsid w:val="00FB3C33"/>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4">
    <w:name w:val="Medium Shading 2 - Accent 34"/>
    <w:basedOn w:val="TableNormal"/>
    <w:next w:val="MediumShading2-Accent3"/>
    <w:uiPriority w:val="64"/>
    <w:rsid w:val="00FB3C33"/>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4">
    <w:name w:val="Medium Shading 2 - Accent 44"/>
    <w:basedOn w:val="TableNormal"/>
    <w:next w:val="MediumShading2-Accent4"/>
    <w:uiPriority w:val="64"/>
    <w:rsid w:val="00FB3C33"/>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4">
    <w:name w:val="Medium Shading 2 - Accent 54"/>
    <w:basedOn w:val="TableNormal"/>
    <w:next w:val="MediumShading2-Accent5"/>
    <w:uiPriority w:val="64"/>
    <w:rsid w:val="00FB3C33"/>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4">
    <w:name w:val="Medium Shading 2 - Accent 64"/>
    <w:basedOn w:val="TableNormal"/>
    <w:next w:val="MediumShading2-Accent6"/>
    <w:uiPriority w:val="64"/>
    <w:rsid w:val="00FB3C33"/>
    <w:rPr>
      <w:rFonts w:ascii="Cambria" w:eastAsia="MS Mincho"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5">
    <w:name w:val="Medium List 15"/>
    <w:basedOn w:val="TableNormal"/>
    <w:next w:val="MediumList1"/>
    <w:uiPriority w:val="65"/>
    <w:rsid w:val="00FB3C33"/>
    <w:rPr>
      <w:rFonts w:ascii="Cambria" w:eastAsia="MS Mincho"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5">
    <w:name w:val="Medium List 1 - Accent 15"/>
    <w:basedOn w:val="TableNormal"/>
    <w:next w:val="MediumList1-Accent1"/>
    <w:uiPriority w:val="65"/>
    <w:rsid w:val="00FB3C33"/>
    <w:rPr>
      <w:rFonts w:ascii="Cambria" w:eastAsia="MS Mincho" w:hAnsi="Cambria"/>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4">
    <w:name w:val="Medium List 1 - Accent 24"/>
    <w:basedOn w:val="TableNormal"/>
    <w:next w:val="MediumList1-Accent2"/>
    <w:uiPriority w:val="65"/>
    <w:rsid w:val="00FB3C33"/>
    <w:rPr>
      <w:rFonts w:ascii="Cambria" w:eastAsia="MS Mincho" w:hAnsi="Cambria"/>
      <w:color w:val="000000"/>
      <w:sz w:val="22"/>
      <w:szCs w:val="22"/>
      <w:lang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4">
    <w:name w:val="Medium List 1 - Accent 34"/>
    <w:basedOn w:val="TableNormal"/>
    <w:next w:val="MediumList1-Accent3"/>
    <w:uiPriority w:val="65"/>
    <w:rsid w:val="00FB3C33"/>
    <w:rPr>
      <w:rFonts w:ascii="Cambria" w:eastAsia="MS Mincho" w:hAnsi="Cambria"/>
      <w:color w:val="000000"/>
      <w:sz w:val="22"/>
      <w:szCs w:val="22"/>
      <w:lang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4">
    <w:name w:val="Medium List 1 - Accent 44"/>
    <w:basedOn w:val="TableNormal"/>
    <w:next w:val="MediumList1-Accent4"/>
    <w:uiPriority w:val="65"/>
    <w:rsid w:val="00FB3C33"/>
    <w:rPr>
      <w:rFonts w:ascii="Cambria" w:eastAsia="MS Mincho" w:hAnsi="Cambria"/>
      <w:color w:val="000000"/>
      <w:sz w:val="22"/>
      <w:szCs w:val="22"/>
      <w:lang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4">
    <w:name w:val="Medium List 1 - Accent 54"/>
    <w:basedOn w:val="TableNormal"/>
    <w:next w:val="MediumList1-Accent5"/>
    <w:uiPriority w:val="65"/>
    <w:rsid w:val="00FB3C33"/>
    <w:rPr>
      <w:rFonts w:ascii="Cambria" w:eastAsia="MS Mincho" w:hAnsi="Cambria"/>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4">
    <w:name w:val="Medium List 1 - Accent 64"/>
    <w:basedOn w:val="TableNormal"/>
    <w:next w:val="MediumList1-Accent6"/>
    <w:uiPriority w:val="65"/>
    <w:rsid w:val="00FB3C33"/>
    <w:rPr>
      <w:rFonts w:ascii="Cambria" w:eastAsia="MS Mincho" w:hAnsi="Cambria"/>
      <w:color w:val="000000"/>
      <w:sz w:val="22"/>
      <w:szCs w:val="22"/>
      <w:lang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5">
    <w:name w:val="Medium List 25"/>
    <w:basedOn w:val="TableNormal"/>
    <w:next w:val="MediumList2"/>
    <w:uiPriority w:val="66"/>
    <w:rsid w:val="00FB3C33"/>
    <w:rPr>
      <w:rFonts w:eastAsia="MS Gothic"/>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4">
    <w:name w:val="Medium List 2 - Accent 14"/>
    <w:basedOn w:val="TableNormal"/>
    <w:next w:val="MediumList2-Accent1"/>
    <w:uiPriority w:val="66"/>
    <w:rsid w:val="00FB3C33"/>
    <w:rPr>
      <w:rFonts w:eastAsia="MS Gothic"/>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4">
    <w:name w:val="Medium List 2 - Accent 24"/>
    <w:basedOn w:val="TableNormal"/>
    <w:next w:val="MediumList2-Accent2"/>
    <w:uiPriority w:val="66"/>
    <w:rsid w:val="00FB3C33"/>
    <w:rPr>
      <w:rFonts w:eastAsia="MS Gothic"/>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4">
    <w:name w:val="Medium List 2 - Accent 34"/>
    <w:basedOn w:val="TableNormal"/>
    <w:next w:val="MediumList2-Accent3"/>
    <w:uiPriority w:val="66"/>
    <w:rsid w:val="00FB3C33"/>
    <w:rPr>
      <w:rFonts w:eastAsia="MS Gothic"/>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4">
    <w:name w:val="Medium List 2 - Accent 44"/>
    <w:basedOn w:val="TableNormal"/>
    <w:next w:val="MediumList2-Accent4"/>
    <w:uiPriority w:val="66"/>
    <w:rsid w:val="00FB3C33"/>
    <w:rPr>
      <w:rFonts w:eastAsia="MS Gothic"/>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4">
    <w:name w:val="Medium List 2 - Accent 54"/>
    <w:basedOn w:val="TableNormal"/>
    <w:next w:val="MediumList2-Accent5"/>
    <w:uiPriority w:val="66"/>
    <w:rsid w:val="00FB3C33"/>
    <w:rPr>
      <w:rFonts w:eastAsia="MS Gothic"/>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4">
    <w:name w:val="Medium List 2 - Accent 64"/>
    <w:basedOn w:val="TableNormal"/>
    <w:next w:val="MediumList2-Accent6"/>
    <w:uiPriority w:val="66"/>
    <w:rsid w:val="00FB3C33"/>
    <w:rPr>
      <w:rFonts w:eastAsia="MS Gothic"/>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5">
    <w:name w:val="Medium Grid 15"/>
    <w:basedOn w:val="TableNormal"/>
    <w:next w:val="MediumGrid1"/>
    <w:uiPriority w:val="67"/>
    <w:rsid w:val="00FB3C33"/>
    <w:rPr>
      <w:rFonts w:ascii="Cambria" w:eastAsia="MS Mincho" w:hAnsi="Cambria"/>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4">
    <w:name w:val="Medium Grid 1 - Accent 14"/>
    <w:basedOn w:val="TableNormal"/>
    <w:next w:val="MediumGrid1-Accent1"/>
    <w:uiPriority w:val="67"/>
    <w:rsid w:val="00FB3C33"/>
    <w:rPr>
      <w:rFonts w:ascii="Cambria" w:eastAsia="MS Mincho" w:hAnsi="Cambria"/>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4">
    <w:name w:val="Medium Grid 1 - Accent 24"/>
    <w:basedOn w:val="TableNormal"/>
    <w:next w:val="MediumGrid1-Accent2"/>
    <w:uiPriority w:val="67"/>
    <w:rsid w:val="00FB3C33"/>
    <w:rPr>
      <w:rFonts w:ascii="Cambria" w:eastAsia="MS Mincho" w:hAnsi="Cambria"/>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4">
    <w:name w:val="Medium Grid 1 - Accent 34"/>
    <w:basedOn w:val="TableNormal"/>
    <w:next w:val="MediumGrid1-Accent3"/>
    <w:uiPriority w:val="67"/>
    <w:rsid w:val="00FB3C33"/>
    <w:rPr>
      <w:rFonts w:ascii="Cambria" w:eastAsia="MS Mincho" w:hAnsi="Cambria"/>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4">
    <w:name w:val="Medium Grid 1 - Accent 44"/>
    <w:basedOn w:val="TableNormal"/>
    <w:next w:val="MediumGrid1-Accent4"/>
    <w:uiPriority w:val="67"/>
    <w:rsid w:val="00FB3C33"/>
    <w:rPr>
      <w:rFonts w:ascii="Cambria" w:eastAsia="MS Mincho" w:hAnsi="Cambria"/>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4">
    <w:name w:val="Medium Grid 1 - Accent 54"/>
    <w:basedOn w:val="TableNormal"/>
    <w:next w:val="MediumGrid1-Accent5"/>
    <w:uiPriority w:val="67"/>
    <w:rsid w:val="00FB3C33"/>
    <w:rPr>
      <w:rFonts w:ascii="Cambria" w:eastAsia="MS Mincho" w:hAnsi="Cambria"/>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4">
    <w:name w:val="Medium Grid 1 - Accent 64"/>
    <w:basedOn w:val="TableNormal"/>
    <w:next w:val="MediumGrid1-Accent6"/>
    <w:uiPriority w:val="67"/>
    <w:rsid w:val="00FB3C33"/>
    <w:rPr>
      <w:rFonts w:ascii="Cambria" w:eastAsia="MS Mincho" w:hAnsi="Cambria"/>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5">
    <w:name w:val="Medium Grid 25"/>
    <w:basedOn w:val="TableNormal"/>
    <w:next w:val="MediumGrid2"/>
    <w:uiPriority w:val="68"/>
    <w:rsid w:val="00FB3C33"/>
    <w:rPr>
      <w:rFonts w:eastAsia="MS Gothic"/>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4">
    <w:name w:val="Medium Grid 2 - Accent 14"/>
    <w:basedOn w:val="TableNormal"/>
    <w:next w:val="MediumGrid2-Accent1"/>
    <w:uiPriority w:val="68"/>
    <w:rsid w:val="00FB3C33"/>
    <w:rPr>
      <w:rFonts w:eastAsia="MS Gothic"/>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4">
    <w:name w:val="Medium Grid 2 - Accent 24"/>
    <w:basedOn w:val="TableNormal"/>
    <w:next w:val="MediumGrid2-Accent2"/>
    <w:uiPriority w:val="68"/>
    <w:rsid w:val="00FB3C33"/>
    <w:rPr>
      <w:rFonts w:eastAsia="MS Gothic"/>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4">
    <w:name w:val="Medium Grid 2 - Accent 34"/>
    <w:basedOn w:val="TableNormal"/>
    <w:next w:val="MediumGrid2-Accent3"/>
    <w:uiPriority w:val="68"/>
    <w:rsid w:val="00FB3C33"/>
    <w:rPr>
      <w:rFonts w:eastAsia="MS Gothic"/>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4">
    <w:name w:val="Medium Grid 2 - Accent 44"/>
    <w:basedOn w:val="TableNormal"/>
    <w:next w:val="MediumGrid2-Accent4"/>
    <w:uiPriority w:val="68"/>
    <w:rsid w:val="00FB3C33"/>
    <w:rPr>
      <w:rFonts w:eastAsia="MS Gothic"/>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4">
    <w:name w:val="Medium Grid 2 - Accent 54"/>
    <w:basedOn w:val="TableNormal"/>
    <w:next w:val="MediumGrid2-Accent5"/>
    <w:uiPriority w:val="68"/>
    <w:rsid w:val="00FB3C33"/>
    <w:rPr>
      <w:rFonts w:eastAsia="MS Gothic"/>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4">
    <w:name w:val="Medium Grid 2 - Accent 64"/>
    <w:basedOn w:val="TableNormal"/>
    <w:next w:val="MediumGrid2-Accent6"/>
    <w:uiPriority w:val="68"/>
    <w:rsid w:val="00FB3C33"/>
    <w:rPr>
      <w:rFonts w:eastAsia="MS Gothic"/>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5">
    <w:name w:val="Medium Grid 35"/>
    <w:basedOn w:val="TableNormal"/>
    <w:next w:val="MediumGrid3"/>
    <w:uiPriority w:val="69"/>
    <w:rsid w:val="00FB3C33"/>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4">
    <w:name w:val="Medium Grid 3 - Accent 14"/>
    <w:basedOn w:val="TableNormal"/>
    <w:next w:val="MediumGrid3-Accent1"/>
    <w:uiPriority w:val="69"/>
    <w:rsid w:val="00FB3C33"/>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4">
    <w:name w:val="Medium Grid 3 - Accent 24"/>
    <w:basedOn w:val="TableNormal"/>
    <w:next w:val="MediumGrid3-Accent2"/>
    <w:uiPriority w:val="69"/>
    <w:rsid w:val="00FB3C33"/>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4">
    <w:name w:val="Medium Grid 3 - Accent 34"/>
    <w:basedOn w:val="TableNormal"/>
    <w:next w:val="MediumGrid3-Accent3"/>
    <w:uiPriority w:val="69"/>
    <w:rsid w:val="00FB3C33"/>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4">
    <w:name w:val="Medium Grid 3 - Accent 44"/>
    <w:basedOn w:val="TableNormal"/>
    <w:next w:val="MediumGrid3-Accent4"/>
    <w:uiPriority w:val="69"/>
    <w:rsid w:val="00FB3C33"/>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4">
    <w:name w:val="Medium Grid 3 - Accent 54"/>
    <w:basedOn w:val="TableNormal"/>
    <w:next w:val="MediumGrid3-Accent5"/>
    <w:uiPriority w:val="69"/>
    <w:rsid w:val="00FB3C33"/>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4">
    <w:name w:val="Medium Grid 3 - Accent 64"/>
    <w:basedOn w:val="TableNormal"/>
    <w:next w:val="MediumGrid3-Accent6"/>
    <w:uiPriority w:val="69"/>
    <w:rsid w:val="00FB3C33"/>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5">
    <w:name w:val="Dark List5"/>
    <w:basedOn w:val="TableNormal"/>
    <w:next w:val="DarkList"/>
    <w:uiPriority w:val="70"/>
    <w:rsid w:val="00FB3C33"/>
    <w:rPr>
      <w:rFonts w:ascii="Cambria" w:eastAsia="MS Mincho" w:hAnsi="Cambria"/>
      <w:color w:val="FFFFFF"/>
      <w:sz w:val="22"/>
      <w:szCs w:val="22"/>
      <w:lang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4">
    <w:name w:val="Dark List - Accent 14"/>
    <w:basedOn w:val="TableNormal"/>
    <w:next w:val="DarkList-Accent1"/>
    <w:uiPriority w:val="70"/>
    <w:rsid w:val="00FB3C33"/>
    <w:rPr>
      <w:rFonts w:ascii="Cambria" w:eastAsia="MS Mincho" w:hAnsi="Cambria"/>
      <w:color w:val="FFFFFF"/>
      <w:sz w:val="22"/>
      <w:szCs w:val="22"/>
      <w:lang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4">
    <w:name w:val="Dark List - Accent 24"/>
    <w:basedOn w:val="TableNormal"/>
    <w:next w:val="DarkList-Accent2"/>
    <w:uiPriority w:val="70"/>
    <w:rsid w:val="00FB3C33"/>
    <w:rPr>
      <w:rFonts w:ascii="Cambria" w:eastAsia="MS Mincho" w:hAnsi="Cambria"/>
      <w:color w:val="FFFFFF"/>
      <w:sz w:val="22"/>
      <w:szCs w:val="22"/>
      <w:lang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4">
    <w:name w:val="Dark List - Accent 34"/>
    <w:basedOn w:val="TableNormal"/>
    <w:next w:val="DarkList-Accent3"/>
    <w:uiPriority w:val="70"/>
    <w:rsid w:val="00FB3C33"/>
    <w:rPr>
      <w:rFonts w:ascii="Cambria" w:eastAsia="MS Mincho" w:hAnsi="Cambria"/>
      <w:color w:val="FFFFFF"/>
      <w:sz w:val="22"/>
      <w:szCs w:val="22"/>
      <w:lang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4">
    <w:name w:val="Dark List - Accent 44"/>
    <w:basedOn w:val="TableNormal"/>
    <w:next w:val="DarkList-Accent4"/>
    <w:uiPriority w:val="70"/>
    <w:rsid w:val="00FB3C33"/>
    <w:rPr>
      <w:rFonts w:ascii="Cambria" w:eastAsia="MS Mincho" w:hAnsi="Cambria"/>
      <w:color w:val="FFFFFF"/>
      <w:sz w:val="22"/>
      <w:szCs w:val="22"/>
      <w:lang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4">
    <w:name w:val="Dark List - Accent 54"/>
    <w:basedOn w:val="TableNormal"/>
    <w:next w:val="DarkList-Accent5"/>
    <w:uiPriority w:val="70"/>
    <w:rsid w:val="00FB3C33"/>
    <w:rPr>
      <w:rFonts w:ascii="Cambria" w:eastAsia="MS Mincho" w:hAnsi="Cambria"/>
      <w:color w:val="FFFFFF"/>
      <w:sz w:val="22"/>
      <w:szCs w:val="22"/>
      <w:lang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4">
    <w:name w:val="Dark List - Accent 64"/>
    <w:basedOn w:val="TableNormal"/>
    <w:next w:val="DarkList-Accent6"/>
    <w:uiPriority w:val="70"/>
    <w:rsid w:val="00FB3C33"/>
    <w:rPr>
      <w:rFonts w:ascii="Cambria" w:eastAsia="MS Mincho" w:hAnsi="Cambria"/>
      <w:color w:val="FFFFFF"/>
      <w:sz w:val="22"/>
      <w:szCs w:val="22"/>
      <w:lang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5">
    <w:name w:val="Colorful Shading5"/>
    <w:basedOn w:val="TableNormal"/>
    <w:next w:val="ColorfulShading"/>
    <w:uiPriority w:val="71"/>
    <w:rsid w:val="00FB3C33"/>
    <w:rPr>
      <w:rFonts w:ascii="Cambria" w:eastAsia="MS Mincho" w:hAnsi="Cambria"/>
      <w:color w:val="000000"/>
      <w:sz w:val="22"/>
      <w:szCs w:val="22"/>
      <w:lang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4">
    <w:name w:val="Colorful Shading - Accent 14"/>
    <w:basedOn w:val="TableNormal"/>
    <w:next w:val="ColorfulShading-Accent1"/>
    <w:uiPriority w:val="71"/>
    <w:rsid w:val="00FB3C33"/>
    <w:rPr>
      <w:rFonts w:ascii="Cambria" w:eastAsia="MS Mincho" w:hAnsi="Cambria"/>
      <w:color w:val="000000"/>
      <w:sz w:val="22"/>
      <w:szCs w:val="22"/>
      <w:lang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4">
    <w:name w:val="Colorful Shading - Accent 24"/>
    <w:basedOn w:val="TableNormal"/>
    <w:next w:val="ColorfulShading-Accent2"/>
    <w:uiPriority w:val="71"/>
    <w:rsid w:val="00FB3C33"/>
    <w:rPr>
      <w:rFonts w:ascii="Cambria" w:eastAsia="MS Mincho" w:hAnsi="Cambria"/>
      <w:color w:val="000000"/>
      <w:sz w:val="22"/>
      <w:szCs w:val="22"/>
      <w:lang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4">
    <w:name w:val="Colorful Shading - Accent 34"/>
    <w:basedOn w:val="TableNormal"/>
    <w:next w:val="ColorfulShading-Accent3"/>
    <w:uiPriority w:val="71"/>
    <w:rsid w:val="00FB3C33"/>
    <w:rPr>
      <w:rFonts w:ascii="Cambria" w:eastAsia="MS Mincho" w:hAnsi="Cambria"/>
      <w:color w:val="000000"/>
      <w:sz w:val="22"/>
      <w:szCs w:val="22"/>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4">
    <w:name w:val="Colorful Shading - Accent 44"/>
    <w:basedOn w:val="TableNormal"/>
    <w:next w:val="ColorfulShading-Accent4"/>
    <w:uiPriority w:val="71"/>
    <w:rsid w:val="00FB3C33"/>
    <w:rPr>
      <w:rFonts w:ascii="Cambria" w:eastAsia="MS Mincho" w:hAnsi="Cambria"/>
      <w:color w:val="000000"/>
      <w:sz w:val="22"/>
      <w:szCs w:val="22"/>
      <w:lang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4">
    <w:name w:val="Colorful Shading - Accent 54"/>
    <w:basedOn w:val="TableNormal"/>
    <w:next w:val="ColorfulShading-Accent5"/>
    <w:uiPriority w:val="71"/>
    <w:rsid w:val="00FB3C33"/>
    <w:rPr>
      <w:rFonts w:ascii="Cambria" w:eastAsia="MS Mincho" w:hAnsi="Cambria"/>
      <w:color w:val="000000"/>
      <w:sz w:val="22"/>
      <w:szCs w:val="22"/>
      <w:lang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4">
    <w:name w:val="Colorful Shading - Accent 64"/>
    <w:basedOn w:val="TableNormal"/>
    <w:next w:val="ColorfulShading-Accent6"/>
    <w:uiPriority w:val="71"/>
    <w:rsid w:val="00FB3C33"/>
    <w:rPr>
      <w:rFonts w:ascii="Cambria" w:eastAsia="MS Mincho" w:hAnsi="Cambria"/>
      <w:color w:val="000000"/>
      <w:sz w:val="22"/>
      <w:szCs w:val="22"/>
      <w:lang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5">
    <w:name w:val="Colorful List5"/>
    <w:basedOn w:val="TableNormal"/>
    <w:next w:val="ColorfulList"/>
    <w:uiPriority w:val="72"/>
    <w:rsid w:val="00FB3C33"/>
    <w:rPr>
      <w:rFonts w:ascii="Cambria" w:eastAsia="MS Mincho" w:hAnsi="Cambria"/>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4">
    <w:name w:val="Colorful List - Accent 14"/>
    <w:basedOn w:val="TableNormal"/>
    <w:next w:val="ColorfulList-Accent1"/>
    <w:uiPriority w:val="72"/>
    <w:rsid w:val="00FB3C33"/>
    <w:rPr>
      <w:rFonts w:ascii="Cambria" w:eastAsia="MS Mincho" w:hAnsi="Cambria"/>
      <w:color w:val="000000"/>
      <w:sz w:val="22"/>
      <w:szCs w:val="22"/>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4">
    <w:name w:val="Colorful List - Accent 24"/>
    <w:basedOn w:val="TableNormal"/>
    <w:next w:val="ColorfulList-Accent2"/>
    <w:uiPriority w:val="72"/>
    <w:rsid w:val="00FB3C33"/>
    <w:rPr>
      <w:rFonts w:ascii="Cambria" w:eastAsia="MS Mincho" w:hAnsi="Cambria"/>
      <w:color w:val="000000"/>
      <w:sz w:val="22"/>
      <w:szCs w:val="22"/>
      <w:lang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4">
    <w:name w:val="Colorful List - Accent 34"/>
    <w:basedOn w:val="TableNormal"/>
    <w:next w:val="ColorfulList-Accent3"/>
    <w:uiPriority w:val="72"/>
    <w:rsid w:val="00FB3C33"/>
    <w:rPr>
      <w:rFonts w:ascii="Cambria" w:eastAsia="MS Mincho" w:hAnsi="Cambria"/>
      <w:color w:val="000000"/>
      <w:sz w:val="22"/>
      <w:szCs w:val="22"/>
      <w:lang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4">
    <w:name w:val="Colorful List - Accent 44"/>
    <w:basedOn w:val="TableNormal"/>
    <w:next w:val="ColorfulList-Accent4"/>
    <w:uiPriority w:val="72"/>
    <w:rsid w:val="00FB3C33"/>
    <w:rPr>
      <w:rFonts w:ascii="Cambria" w:eastAsia="MS Mincho"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4">
    <w:name w:val="Colorful List - Accent 54"/>
    <w:basedOn w:val="TableNormal"/>
    <w:next w:val="ColorfulList-Accent5"/>
    <w:uiPriority w:val="72"/>
    <w:rsid w:val="00FB3C33"/>
    <w:rPr>
      <w:rFonts w:ascii="Cambria" w:eastAsia="MS Mincho" w:hAnsi="Cambria"/>
      <w:color w:val="000000"/>
      <w:sz w:val="22"/>
      <w:szCs w:val="22"/>
      <w:lang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4">
    <w:name w:val="Colorful List - Accent 64"/>
    <w:basedOn w:val="TableNormal"/>
    <w:next w:val="ColorfulList-Accent6"/>
    <w:uiPriority w:val="72"/>
    <w:rsid w:val="00FB3C33"/>
    <w:rPr>
      <w:rFonts w:ascii="Cambria" w:eastAsia="MS Mincho" w:hAnsi="Cambria"/>
      <w:color w:val="000000"/>
      <w:sz w:val="22"/>
      <w:szCs w:val="22"/>
      <w:lang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5">
    <w:name w:val="Colorful Grid5"/>
    <w:basedOn w:val="TableNormal"/>
    <w:next w:val="ColorfulGrid"/>
    <w:uiPriority w:val="73"/>
    <w:rsid w:val="00FB3C33"/>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4">
    <w:name w:val="Colorful Grid - Accent 14"/>
    <w:basedOn w:val="TableNormal"/>
    <w:next w:val="ColorfulGrid-Accent1"/>
    <w:uiPriority w:val="73"/>
    <w:rsid w:val="00FB3C33"/>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4">
    <w:name w:val="Colorful Grid - Accent 24"/>
    <w:basedOn w:val="TableNormal"/>
    <w:next w:val="ColorfulGrid-Accent2"/>
    <w:uiPriority w:val="73"/>
    <w:rsid w:val="00FB3C33"/>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4">
    <w:name w:val="Colorful Grid - Accent 34"/>
    <w:basedOn w:val="TableNormal"/>
    <w:next w:val="ColorfulGrid-Accent3"/>
    <w:uiPriority w:val="73"/>
    <w:rsid w:val="00FB3C33"/>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4">
    <w:name w:val="Colorful Grid - Accent 44"/>
    <w:basedOn w:val="TableNormal"/>
    <w:next w:val="ColorfulGrid-Accent4"/>
    <w:uiPriority w:val="73"/>
    <w:rsid w:val="00FB3C33"/>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4">
    <w:name w:val="Colorful Grid - Accent 54"/>
    <w:basedOn w:val="TableNormal"/>
    <w:next w:val="ColorfulGrid-Accent5"/>
    <w:uiPriority w:val="73"/>
    <w:rsid w:val="00FB3C33"/>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4">
    <w:name w:val="Colorful Grid - Accent 64"/>
    <w:basedOn w:val="TableNormal"/>
    <w:next w:val="ColorfulGrid-Accent6"/>
    <w:uiPriority w:val="73"/>
    <w:rsid w:val="00FB3C33"/>
    <w:rPr>
      <w:rFonts w:ascii="Cambria" w:eastAsia="MS Mincho" w:hAnsi="Cambria"/>
      <w:color w:val="000000"/>
      <w:sz w:val="22"/>
      <w:szCs w:val="22"/>
      <w:lang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5">
    <w:name w:val="Table Grid5"/>
    <w:basedOn w:val="TableNormal"/>
    <w:next w:val="TableGrid"/>
    <w:uiPriority w:val="59"/>
    <w:rsid w:val="00337163"/>
    <w:rPr>
      <w:rFonts w:ascii="Verdana" w:hAnsi="Verdana"/>
      <w:lang w:eastAsia="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DefaultParagraphFont"/>
    <w:uiPriority w:val="99"/>
    <w:semiHidden/>
    <w:unhideWhenUsed/>
    <w:rsid w:val="00C6029B"/>
    <w:rPr>
      <w:color w:val="605E5C"/>
      <w:shd w:val="clear" w:color="auto" w:fill="E1DFDD"/>
    </w:rPr>
  </w:style>
  <w:style w:type="character" w:styleId="FollowedHyperlink">
    <w:name w:val="FollowedHyperlink"/>
    <w:basedOn w:val="DefaultParagraphFont"/>
    <w:semiHidden/>
    <w:unhideWhenUsed/>
    <w:rsid w:val="00186FAA"/>
    <w:rPr>
      <w:color w:val="800080" w:themeColor="followedHyperlink"/>
      <w:u w:val="single"/>
    </w:rPr>
  </w:style>
  <w:style w:type="character" w:customStyle="1" w:styleId="UnresolvedMention2">
    <w:name w:val="Unresolved Mention2"/>
    <w:basedOn w:val="DefaultParagraphFont"/>
    <w:uiPriority w:val="99"/>
    <w:semiHidden/>
    <w:unhideWhenUsed/>
    <w:rsid w:val="00851364"/>
    <w:rPr>
      <w:color w:val="605E5C"/>
      <w:shd w:val="clear" w:color="auto" w:fill="E1DFDD"/>
    </w:rPr>
  </w:style>
  <w:style w:type="character" w:customStyle="1" w:styleId="UnresolvedMention">
    <w:name w:val="Unresolved Mention"/>
    <w:basedOn w:val="DefaultParagraphFont"/>
    <w:uiPriority w:val="99"/>
    <w:semiHidden/>
    <w:unhideWhenUsed/>
    <w:rsid w:val="00B551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19622573">
      <w:bodyDiv w:val="1"/>
      <w:marLeft w:val="0"/>
      <w:marRight w:val="0"/>
      <w:marTop w:val="0"/>
      <w:marBottom w:val="0"/>
      <w:divBdr>
        <w:top w:val="none" w:sz="0" w:space="0" w:color="auto"/>
        <w:left w:val="none" w:sz="0" w:space="0" w:color="auto"/>
        <w:bottom w:val="none" w:sz="0" w:space="0" w:color="auto"/>
        <w:right w:val="none" w:sz="0" w:space="0" w:color="auto"/>
      </w:divBdr>
    </w:div>
    <w:div w:id="64648005">
      <w:bodyDiv w:val="1"/>
      <w:marLeft w:val="0"/>
      <w:marRight w:val="0"/>
      <w:marTop w:val="0"/>
      <w:marBottom w:val="0"/>
      <w:divBdr>
        <w:top w:val="none" w:sz="0" w:space="0" w:color="auto"/>
        <w:left w:val="none" w:sz="0" w:space="0" w:color="auto"/>
        <w:bottom w:val="none" w:sz="0" w:space="0" w:color="auto"/>
        <w:right w:val="none" w:sz="0" w:space="0" w:color="auto"/>
      </w:divBdr>
    </w:div>
    <w:div w:id="84619778">
      <w:bodyDiv w:val="1"/>
      <w:marLeft w:val="0"/>
      <w:marRight w:val="0"/>
      <w:marTop w:val="0"/>
      <w:marBottom w:val="0"/>
      <w:divBdr>
        <w:top w:val="none" w:sz="0" w:space="0" w:color="auto"/>
        <w:left w:val="none" w:sz="0" w:space="0" w:color="auto"/>
        <w:bottom w:val="none" w:sz="0" w:space="0" w:color="auto"/>
        <w:right w:val="none" w:sz="0" w:space="0" w:color="auto"/>
      </w:divBdr>
    </w:div>
    <w:div w:id="139814611">
      <w:bodyDiv w:val="1"/>
      <w:marLeft w:val="0"/>
      <w:marRight w:val="0"/>
      <w:marTop w:val="0"/>
      <w:marBottom w:val="0"/>
      <w:divBdr>
        <w:top w:val="none" w:sz="0" w:space="0" w:color="auto"/>
        <w:left w:val="none" w:sz="0" w:space="0" w:color="auto"/>
        <w:bottom w:val="none" w:sz="0" w:space="0" w:color="auto"/>
        <w:right w:val="none" w:sz="0" w:space="0" w:color="auto"/>
      </w:divBdr>
    </w:div>
    <w:div w:id="140537741">
      <w:bodyDiv w:val="1"/>
      <w:marLeft w:val="0"/>
      <w:marRight w:val="0"/>
      <w:marTop w:val="0"/>
      <w:marBottom w:val="0"/>
      <w:divBdr>
        <w:top w:val="none" w:sz="0" w:space="0" w:color="auto"/>
        <w:left w:val="none" w:sz="0" w:space="0" w:color="auto"/>
        <w:bottom w:val="none" w:sz="0" w:space="0" w:color="auto"/>
        <w:right w:val="none" w:sz="0" w:space="0" w:color="auto"/>
      </w:divBdr>
    </w:div>
    <w:div w:id="179785244">
      <w:bodyDiv w:val="1"/>
      <w:marLeft w:val="0"/>
      <w:marRight w:val="0"/>
      <w:marTop w:val="0"/>
      <w:marBottom w:val="0"/>
      <w:divBdr>
        <w:top w:val="none" w:sz="0" w:space="0" w:color="auto"/>
        <w:left w:val="none" w:sz="0" w:space="0" w:color="auto"/>
        <w:bottom w:val="none" w:sz="0" w:space="0" w:color="auto"/>
        <w:right w:val="none" w:sz="0" w:space="0" w:color="auto"/>
      </w:divBdr>
    </w:div>
    <w:div w:id="227426305">
      <w:bodyDiv w:val="1"/>
      <w:marLeft w:val="0"/>
      <w:marRight w:val="0"/>
      <w:marTop w:val="0"/>
      <w:marBottom w:val="0"/>
      <w:divBdr>
        <w:top w:val="none" w:sz="0" w:space="0" w:color="auto"/>
        <w:left w:val="none" w:sz="0" w:space="0" w:color="auto"/>
        <w:bottom w:val="none" w:sz="0" w:space="0" w:color="auto"/>
        <w:right w:val="none" w:sz="0" w:space="0" w:color="auto"/>
      </w:divBdr>
    </w:div>
    <w:div w:id="306325217">
      <w:bodyDiv w:val="1"/>
      <w:marLeft w:val="0"/>
      <w:marRight w:val="0"/>
      <w:marTop w:val="0"/>
      <w:marBottom w:val="0"/>
      <w:divBdr>
        <w:top w:val="none" w:sz="0" w:space="0" w:color="auto"/>
        <w:left w:val="none" w:sz="0" w:space="0" w:color="auto"/>
        <w:bottom w:val="none" w:sz="0" w:space="0" w:color="auto"/>
        <w:right w:val="none" w:sz="0" w:space="0" w:color="auto"/>
      </w:divBdr>
    </w:div>
    <w:div w:id="351733862">
      <w:bodyDiv w:val="1"/>
      <w:marLeft w:val="0"/>
      <w:marRight w:val="0"/>
      <w:marTop w:val="0"/>
      <w:marBottom w:val="0"/>
      <w:divBdr>
        <w:top w:val="none" w:sz="0" w:space="0" w:color="auto"/>
        <w:left w:val="none" w:sz="0" w:space="0" w:color="auto"/>
        <w:bottom w:val="none" w:sz="0" w:space="0" w:color="auto"/>
        <w:right w:val="none" w:sz="0" w:space="0" w:color="auto"/>
      </w:divBdr>
    </w:div>
    <w:div w:id="366368998">
      <w:bodyDiv w:val="1"/>
      <w:marLeft w:val="0"/>
      <w:marRight w:val="0"/>
      <w:marTop w:val="0"/>
      <w:marBottom w:val="0"/>
      <w:divBdr>
        <w:top w:val="none" w:sz="0" w:space="0" w:color="auto"/>
        <w:left w:val="none" w:sz="0" w:space="0" w:color="auto"/>
        <w:bottom w:val="none" w:sz="0" w:space="0" w:color="auto"/>
        <w:right w:val="none" w:sz="0" w:space="0" w:color="auto"/>
      </w:divBdr>
    </w:div>
    <w:div w:id="436994323">
      <w:bodyDiv w:val="1"/>
      <w:marLeft w:val="0"/>
      <w:marRight w:val="0"/>
      <w:marTop w:val="0"/>
      <w:marBottom w:val="0"/>
      <w:divBdr>
        <w:top w:val="none" w:sz="0" w:space="0" w:color="auto"/>
        <w:left w:val="none" w:sz="0" w:space="0" w:color="auto"/>
        <w:bottom w:val="none" w:sz="0" w:space="0" w:color="auto"/>
        <w:right w:val="none" w:sz="0" w:space="0" w:color="auto"/>
      </w:divBdr>
    </w:div>
    <w:div w:id="472332172">
      <w:bodyDiv w:val="1"/>
      <w:marLeft w:val="0"/>
      <w:marRight w:val="0"/>
      <w:marTop w:val="0"/>
      <w:marBottom w:val="0"/>
      <w:divBdr>
        <w:top w:val="none" w:sz="0" w:space="0" w:color="auto"/>
        <w:left w:val="none" w:sz="0" w:space="0" w:color="auto"/>
        <w:bottom w:val="none" w:sz="0" w:space="0" w:color="auto"/>
        <w:right w:val="none" w:sz="0" w:space="0" w:color="auto"/>
      </w:divBdr>
    </w:div>
    <w:div w:id="480735394">
      <w:bodyDiv w:val="1"/>
      <w:marLeft w:val="0"/>
      <w:marRight w:val="0"/>
      <w:marTop w:val="0"/>
      <w:marBottom w:val="0"/>
      <w:divBdr>
        <w:top w:val="none" w:sz="0" w:space="0" w:color="auto"/>
        <w:left w:val="none" w:sz="0" w:space="0" w:color="auto"/>
        <w:bottom w:val="none" w:sz="0" w:space="0" w:color="auto"/>
        <w:right w:val="none" w:sz="0" w:space="0" w:color="auto"/>
      </w:divBdr>
    </w:div>
    <w:div w:id="510997198">
      <w:bodyDiv w:val="1"/>
      <w:marLeft w:val="0"/>
      <w:marRight w:val="0"/>
      <w:marTop w:val="0"/>
      <w:marBottom w:val="0"/>
      <w:divBdr>
        <w:top w:val="none" w:sz="0" w:space="0" w:color="auto"/>
        <w:left w:val="none" w:sz="0" w:space="0" w:color="auto"/>
        <w:bottom w:val="none" w:sz="0" w:space="0" w:color="auto"/>
        <w:right w:val="none" w:sz="0" w:space="0" w:color="auto"/>
      </w:divBdr>
    </w:div>
    <w:div w:id="536816531">
      <w:bodyDiv w:val="1"/>
      <w:marLeft w:val="0"/>
      <w:marRight w:val="0"/>
      <w:marTop w:val="0"/>
      <w:marBottom w:val="0"/>
      <w:divBdr>
        <w:top w:val="none" w:sz="0" w:space="0" w:color="auto"/>
        <w:left w:val="none" w:sz="0" w:space="0" w:color="auto"/>
        <w:bottom w:val="none" w:sz="0" w:space="0" w:color="auto"/>
        <w:right w:val="none" w:sz="0" w:space="0" w:color="auto"/>
      </w:divBdr>
    </w:div>
    <w:div w:id="550918321">
      <w:bodyDiv w:val="1"/>
      <w:marLeft w:val="0"/>
      <w:marRight w:val="0"/>
      <w:marTop w:val="0"/>
      <w:marBottom w:val="0"/>
      <w:divBdr>
        <w:top w:val="none" w:sz="0" w:space="0" w:color="auto"/>
        <w:left w:val="none" w:sz="0" w:space="0" w:color="auto"/>
        <w:bottom w:val="none" w:sz="0" w:space="0" w:color="auto"/>
        <w:right w:val="none" w:sz="0" w:space="0" w:color="auto"/>
      </w:divBdr>
    </w:div>
    <w:div w:id="570428979">
      <w:bodyDiv w:val="1"/>
      <w:marLeft w:val="0"/>
      <w:marRight w:val="0"/>
      <w:marTop w:val="0"/>
      <w:marBottom w:val="0"/>
      <w:divBdr>
        <w:top w:val="none" w:sz="0" w:space="0" w:color="auto"/>
        <w:left w:val="none" w:sz="0" w:space="0" w:color="auto"/>
        <w:bottom w:val="none" w:sz="0" w:space="0" w:color="auto"/>
        <w:right w:val="none" w:sz="0" w:space="0" w:color="auto"/>
      </w:divBdr>
    </w:div>
    <w:div w:id="576791833">
      <w:bodyDiv w:val="1"/>
      <w:marLeft w:val="0"/>
      <w:marRight w:val="0"/>
      <w:marTop w:val="0"/>
      <w:marBottom w:val="0"/>
      <w:divBdr>
        <w:top w:val="none" w:sz="0" w:space="0" w:color="auto"/>
        <w:left w:val="none" w:sz="0" w:space="0" w:color="auto"/>
        <w:bottom w:val="none" w:sz="0" w:space="0" w:color="auto"/>
        <w:right w:val="none" w:sz="0" w:space="0" w:color="auto"/>
      </w:divBdr>
    </w:div>
    <w:div w:id="628317536">
      <w:bodyDiv w:val="1"/>
      <w:marLeft w:val="0"/>
      <w:marRight w:val="0"/>
      <w:marTop w:val="0"/>
      <w:marBottom w:val="0"/>
      <w:divBdr>
        <w:top w:val="none" w:sz="0" w:space="0" w:color="auto"/>
        <w:left w:val="none" w:sz="0" w:space="0" w:color="auto"/>
        <w:bottom w:val="none" w:sz="0" w:space="0" w:color="auto"/>
        <w:right w:val="none" w:sz="0" w:space="0" w:color="auto"/>
      </w:divBdr>
    </w:div>
    <w:div w:id="734084799">
      <w:bodyDiv w:val="1"/>
      <w:marLeft w:val="0"/>
      <w:marRight w:val="0"/>
      <w:marTop w:val="0"/>
      <w:marBottom w:val="0"/>
      <w:divBdr>
        <w:top w:val="none" w:sz="0" w:space="0" w:color="auto"/>
        <w:left w:val="none" w:sz="0" w:space="0" w:color="auto"/>
        <w:bottom w:val="none" w:sz="0" w:space="0" w:color="auto"/>
        <w:right w:val="none" w:sz="0" w:space="0" w:color="auto"/>
      </w:divBdr>
    </w:div>
    <w:div w:id="760762727">
      <w:bodyDiv w:val="1"/>
      <w:marLeft w:val="0"/>
      <w:marRight w:val="0"/>
      <w:marTop w:val="0"/>
      <w:marBottom w:val="0"/>
      <w:divBdr>
        <w:top w:val="none" w:sz="0" w:space="0" w:color="auto"/>
        <w:left w:val="none" w:sz="0" w:space="0" w:color="auto"/>
        <w:bottom w:val="none" w:sz="0" w:space="0" w:color="auto"/>
        <w:right w:val="none" w:sz="0" w:space="0" w:color="auto"/>
      </w:divBdr>
    </w:div>
    <w:div w:id="800732142">
      <w:bodyDiv w:val="1"/>
      <w:marLeft w:val="0"/>
      <w:marRight w:val="0"/>
      <w:marTop w:val="0"/>
      <w:marBottom w:val="0"/>
      <w:divBdr>
        <w:top w:val="none" w:sz="0" w:space="0" w:color="auto"/>
        <w:left w:val="none" w:sz="0" w:space="0" w:color="auto"/>
        <w:bottom w:val="none" w:sz="0" w:space="0" w:color="auto"/>
        <w:right w:val="none" w:sz="0" w:space="0" w:color="auto"/>
      </w:divBdr>
    </w:div>
    <w:div w:id="804541897">
      <w:bodyDiv w:val="1"/>
      <w:marLeft w:val="0"/>
      <w:marRight w:val="0"/>
      <w:marTop w:val="0"/>
      <w:marBottom w:val="0"/>
      <w:divBdr>
        <w:top w:val="none" w:sz="0" w:space="0" w:color="auto"/>
        <w:left w:val="none" w:sz="0" w:space="0" w:color="auto"/>
        <w:bottom w:val="none" w:sz="0" w:space="0" w:color="auto"/>
        <w:right w:val="none" w:sz="0" w:space="0" w:color="auto"/>
      </w:divBdr>
    </w:div>
    <w:div w:id="902788636">
      <w:bodyDiv w:val="1"/>
      <w:marLeft w:val="0"/>
      <w:marRight w:val="0"/>
      <w:marTop w:val="0"/>
      <w:marBottom w:val="0"/>
      <w:divBdr>
        <w:top w:val="none" w:sz="0" w:space="0" w:color="auto"/>
        <w:left w:val="none" w:sz="0" w:space="0" w:color="auto"/>
        <w:bottom w:val="none" w:sz="0" w:space="0" w:color="auto"/>
        <w:right w:val="none" w:sz="0" w:space="0" w:color="auto"/>
      </w:divBdr>
    </w:div>
    <w:div w:id="918443094">
      <w:bodyDiv w:val="1"/>
      <w:marLeft w:val="0"/>
      <w:marRight w:val="0"/>
      <w:marTop w:val="0"/>
      <w:marBottom w:val="0"/>
      <w:divBdr>
        <w:top w:val="none" w:sz="0" w:space="0" w:color="auto"/>
        <w:left w:val="none" w:sz="0" w:space="0" w:color="auto"/>
        <w:bottom w:val="none" w:sz="0" w:space="0" w:color="auto"/>
        <w:right w:val="none" w:sz="0" w:space="0" w:color="auto"/>
      </w:divBdr>
    </w:div>
    <w:div w:id="959384472">
      <w:bodyDiv w:val="1"/>
      <w:marLeft w:val="0"/>
      <w:marRight w:val="0"/>
      <w:marTop w:val="0"/>
      <w:marBottom w:val="0"/>
      <w:divBdr>
        <w:top w:val="none" w:sz="0" w:space="0" w:color="auto"/>
        <w:left w:val="none" w:sz="0" w:space="0" w:color="auto"/>
        <w:bottom w:val="none" w:sz="0" w:space="0" w:color="auto"/>
        <w:right w:val="none" w:sz="0" w:space="0" w:color="auto"/>
      </w:divBdr>
    </w:div>
    <w:div w:id="969168332">
      <w:bodyDiv w:val="1"/>
      <w:marLeft w:val="0"/>
      <w:marRight w:val="0"/>
      <w:marTop w:val="0"/>
      <w:marBottom w:val="0"/>
      <w:divBdr>
        <w:top w:val="none" w:sz="0" w:space="0" w:color="auto"/>
        <w:left w:val="none" w:sz="0" w:space="0" w:color="auto"/>
        <w:bottom w:val="none" w:sz="0" w:space="0" w:color="auto"/>
        <w:right w:val="none" w:sz="0" w:space="0" w:color="auto"/>
      </w:divBdr>
    </w:div>
    <w:div w:id="984628069">
      <w:bodyDiv w:val="1"/>
      <w:marLeft w:val="0"/>
      <w:marRight w:val="0"/>
      <w:marTop w:val="0"/>
      <w:marBottom w:val="0"/>
      <w:divBdr>
        <w:top w:val="none" w:sz="0" w:space="0" w:color="auto"/>
        <w:left w:val="none" w:sz="0" w:space="0" w:color="auto"/>
        <w:bottom w:val="none" w:sz="0" w:space="0" w:color="auto"/>
        <w:right w:val="none" w:sz="0" w:space="0" w:color="auto"/>
      </w:divBdr>
    </w:div>
    <w:div w:id="1006862223">
      <w:bodyDiv w:val="1"/>
      <w:marLeft w:val="0"/>
      <w:marRight w:val="0"/>
      <w:marTop w:val="0"/>
      <w:marBottom w:val="0"/>
      <w:divBdr>
        <w:top w:val="none" w:sz="0" w:space="0" w:color="auto"/>
        <w:left w:val="none" w:sz="0" w:space="0" w:color="auto"/>
        <w:bottom w:val="none" w:sz="0" w:space="0" w:color="auto"/>
        <w:right w:val="none" w:sz="0" w:space="0" w:color="auto"/>
      </w:divBdr>
    </w:div>
    <w:div w:id="1019233615">
      <w:bodyDiv w:val="1"/>
      <w:marLeft w:val="0"/>
      <w:marRight w:val="0"/>
      <w:marTop w:val="0"/>
      <w:marBottom w:val="0"/>
      <w:divBdr>
        <w:top w:val="none" w:sz="0" w:space="0" w:color="auto"/>
        <w:left w:val="none" w:sz="0" w:space="0" w:color="auto"/>
        <w:bottom w:val="none" w:sz="0" w:space="0" w:color="auto"/>
        <w:right w:val="none" w:sz="0" w:space="0" w:color="auto"/>
      </w:divBdr>
    </w:div>
    <w:div w:id="1035739750">
      <w:bodyDiv w:val="1"/>
      <w:marLeft w:val="0"/>
      <w:marRight w:val="0"/>
      <w:marTop w:val="0"/>
      <w:marBottom w:val="0"/>
      <w:divBdr>
        <w:top w:val="none" w:sz="0" w:space="0" w:color="auto"/>
        <w:left w:val="none" w:sz="0" w:space="0" w:color="auto"/>
        <w:bottom w:val="none" w:sz="0" w:space="0" w:color="auto"/>
        <w:right w:val="none" w:sz="0" w:space="0" w:color="auto"/>
      </w:divBdr>
    </w:div>
    <w:div w:id="1042484113">
      <w:bodyDiv w:val="1"/>
      <w:marLeft w:val="0"/>
      <w:marRight w:val="0"/>
      <w:marTop w:val="0"/>
      <w:marBottom w:val="0"/>
      <w:divBdr>
        <w:top w:val="none" w:sz="0" w:space="0" w:color="auto"/>
        <w:left w:val="none" w:sz="0" w:space="0" w:color="auto"/>
        <w:bottom w:val="none" w:sz="0" w:space="0" w:color="auto"/>
        <w:right w:val="none" w:sz="0" w:space="0" w:color="auto"/>
      </w:divBdr>
    </w:div>
    <w:div w:id="1078014272">
      <w:bodyDiv w:val="1"/>
      <w:marLeft w:val="0"/>
      <w:marRight w:val="0"/>
      <w:marTop w:val="0"/>
      <w:marBottom w:val="0"/>
      <w:divBdr>
        <w:top w:val="none" w:sz="0" w:space="0" w:color="auto"/>
        <w:left w:val="none" w:sz="0" w:space="0" w:color="auto"/>
        <w:bottom w:val="none" w:sz="0" w:space="0" w:color="auto"/>
        <w:right w:val="none" w:sz="0" w:space="0" w:color="auto"/>
      </w:divBdr>
    </w:div>
    <w:div w:id="1083575364">
      <w:bodyDiv w:val="1"/>
      <w:marLeft w:val="0"/>
      <w:marRight w:val="0"/>
      <w:marTop w:val="0"/>
      <w:marBottom w:val="0"/>
      <w:divBdr>
        <w:top w:val="none" w:sz="0" w:space="0" w:color="auto"/>
        <w:left w:val="none" w:sz="0" w:space="0" w:color="auto"/>
        <w:bottom w:val="none" w:sz="0" w:space="0" w:color="auto"/>
        <w:right w:val="none" w:sz="0" w:space="0" w:color="auto"/>
      </w:divBdr>
    </w:div>
    <w:div w:id="1104377442">
      <w:bodyDiv w:val="1"/>
      <w:marLeft w:val="0"/>
      <w:marRight w:val="0"/>
      <w:marTop w:val="0"/>
      <w:marBottom w:val="0"/>
      <w:divBdr>
        <w:top w:val="none" w:sz="0" w:space="0" w:color="auto"/>
        <w:left w:val="none" w:sz="0" w:space="0" w:color="auto"/>
        <w:bottom w:val="none" w:sz="0" w:space="0" w:color="auto"/>
        <w:right w:val="none" w:sz="0" w:space="0" w:color="auto"/>
      </w:divBdr>
    </w:div>
    <w:div w:id="1164131543">
      <w:bodyDiv w:val="1"/>
      <w:marLeft w:val="0"/>
      <w:marRight w:val="0"/>
      <w:marTop w:val="0"/>
      <w:marBottom w:val="0"/>
      <w:divBdr>
        <w:top w:val="none" w:sz="0" w:space="0" w:color="auto"/>
        <w:left w:val="none" w:sz="0" w:space="0" w:color="auto"/>
        <w:bottom w:val="none" w:sz="0" w:space="0" w:color="auto"/>
        <w:right w:val="none" w:sz="0" w:space="0" w:color="auto"/>
      </w:divBdr>
    </w:div>
    <w:div w:id="1165710538">
      <w:bodyDiv w:val="1"/>
      <w:marLeft w:val="0"/>
      <w:marRight w:val="0"/>
      <w:marTop w:val="0"/>
      <w:marBottom w:val="0"/>
      <w:divBdr>
        <w:top w:val="none" w:sz="0" w:space="0" w:color="auto"/>
        <w:left w:val="none" w:sz="0" w:space="0" w:color="auto"/>
        <w:bottom w:val="none" w:sz="0" w:space="0" w:color="auto"/>
        <w:right w:val="none" w:sz="0" w:space="0" w:color="auto"/>
      </w:divBdr>
    </w:div>
    <w:div w:id="1182820618">
      <w:bodyDiv w:val="1"/>
      <w:marLeft w:val="0"/>
      <w:marRight w:val="0"/>
      <w:marTop w:val="0"/>
      <w:marBottom w:val="0"/>
      <w:divBdr>
        <w:top w:val="none" w:sz="0" w:space="0" w:color="auto"/>
        <w:left w:val="none" w:sz="0" w:space="0" w:color="auto"/>
        <w:bottom w:val="none" w:sz="0" w:space="0" w:color="auto"/>
        <w:right w:val="none" w:sz="0" w:space="0" w:color="auto"/>
      </w:divBdr>
    </w:div>
    <w:div w:id="1227450932">
      <w:bodyDiv w:val="1"/>
      <w:marLeft w:val="0"/>
      <w:marRight w:val="0"/>
      <w:marTop w:val="0"/>
      <w:marBottom w:val="0"/>
      <w:divBdr>
        <w:top w:val="none" w:sz="0" w:space="0" w:color="auto"/>
        <w:left w:val="none" w:sz="0" w:space="0" w:color="auto"/>
        <w:bottom w:val="none" w:sz="0" w:space="0" w:color="auto"/>
        <w:right w:val="none" w:sz="0" w:space="0" w:color="auto"/>
      </w:divBdr>
    </w:div>
    <w:div w:id="1227497381">
      <w:bodyDiv w:val="1"/>
      <w:marLeft w:val="0"/>
      <w:marRight w:val="0"/>
      <w:marTop w:val="0"/>
      <w:marBottom w:val="0"/>
      <w:divBdr>
        <w:top w:val="none" w:sz="0" w:space="0" w:color="auto"/>
        <w:left w:val="none" w:sz="0" w:space="0" w:color="auto"/>
        <w:bottom w:val="none" w:sz="0" w:space="0" w:color="auto"/>
        <w:right w:val="none" w:sz="0" w:space="0" w:color="auto"/>
      </w:divBdr>
    </w:div>
    <w:div w:id="1235702625">
      <w:bodyDiv w:val="1"/>
      <w:marLeft w:val="0"/>
      <w:marRight w:val="0"/>
      <w:marTop w:val="0"/>
      <w:marBottom w:val="0"/>
      <w:divBdr>
        <w:top w:val="none" w:sz="0" w:space="0" w:color="auto"/>
        <w:left w:val="none" w:sz="0" w:space="0" w:color="auto"/>
        <w:bottom w:val="none" w:sz="0" w:space="0" w:color="auto"/>
        <w:right w:val="none" w:sz="0" w:space="0" w:color="auto"/>
      </w:divBdr>
    </w:div>
    <w:div w:id="1241449292">
      <w:bodyDiv w:val="1"/>
      <w:marLeft w:val="0"/>
      <w:marRight w:val="0"/>
      <w:marTop w:val="0"/>
      <w:marBottom w:val="0"/>
      <w:divBdr>
        <w:top w:val="none" w:sz="0" w:space="0" w:color="auto"/>
        <w:left w:val="none" w:sz="0" w:space="0" w:color="auto"/>
        <w:bottom w:val="none" w:sz="0" w:space="0" w:color="auto"/>
        <w:right w:val="none" w:sz="0" w:space="0" w:color="auto"/>
      </w:divBdr>
    </w:div>
    <w:div w:id="1256016184">
      <w:bodyDiv w:val="1"/>
      <w:marLeft w:val="0"/>
      <w:marRight w:val="0"/>
      <w:marTop w:val="0"/>
      <w:marBottom w:val="0"/>
      <w:divBdr>
        <w:top w:val="none" w:sz="0" w:space="0" w:color="auto"/>
        <w:left w:val="none" w:sz="0" w:space="0" w:color="auto"/>
        <w:bottom w:val="none" w:sz="0" w:space="0" w:color="auto"/>
        <w:right w:val="none" w:sz="0" w:space="0" w:color="auto"/>
      </w:divBdr>
    </w:div>
    <w:div w:id="1270549781">
      <w:bodyDiv w:val="1"/>
      <w:marLeft w:val="0"/>
      <w:marRight w:val="0"/>
      <w:marTop w:val="0"/>
      <w:marBottom w:val="0"/>
      <w:divBdr>
        <w:top w:val="none" w:sz="0" w:space="0" w:color="auto"/>
        <w:left w:val="none" w:sz="0" w:space="0" w:color="auto"/>
        <w:bottom w:val="none" w:sz="0" w:space="0" w:color="auto"/>
        <w:right w:val="none" w:sz="0" w:space="0" w:color="auto"/>
      </w:divBdr>
      <w:divsChild>
        <w:div w:id="548154236">
          <w:marLeft w:val="0"/>
          <w:marRight w:val="0"/>
          <w:marTop w:val="0"/>
          <w:marBottom w:val="0"/>
          <w:divBdr>
            <w:top w:val="none" w:sz="0" w:space="0" w:color="auto"/>
            <w:left w:val="none" w:sz="0" w:space="0" w:color="auto"/>
            <w:bottom w:val="none" w:sz="0" w:space="0" w:color="auto"/>
            <w:right w:val="none" w:sz="0" w:space="0" w:color="auto"/>
          </w:divBdr>
          <w:divsChild>
            <w:div w:id="1401096570">
              <w:marLeft w:val="0"/>
              <w:marRight w:val="0"/>
              <w:marTop w:val="0"/>
              <w:marBottom w:val="0"/>
              <w:divBdr>
                <w:top w:val="single" w:sz="2" w:space="0" w:color="EFEFEF"/>
                <w:left w:val="none" w:sz="0" w:space="0" w:color="auto"/>
                <w:bottom w:val="none" w:sz="0" w:space="0" w:color="auto"/>
                <w:right w:val="none" w:sz="0" w:space="0" w:color="auto"/>
              </w:divBdr>
              <w:divsChild>
                <w:div w:id="1923681720">
                  <w:marLeft w:val="0"/>
                  <w:marRight w:val="0"/>
                  <w:marTop w:val="0"/>
                  <w:marBottom w:val="0"/>
                  <w:divBdr>
                    <w:top w:val="single" w:sz="6" w:space="0" w:color="D8D8D8"/>
                    <w:left w:val="none" w:sz="0" w:space="0" w:color="auto"/>
                    <w:bottom w:val="none" w:sz="0" w:space="0" w:color="D8D8D8"/>
                    <w:right w:val="none" w:sz="0" w:space="0" w:color="auto"/>
                  </w:divBdr>
                  <w:divsChild>
                    <w:div w:id="532693683">
                      <w:marLeft w:val="0"/>
                      <w:marRight w:val="0"/>
                      <w:marTop w:val="0"/>
                      <w:marBottom w:val="0"/>
                      <w:divBdr>
                        <w:top w:val="none" w:sz="0" w:space="0" w:color="auto"/>
                        <w:left w:val="none" w:sz="0" w:space="0" w:color="auto"/>
                        <w:bottom w:val="none" w:sz="0" w:space="0" w:color="auto"/>
                        <w:right w:val="none" w:sz="0" w:space="0" w:color="auto"/>
                      </w:divBdr>
                      <w:divsChild>
                        <w:div w:id="963463401">
                          <w:marLeft w:val="0"/>
                          <w:marRight w:val="0"/>
                          <w:marTop w:val="0"/>
                          <w:marBottom w:val="0"/>
                          <w:divBdr>
                            <w:top w:val="none" w:sz="0" w:space="0" w:color="auto"/>
                            <w:left w:val="none" w:sz="0" w:space="0" w:color="auto"/>
                            <w:bottom w:val="none" w:sz="0" w:space="0" w:color="auto"/>
                            <w:right w:val="none" w:sz="0" w:space="0" w:color="auto"/>
                          </w:divBdr>
                          <w:divsChild>
                            <w:div w:id="261886442">
                              <w:marLeft w:val="0"/>
                              <w:marRight w:val="0"/>
                              <w:marTop w:val="0"/>
                              <w:marBottom w:val="0"/>
                              <w:divBdr>
                                <w:top w:val="none" w:sz="0" w:space="0" w:color="auto"/>
                                <w:left w:val="none" w:sz="0" w:space="0" w:color="auto"/>
                                <w:bottom w:val="none" w:sz="0" w:space="0" w:color="auto"/>
                                <w:right w:val="none" w:sz="0" w:space="0" w:color="auto"/>
                              </w:divBdr>
                              <w:divsChild>
                                <w:div w:id="333608755">
                                  <w:marLeft w:val="0"/>
                                  <w:marRight w:val="0"/>
                                  <w:marTop w:val="0"/>
                                  <w:marBottom w:val="0"/>
                                  <w:divBdr>
                                    <w:top w:val="none" w:sz="0" w:space="0" w:color="auto"/>
                                    <w:left w:val="none" w:sz="0" w:space="0" w:color="auto"/>
                                    <w:bottom w:val="none" w:sz="0" w:space="0" w:color="auto"/>
                                    <w:right w:val="none" w:sz="0" w:space="0" w:color="auto"/>
                                  </w:divBdr>
                                  <w:divsChild>
                                    <w:div w:id="1175268973">
                                      <w:marLeft w:val="0"/>
                                      <w:marRight w:val="0"/>
                                      <w:marTop w:val="0"/>
                                      <w:marBottom w:val="0"/>
                                      <w:divBdr>
                                        <w:top w:val="none" w:sz="0" w:space="0" w:color="auto"/>
                                        <w:left w:val="none" w:sz="0" w:space="0" w:color="auto"/>
                                        <w:bottom w:val="none" w:sz="0" w:space="0" w:color="auto"/>
                                        <w:right w:val="none" w:sz="0" w:space="0" w:color="auto"/>
                                      </w:divBdr>
                                    </w:div>
                                  </w:divsChild>
                                </w:div>
                                <w:div w:id="533158992">
                                  <w:marLeft w:val="450"/>
                                  <w:marRight w:val="0"/>
                                  <w:marTop w:val="0"/>
                                  <w:marBottom w:val="0"/>
                                  <w:divBdr>
                                    <w:top w:val="none" w:sz="0" w:space="0" w:color="auto"/>
                                    <w:left w:val="none" w:sz="0" w:space="0" w:color="auto"/>
                                    <w:bottom w:val="none" w:sz="0" w:space="0" w:color="auto"/>
                                    <w:right w:val="none" w:sz="0" w:space="0" w:color="auto"/>
                                  </w:divBdr>
                                  <w:divsChild>
                                    <w:div w:id="39283021">
                                      <w:marLeft w:val="0"/>
                                      <w:marRight w:val="0"/>
                                      <w:marTop w:val="0"/>
                                      <w:marBottom w:val="0"/>
                                      <w:divBdr>
                                        <w:top w:val="none" w:sz="0" w:space="0" w:color="auto"/>
                                        <w:left w:val="none" w:sz="0" w:space="0" w:color="auto"/>
                                        <w:bottom w:val="none" w:sz="0" w:space="0" w:color="auto"/>
                                        <w:right w:val="none" w:sz="0" w:space="0" w:color="auto"/>
                                      </w:divBdr>
                                      <w:divsChild>
                                        <w:div w:id="32312978">
                                          <w:marLeft w:val="0"/>
                                          <w:marRight w:val="0"/>
                                          <w:marTop w:val="0"/>
                                          <w:marBottom w:val="0"/>
                                          <w:divBdr>
                                            <w:top w:val="none" w:sz="0" w:space="0" w:color="auto"/>
                                            <w:left w:val="none" w:sz="0" w:space="0" w:color="auto"/>
                                            <w:bottom w:val="none" w:sz="0" w:space="0" w:color="auto"/>
                                            <w:right w:val="none" w:sz="0" w:space="0" w:color="auto"/>
                                          </w:divBdr>
                                          <w:divsChild>
                                            <w:div w:id="233975428">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4112991">
                                                  <w:marLeft w:val="0"/>
                                                  <w:marRight w:val="0"/>
                                                  <w:marTop w:val="0"/>
                                                  <w:marBottom w:val="0"/>
                                                  <w:divBdr>
                                                    <w:top w:val="none" w:sz="0" w:space="0" w:color="auto"/>
                                                    <w:left w:val="none" w:sz="0" w:space="0" w:color="auto"/>
                                                    <w:bottom w:val="none" w:sz="0" w:space="0" w:color="auto"/>
                                                    <w:right w:val="none" w:sz="0" w:space="0" w:color="auto"/>
                                                  </w:divBdr>
                                                  <w:divsChild>
                                                    <w:div w:id="457647217">
                                                      <w:marLeft w:val="0"/>
                                                      <w:marRight w:val="0"/>
                                                      <w:marTop w:val="30"/>
                                                      <w:marBottom w:val="0"/>
                                                      <w:divBdr>
                                                        <w:top w:val="none" w:sz="0" w:space="0" w:color="auto"/>
                                                        <w:left w:val="none" w:sz="0" w:space="0" w:color="auto"/>
                                                        <w:bottom w:val="none" w:sz="0" w:space="0" w:color="auto"/>
                                                        <w:right w:val="none" w:sz="0" w:space="0" w:color="auto"/>
                                                      </w:divBdr>
                                                    </w:div>
                                                    <w:div w:id="1044602217">
                                                      <w:marLeft w:val="-30"/>
                                                      <w:marRight w:val="0"/>
                                                      <w:marTop w:val="0"/>
                                                      <w:marBottom w:val="0"/>
                                                      <w:divBdr>
                                                        <w:top w:val="none" w:sz="0" w:space="0" w:color="auto"/>
                                                        <w:left w:val="none" w:sz="0" w:space="0" w:color="auto"/>
                                                        <w:bottom w:val="none" w:sz="0" w:space="0" w:color="auto"/>
                                                        <w:right w:val="none" w:sz="0" w:space="0" w:color="auto"/>
                                                      </w:divBdr>
                                                      <w:divsChild>
                                                        <w:div w:id="616838636">
                                                          <w:marLeft w:val="0"/>
                                                          <w:marRight w:val="0"/>
                                                          <w:marTop w:val="15"/>
                                                          <w:marBottom w:val="0"/>
                                                          <w:divBdr>
                                                            <w:top w:val="none" w:sz="0" w:space="0" w:color="auto"/>
                                                            <w:left w:val="none" w:sz="0" w:space="0" w:color="auto"/>
                                                            <w:bottom w:val="none" w:sz="0" w:space="0" w:color="auto"/>
                                                            <w:right w:val="none" w:sz="0" w:space="0" w:color="auto"/>
                                                          </w:divBdr>
                                                          <w:divsChild>
                                                            <w:div w:id="2057045143">
                                                              <w:marLeft w:val="0"/>
                                                              <w:marRight w:val="0"/>
                                                              <w:marTop w:val="0"/>
                                                              <w:marBottom w:val="0"/>
                                                              <w:divBdr>
                                                                <w:top w:val="none" w:sz="0" w:space="0" w:color="auto"/>
                                                                <w:left w:val="none" w:sz="0" w:space="0" w:color="auto"/>
                                                                <w:bottom w:val="none" w:sz="0" w:space="0" w:color="auto"/>
                                                                <w:right w:val="none" w:sz="0" w:space="0" w:color="auto"/>
                                                              </w:divBdr>
                                                            </w:div>
                                                          </w:divsChild>
                                                        </w:div>
                                                        <w:div w:id="1333416125">
                                                          <w:marLeft w:val="0"/>
                                                          <w:marRight w:val="0"/>
                                                          <w:marTop w:val="15"/>
                                                          <w:marBottom w:val="0"/>
                                                          <w:divBdr>
                                                            <w:top w:val="none" w:sz="0" w:space="0" w:color="auto"/>
                                                            <w:left w:val="none" w:sz="0" w:space="0" w:color="auto"/>
                                                            <w:bottom w:val="none" w:sz="0" w:space="0" w:color="auto"/>
                                                            <w:right w:val="none" w:sz="0" w:space="0" w:color="auto"/>
                                                          </w:divBdr>
                                                          <w:divsChild>
                                                            <w:div w:id="117430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418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60396330">
                                      <w:marLeft w:val="0"/>
                                      <w:marRight w:val="0"/>
                                      <w:marTop w:val="0"/>
                                      <w:marBottom w:val="0"/>
                                      <w:divBdr>
                                        <w:top w:val="none" w:sz="0" w:space="0" w:color="auto"/>
                                        <w:left w:val="none" w:sz="0" w:space="0" w:color="auto"/>
                                        <w:bottom w:val="none" w:sz="0" w:space="0" w:color="auto"/>
                                        <w:right w:val="none" w:sz="0" w:space="0" w:color="auto"/>
                                      </w:divBdr>
                                      <w:divsChild>
                                        <w:div w:id="665940736">
                                          <w:marLeft w:val="0"/>
                                          <w:marRight w:val="0"/>
                                          <w:marTop w:val="0"/>
                                          <w:marBottom w:val="0"/>
                                          <w:divBdr>
                                            <w:top w:val="none" w:sz="0" w:space="0" w:color="auto"/>
                                            <w:left w:val="none" w:sz="0" w:space="0" w:color="auto"/>
                                            <w:bottom w:val="none" w:sz="0" w:space="0" w:color="auto"/>
                                            <w:right w:val="none" w:sz="0" w:space="0" w:color="auto"/>
                                          </w:divBdr>
                                        </w:div>
                                        <w:div w:id="1060329459">
                                          <w:marLeft w:val="-15"/>
                                          <w:marRight w:val="0"/>
                                          <w:marTop w:val="0"/>
                                          <w:marBottom w:val="0"/>
                                          <w:divBdr>
                                            <w:top w:val="none" w:sz="0" w:space="0" w:color="auto"/>
                                            <w:left w:val="none" w:sz="0" w:space="0" w:color="auto"/>
                                            <w:bottom w:val="none" w:sz="0" w:space="0" w:color="auto"/>
                                            <w:right w:val="none" w:sz="0" w:space="0" w:color="auto"/>
                                          </w:divBdr>
                                        </w:div>
                                        <w:div w:id="1530680264">
                                          <w:marLeft w:val="0"/>
                                          <w:marRight w:val="0"/>
                                          <w:marTop w:val="0"/>
                                          <w:marBottom w:val="0"/>
                                          <w:divBdr>
                                            <w:top w:val="none" w:sz="0" w:space="0" w:color="auto"/>
                                            <w:left w:val="none" w:sz="0" w:space="0" w:color="auto"/>
                                            <w:bottom w:val="none" w:sz="0" w:space="0" w:color="auto"/>
                                            <w:right w:val="none" w:sz="0" w:space="0" w:color="auto"/>
                                          </w:divBdr>
                                          <w:divsChild>
                                            <w:div w:id="235626558">
                                              <w:marLeft w:val="0"/>
                                              <w:marRight w:val="0"/>
                                              <w:marTop w:val="0"/>
                                              <w:marBottom w:val="0"/>
                                              <w:divBdr>
                                                <w:top w:val="none" w:sz="0" w:space="0" w:color="auto"/>
                                                <w:left w:val="none" w:sz="0" w:space="0" w:color="auto"/>
                                                <w:bottom w:val="none" w:sz="0" w:space="0" w:color="auto"/>
                                                <w:right w:val="none" w:sz="0" w:space="0" w:color="auto"/>
                                              </w:divBdr>
                                            </w:div>
                                          </w:divsChild>
                                        </w:div>
                                        <w:div w:id="1643581516">
                                          <w:marLeft w:val="75"/>
                                          <w:marRight w:val="0"/>
                                          <w:marTop w:val="0"/>
                                          <w:marBottom w:val="0"/>
                                          <w:divBdr>
                                            <w:top w:val="none" w:sz="0" w:space="0" w:color="auto"/>
                                            <w:left w:val="none" w:sz="0" w:space="0" w:color="auto"/>
                                            <w:bottom w:val="none" w:sz="0" w:space="0" w:color="auto"/>
                                            <w:right w:val="none" w:sz="0" w:space="0" w:color="auto"/>
                                          </w:divBdr>
                                        </w:div>
                                      </w:divsChild>
                                    </w:div>
                                    <w:div w:id="1286624049">
                                      <w:marLeft w:val="0"/>
                                      <w:marRight w:val="225"/>
                                      <w:marTop w:val="75"/>
                                      <w:marBottom w:val="0"/>
                                      <w:divBdr>
                                        <w:top w:val="none" w:sz="0" w:space="0" w:color="auto"/>
                                        <w:left w:val="none" w:sz="0" w:space="0" w:color="auto"/>
                                        <w:bottom w:val="none" w:sz="0" w:space="0" w:color="auto"/>
                                        <w:right w:val="none" w:sz="0" w:space="0" w:color="auto"/>
                                      </w:divBdr>
                                      <w:divsChild>
                                        <w:div w:id="1105199646">
                                          <w:marLeft w:val="0"/>
                                          <w:marRight w:val="0"/>
                                          <w:marTop w:val="0"/>
                                          <w:marBottom w:val="0"/>
                                          <w:divBdr>
                                            <w:top w:val="none" w:sz="0" w:space="0" w:color="auto"/>
                                            <w:left w:val="none" w:sz="0" w:space="0" w:color="auto"/>
                                            <w:bottom w:val="none" w:sz="0" w:space="0" w:color="auto"/>
                                            <w:right w:val="none" w:sz="0" w:space="0" w:color="auto"/>
                                          </w:divBdr>
                                          <w:divsChild>
                                            <w:div w:id="1595554545">
                                              <w:marLeft w:val="0"/>
                                              <w:marRight w:val="0"/>
                                              <w:marTop w:val="0"/>
                                              <w:marBottom w:val="0"/>
                                              <w:divBdr>
                                                <w:top w:val="none" w:sz="0" w:space="0" w:color="auto"/>
                                                <w:left w:val="none" w:sz="0" w:space="0" w:color="auto"/>
                                                <w:bottom w:val="none" w:sz="0" w:space="0" w:color="auto"/>
                                                <w:right w:val="none" w:sz="0" w:space="0" w:color="auto"/>
                                              </w:divBdr>
                                              <w:divsChild>
                                                <w:div w:id="176437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312136">
          <w:marLeft w:val="0"/>
          <w:marRight w:val="0"/>
          <w:marTop w:val="0"/>
          <w:marBottom w:val="0"/>
          <w:divBdr>
            <w:top w:val="none" w:sz="0" w:space="0" w:color="auto"/>
            <w:left w:val="none" w:sz="0" w:space="0" w:color="auto"/>
            <w:bottom w:val="none" w:sz="0" w:space="0" w:color="auto"/>
            <w:right w:val="none" w:sz="0" w:space="0" w:color="auto"/>
          </w:divBdr>
          <w:divsChild>
            <w:div w:id="1779060724">
              <w:marLeft w:val="0"/>
              <w:marRight w:val="0"/>
              <w:marTop w:val="0"/>
              <w:marBottom w:val="0"/>
              <w:divBdr>
                <w:top w:val="single" w:sz="2" w:space="0" w:color="EFEFEF"/>
                <w:left w:val="none" w:sz="0" w:space="0" w:color="auto"/>
                <w:bottom w:val="none" w:sz="0" w:space="0" w:color="auto"/>
                <w:right w:val="none" w:sz="0" w:space="0" w:color="auto"/>
              </w:divBdr>
              <w:divsChild>
                <w:div w:id="566766458">
                  <w:marLeft w:val="0"/>
                  <w:marRight w:val="0"/>
                  <w:marTop w:val="0"/>
                  <w:marBottom w:val="0"/>
                  <w:divBdr>
                    <w:top w:val="single" w:sz="6" w:space="0" w:color="D8D8D8"/>
                    <w:left w:val="none" w:sz="0" w:space="0" w:color="auto"/>
                    <w:bottom w:val="none" w:sz="0" w:space="0" w:color="D8D8D8"/>
                    <w:right w:val="none" w:sz="0" w:space="0" w:color="auto"/>
                  </w:divBdr>
                  <w:divsChild>
                    <w:div w:id="1130173652">
                      <w:marLeft w:val="0"/>
                      <w:marRight w:val="0"/>
                      <w:marTop w:val="0"/>
                      <w:marBottom w:val="0"/>
                      <w:divBdr>
                        <w:top w:val="none" w:sz="0" w:space="0" w:color="auto"/>
                        <w:left w:val="none" w:sz="0" w:space="0" w:color="auto"/>
                        <w:bottom w:val="none" w:sz="0" w:space="0" w:color="auto"/>
                        <w:right w:val="none" w:sz="0" w:space="0" w:color="auto"/>
                      </w:divBdr>
                      <w:divsChild>
                        <w:div w:id="1882090011">
                          <w:marLeft w:val="0"/>
                          <w:marRight w:val="0"/>
                          <w:marTop w:val="0"/>
                          <w:marBottom w:val="0"/>
                          <w:divBdr>
                            <w:top w:val="none" w:sz="0" w:space="0" w:color="auto"/>
                            <w:left w:val="none" w:sz="0" w:space="0" w:color="auto"/>
                            <w:bottom w:val="none" w:sz="0" w:space="0" w:color="auto"/>
                            <w:right w:val="none" w:sz="0" w:space="0" w:color="auto"/>
                          </w:divBdr>
                          <w:divsChild>
                            <w:div w:id="290866103">
                              <w:marLeft w:val="0"/>
                              <w:marRight w:val="0"/>
                              <w:marTop w:val="0"/>
                              <w:marBottom w:val="0"/>
                              <w:divBdr>
                                <w:top w:val="none" w:sz="0" w:space="0" w:color="auto"/>
                                <w:left w:val="none" w:sz="0" w:space="0" w:color="auto"/>
                                <w:bottom w:val="none" w:sz="0" w:space="0" w:color="auto"/>
                                <w:right w:val="none" w:sz="0" w:space="0" w:color="auto"/>
                              </w:divBdr>
                              <w:divsChild>
                                <w:div w:id="1406223922">
                                  <w:marLeft w:val="450"/>
                                  <w:marRight w:val="0"/>
                                  <w:marTop w:val="0"/>
                                  <w:marBottom w:val="0"/>
                                  <w:divBdr>
                                    <w:top w:val="none" w:sz="0" w:space="0" w:color="auto"/>
                                    <w:left w:val="none" w:sz="0" w:space="0" w:color="auto"/>
                                    <w:bottom w:val="none" w:sz="0" w:space="0" w:color="auto"/>
                                    <w:right w:val="none" w:sz="0" w:space="0" w:color="auto"/>
                                  </w:divBdr>
                                  <w:divsChild>
                                    <w:div w:id="642396552">
                                      <w:marLeft w:val="0"/>
                                      <w:marRight w:val="225"/>
                                      <w:marTop w:val="75"/>
                                      <w:marBottom w:val="0"/>
                                      <w:divBdr>
                                        <w:top w:val="none" w:sz="0" w:space="0" w:color="auto"/>
                                        <w:left w:val="none" w:sz="0" w:space="0" w:color="auto"/>
                                        <w:bottom w:val="none" w:sz="0" w:space="0" w:color="auto"/>
                                        <w:right w:val="none" w:sz="0" w:space="0" w:color="auto"/>
                                      </w:divBdr>
                                      <w:divsChild>
                                        <w:div w:id="1347901827">
                                          <w:marLeft w:val="0"/>
                                          <w:marRight w:val="0"/>
                                          <w:marTop w:val="0"/>
                                          <w:marBottom w:val="0"/>
                                          <w:divBdr>
                                            <w:top w:val="none" w:sz="0" w:space="0" w:color="auto"/>
                                            <w:left w:val="none" w:sz="0" w:space="0" w:color="auto"/>
                                            <w:bottom w:val="none" w:sz="0" w:space="0" w:color="auto"/>
                                            <w:right w:val="none" w:sz="0" w:space="0" w:color="auto"/>
                                          </w:divBdr>
                                          <w:divsChild>
                                            <w:div w:id="2073890522">
                                              <w:marLeft w:val="0"/>
                                              <w:marRight w:val="0"/>
                                              <w:marTop w:val="0"/>
                                              <w:marBottom w:val="0"/>
                                              <w:divBdr>
                                                <w:top w:val="none" w:sz="0" w:space="0" w:color="auto"/>
                                                <w:left w:val="none" w:sz="0" w:space="0" w:color="auto"/>
                                                <w:bottom w:val="none" w:sz="0" w:space="0" w:color="auto"/>
                                                <w:right w:val="none" w:sz="0" w:space="0" w:color="auto"/>
                                              </w:divBdr>
                                              <w:divsChild>
                                                <w:div w:id="5640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6737869">
      <w:bodyDiv w:val="1"/>
      <w:marLeft w:val="0"/>
      <w:marRight w:val="0"/>
      <w:marTop w:val="0"/>
      <w:marBottom w:val="0"/>
      <w:divBdr>
        <w:top w:val="none" w:sz="0" w:space="0" w:color="auto"/>
        <w:left w:val="none" w:sz="0" w:space="0" w:color="auto"/>
        <w:bottom w:val="none" w:sz="0" w:space="0" w:color="auto"/>
        <w:right w:val="none" w:sz="0" w:space="0" w:color="auto"/>
      </w:divBdr>
    </w:div>
    <w:div w:id="1391270934">
      <w:bodyDiv w:val="1"/>
      <w:marLeft w:val="0"/>
      <w:marRight w:val="0"/>
      <w:marTop w:val="0"/>
      <w:marBottom w:val="0"/>
      <w:divBdr>
        <w:top w:val="none" w:sz="0" w:space="0" w:color="auto"/>
        <w:left w:val="none" w:sz="0" w:space="0" w:color="auto"/>
        <w:bottom w:val="none" w:sz="0" w:space="0" w:color="auto"/>
        <w:right w:val="none" w:sz="0" w:space="0" w:color="auto"/>
      </w:divBdr>
    </w:div>
    <w:div w:id="1400177011">
      <w:bodyDiv w:val="1"/>
      <w:marLeft w:val="0"/>
      <w:marRight w:val="0"/>
      <w:marTop w:val="0"/>
      <w:marBottom w:val="0"/>
      <w:divBdr>
        <w:top w:val="none" w:sz="0" w:space="0" w:color="auto"/>
        <w:left w:val="none" w:sz="0" w:space="0" w:color="auto"/>
        <w:bottom w:val="none" w:sz="0" w:space="0" w:color="auto"/>
        <w:right w:val="none" w:sz="0" w:space="0" w:color="auto"/>
      </w:divBdr>
      <w:divsChild>
        <w:div w:id="294331216">
          <w:marLeft w:val="0"/>
          <w:marRight w:val="0"/>
          <w:marTop w:val="0"/>
          <w:marBottom w:val="0"/>
          <w:divBdr>
            <w:top w:val="none" w:sz="0" w:space="0" w:color="auto"/>
            <w:left w:val="none" w:sz="0" w:space="0" w:color="auto"/>
            <w:bottom w:val="none" w:sz="0" w:space="0" w:color="auto"/>
            <w:right w:val="none" w:sz="0" w:space="0" w:color="auto"/>
          </w:divBdr>
          <w:divsChild>
            <w:div w:id="380641252">
              <w:marLeft w:val="0"/>
              <w:marRight w:val="0"/>
              <w:marTop w:val="0"/>
              <w:marBottom w:val="0"/>
              <w:divBdr>
                <w:top w:val="single" w:sz="2" w:space="0" w:color="EFEFEF"/>
                <w:left w:val="none" w:sz="0" w:space="0" w:color="auto"/>
                <w:bottom w:val="none" w:sz="0" w:space="0" w:color="auto"/>
                <w:right w:val="none" w:sz="0" w:space="0" w:color="auto"/>
              </w:divBdr>
              <w:divsChild>
                <w:div w:id="46270235">
                  <w:marLeft w:val="0"/>
                  <w:marRight w:val="0"/>
                  <w:marTop w:val="0"/>
                  <w:marBottom w:val="0"/>
                  <w:divBdr>
                    <w:top w:val="single" w:sz="8" w:space="0" w:color="D8D8D8"/>
                    <w:left w:val="none" w:sz="0" w:space="0" w:color="auto"/>
                    <w:bottom w:val="none" w:sz="0" w:space="0" w:color="D8D8D8"/>
                    <w:right w:val="none" w:sz="0" w:space="0" w:color="auto"/>
                  </w:divBdr>
                  <w:divsChild>
                    <w:div w:id="1624773513">
                      <w:marLeft w:val="0"/>
                      <w:marRight w:val="0"/>
                      <w:marTop w:val="0"/>
                      <w:marBottom w:val="0"/>
                      <w:divBdr>
                        <w:top w:val="none" w:sz="0" w:space="0" w:color="auto"/>
                        <w:left w:val="none" w:sz="0" w:space="0" w:color="auto"/>
                        <w:bottom w:val="none" w:sz="0" w:space="0" w:color="auto"/>
                        <w:right w:val="none" w:sz="0" w:space="0" w:color="auto"/>
                      </w:divBdr>
                      <w:divsChild>
                        <w:div w:id="159318932">
                          <w:marLeft w:val="0"/>
                          <w:marRight w:val="0"/>
                          <w:marTop w:val="0"/>
                          <w:marBottom w:val="0"/>
                          <w:divBdr>
                            <w:top w:val="none" w:sz="0" w:space="0" w:color="auto"/>
                            <w:left w:val="none" w:sz="0" w:space="0" w:color="auto"/>
                            <w:bottom w:val="none" w:sz="0" w:space="0" w:color="auto"/>
                            <w:right w:val="none" w:sz="0" w:space="0" w:color="auto"/>
                          </w:divBdr>
                          <w:divsChild>
                            <w:div w:id="1836726867">
                              <w:marLeft w:val="0"/>
                              <w:marRight w:val="0"/>
                              <w:marTop w:val="0"/>
                              <w:marBottom w:val="0"/>
                              <w:divBdr>
                                <w:top w:val="none" w:sz="0" w:space="0" w:color="auto"/>
                                <w:left w:val="none" w:sz="0" w:space="0" w:color="auto"/>
                                <w:bottom w:val="none" w:sz="0" w:space="0" w:color="auto"/>
                                <w:right w:val="none" w:sz="0" w:space="0" w:color="auto"/>
                              </w:divBdr>
                              <w:divsChild>
                                <w:div w:id="1216551219">
                                  <w:marLeft w:val="0"/>
                                  <w:marRight w:val="0"/>
                                  <w:marTop w:val="0"/>
                                  <w:marBottom w:val="0"/>
                                  <w:divBdr>
                                    <w:top w:val="none" w:sz="0" w:space="0" w:color="auto"/>
                                    <w:left w:val="none" w:sz="0" w:space="0" w:color="auto"/>
                                    <w:bottom w:val="none" w:sz="0" w:space="0" w:color="auto"/>
                                    <w:right w:val="none" w:sz="0" w:space="0" w:color="auto"/>
                                  </w:divBdr>
                                  <w:divsChild>
                                    <w:div w:id="132122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287498">
          <w:marLeft w:val="0"/>
          <w:marRight w:val="0"/>
          <w:marTop w:val="0"/>
          <w:marBottom w:val="0"/>
          <w:divBdr>
            <w:top w:val="none" w:sz="0" w:space="0" w:color="auto"/>
            <w:left w:val="none" w:sz="0" w:space="0" w:color="auto"/>
            <w:bottom w:val="none" w:sz="0" w:space="0" w:color="auto"/>
            <w:right w:val="none" w:sz="0" w:space="0" w:color="auto"/>
          </w:divBdr>
          <w:divsChild>
            <w:div w:id="1530682933">
              <w:marLeft w:val="0"/>
              <w:marRight w:val="0"/>
              <w:marTop w:val="0"/>
              <w:marBottom w:val="0"/>
              <w:divBdr>
                <w:top w:val="single" w:sz="2" w:space="0" w:color="EFEFEF"/>
                <w:left w:val="none" w:sz="0" w:space="0" w:color="auto"/>
                <w:bottom w:val="none" w:sz="0" w:space="0" w:color="auto"/>
                <w:right w:val="none" w:sz="0" w:space="0" w:color="auto"/>
              </w:divBdr>
              <w:divsChild>
                <w:div w:id="1163396649">
                  <w:marLeft w:val="0"/>
                  <w:marRight w:val="0"/>
                  <w:marTop w:val="0"/>
                  <w:marBottom w:val="0"/>
                  <w:divBdr>
                    <w:top w:val="single" w:sz="8" w:space="0" w:color="D8D8D8"/>
                    <w:left w:val="none" w:sz="0" w:space="0" w:color="auto"/>
                    <w:bottom w:val="none" w:sz="0" w:space="0" w:color="D8D8D8"/>
                    <w:right w:val="none" w:sz="0" w:space="0" w:color="auto"/>
                  </w:divBdr>
                  <w:divsChild>
                    <w:div w:id="1555504896">
                      <w:marLeft w:val="0"/>
                      <w:marRight w:val="0"/>
                      <w:marTop w:val="0"/>
                      <w:marBottom w:val="0"/>
                      <w:divBdr>
                        <w:top w:val="none" w:sz="0" w:space="0" w:color="auto"/>
                        <w:left w:val="none" w:sz="0" w:space="0" w:color="auto"/>
                        <w:bottom w:val="none" w:sz="0" w:space="0" w:color="auto"/>
                        <w:right w:val="none" w:sz="0" w:space="0" w:color="auto"/>
                      </w:divBdr>
                      <w:divsChild>
                        <w:div w:id="1441535383">
                          <w:marLeft w:val="0"/>
                          <w:marRight w:val="0"/>
                          <w:marTop w:val="0"/>
                          <w:marBottom w:val="0"/>
                          <w:divBdr>
                            <w:top w:val="none" w:sz="0" w:space="0" w:color="auto"/>
                            <w:left w:val="none" w:sz="0" w:space="0" w:color="auto"/>
                            <w:bottom w:val="none" w:sz="0" w:space="0" w:color="auto"/>
                            <w:right w:val="none" w:sz="0" w:space="0" w:color="auto"/>
                          </w:divBdr>
                          <w:divsChild>
                            <w:div w:id="1783184060">
                              <w:marLeft w:val="0"/>
                              <w:marRight w:val="0"/>
                              <w:marTop w:val="0"/>
                              <w:marBottom w:val="0"/>
                              <w:divBdr>
                                <w:top w:val="none" w:sz="0" w:space="0" w:color="auto"/>
                                <w:left w:val="none" w:sz="0" w:space="0" w:color="auto"/>
                                <w:bottom w:val="none" w:sz="0" w:space="0" w:color="auto"/>
                                <w:right w:val="none" w:sz="0" w:space="0" w:color="auto"/>
                              </w:divBdr>
                              <w:divsChild>
                                <w:div w:id="900167531">
                                  <w:marLeft w:val="561"/>
                                  <w:marRight w:val="0"/>
                                  <w:marTop w:val="0"/>
                                  <w:marBottom w:val="0"/>
                                  <w:divBdr>
                                    <w:top w:val="none" w:sz="0" w:space="0" w:color="auto"/>
                                    <w:left w:val="none" w:sz="0" w:space="0" w:color="auto"/>
                                    <w:bottom w:val="none" w:sz="0" w:space="0" w:color="auto"/>
                                    <w:right w:val="none" w:sz="0" w:space="0" w:color="auto"/>
                                  </w:divBdr>
                                  <w:divsChild>
                                    <w:div w:id="1612466876">
                                      <w:marLeft w:val="0"/>
                                      <w:marRight w:val="281"/>
                                      <w:marTop w:val="94"/>
                                      <w:marBottom w:val="0"/>
                                      <w:divBdr>
                                        <w:top w:val="none" w:sz="0" w:space="0" w:color="auto"/>
                                        <w:left w:val="none" w:sz="0" w:space="0" w:color="auto"/>
                                        <w:bottom w:val="none" w:sz="0" w:space="0" w:color="auto"/>
                                        <w:right w:val="none" w:sz="0" w:space="0" w:color="auto"/>
                                      </w:divBdr>
                                      <w:divsChild>
                                        <w:div w:id="1574855322">
                                          <w:marLeft w:val="0"/>
                                          <w:marRight w:val="0"/>
                                          <w:marTop w:val="0"/>
                                          <w:marBottom w:val="0"/>
                                          <w:divBdr>
                                            <w:top w:val="none" w:sz="0" w:space="0" w:color="auto"/>
                                            <w:left w:val="none" w:sz="0" w:space="0" w:color="auto"/>
                                            <w:bottom w:val="none" w:sz="0" w:space="0" w:color="auto"/>
                                            <w:right w:val="none" w:sz="0" w:space="0" w:color="auto"/>
                                          </w:divBdr>
                                          <w:divsChild>
                                            <w:div w:id="1273317847">
                                              <w:marLeft w:val="0"/>
                                              <w:marRight w:val="0"/>
                                              <w:marTop w:val="0"/>
                                              <w:marBottom w:val="0"/>
                                              <w:divBdr>
                                                <w:top w:val="none" w:sz="0" w:space="0" w:color="auto"/>
                                                <w:left w:val="none" w:sz="0" w:space="0" w:color="auto"/>
                                                <w:bottom w:val="none" w:sz="0" w:space="0" w:color="auto"/>
                                                <w:right w:val="none" w:sz="0" w:space="0" w:color="auto"/>
                                              </w:divBdr>
                                              <w:divsChild>
                                                <w:div w:id="6892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9789912">
      <w:bodyDiv w:val="1"/>
      <w:marLeft w:val="0"/>
      <w:marRight w:val="0"/>
      <w:marTop w:val="0"/>
      <w:marBottom w:val="0"/>
      <w:divBdr>
        <w:top w:val="none" w:sz="0" w:space="0" w:color="auto"/>
        <w:left w:val="none" w:sz="0" w:space="0" w:color="auto"/>
        <w:bottom w:val="none" w:sz="0" w:space="0" w:color="auto"/>
        <w:right w:val="none" w:sz="0" w:space="0" w:color="auto"/>
      </w:divBdr>
    </w:div>
    <w:div w:id="1467046895">
      <w:bodyDiv w:val="1"/>
      <w:marLeft w:val="0"/>
      <w:marRight w:val="0"/>
      <w:marTop w:val="0"/>
      <w:marBottom w:val="0"/>
      <w:divBdr>
        <w:top w:val="none" w:sz="0" w:space="0" w:color="auto"/>
        <w:left w:val="none" w:sz="0" w:space="0" w:color="auto"/>
        <w:bottom w:val="none" w:sz="0" w:space="0" w:color="auto"/>
        <w:right w:val="none" w:sz="0" w:space="0" w:color="auto"/>
      </w:divBdr>
    </w:div>
    <w:div w:id="1481922725">
      <w:bodyDiv w:val="1"/>
      <w:marLeft w:val="0"/>
      <w:marRight w:val="0"/>
      <w:marTop w:val="0"/>
      <w:marBottom w:val="0"/>
      <w:divBdr>
        <w:top w:val="none" w:sz="0" w:space="0" w:color="auto"/>
        <w:left w:val="none" w:sz="0" w:space="0" w:color="auto"/>
        <w:bottom w:val="none" w:sz="0" w:space="0" w:color="auto"/>
        <w:right w:val="none" w:sz="0" w:space="0" w:color="auto"/>
      </w:divBdr>
    </w:div>
    <w:div w:id="1493831516">
      <w:bodyDiv w:val="1"/>
      <w:marLeft w:val="0"/>
      <w:marRight w:val="0"/>
      <w:marTop w:val="0"/>
      <w:marBottom w:val="0"/>
      <w:divBdr>
        <w:top w:val="none" w:sz="0" w:space="0" w:color="auto"/>
        <w:left w:val="none" w:sz="0" w:space="0" w:color="auto"/>
        <w:bottom w:val="none" w:sz="0" w:space="0" w:color="auto"/>
        <w:right w:val="none" w:sz="0" w:space="0" w:color="auto"/>
      </w:divBdr>
    </w:div>
    <w:div w:id="1510217664">
      <w:bodyDiv w:val="1"/>
      <w:marLeft w:val="0"/>
      <w:marRight w:val="0"/>
      <w:marTop w:val="0"/>
      <w:marBottom w:val="0"/>
      <w:divBdr>
        <w:top w:val="none" w:sz="0" w:space="0" w:color="auto"/>
        <w:left w:val="none" w:sz="0" w:space="0" w:color="auto"/>
        <w:bottom w:val="none" w:sz="0" w:space="0" w:color="auto"/>
        <w:right w:val="none" w:sz="0" w:space="0" w:color="auto"/>
      </w:divBdr>
    </w:div>
    <w:div w:id="1510370066">
      <w:bodyDiv w:val="1"/>
      <w:marLeft w:val="0"/>
      <w:marRight w:val="0"/>
      <w:marTop w:val="0"/>
      <w:marBottom w:val="0"/>
      <w:divBdr>
        <w:top w:val="none" w:sz="0" w:space="0" w:color="auto"/>
        <w:left w:val="none" w:sz="0" w:space="0" w:color="auto"/>
        <w:bottom w:val="none" w:sz="0" w:space="0" w:color="auto"/>
        <w:right w:val="none" w:sz="0" w:space="0" w:color="auto"/>
      </w:divBdr>
    </w:div>
    <w:div w:id="1554542423">
      <w:bodyDiv w:val="1"/>
      <w:marLeft w:val="0"/>
      <w:marRight w:val="0"/>
      <w:marTop w:val="0"/>
      <w:marBottom w:val="0"/>
      <w:divBdr>
        <w:top w:val="none" w:sz="0" w:space="0" w:color="auto"/>
        <w:left w:val="none" w:sz="0" w:space="0" w:color="auto"/>
        <w:bottom w:val="none" w:sz="0" w:space="0" w:color="auto"/>
        <w:right w:val="none" w:sz="0" w:space="0" w:color="auto"/>
      </w:divBdr>
    </w:div>
    <w:div w:id="1593851110">
      <w:bodyDiv w:val="1"/>
      <w:marLeft w:val="0"/>
      <w:marRight w:val="0"/>
      <w:marTop w:val="0"/>
      <w:marBottom w:val="0"/>
      <w:divBdr>
        <w:top w:val="none" w:sz="0" w:space="0" w:color="auto"/>
        <w:left w:val="none" w:sz="0" w:space="0" w:color="auto"/>
        <w:bottom w:val="none" w:sz="0" w:space="0" w:color="auto"/>
        <w:right w:val="none" w:sz="0" w:space="0" w:color="auto"/>
      </w:divBdr>
    </w:div>
    <w:div w:id="1617835673">
      <w:bodyDiv w:val="1"/>
      <w:marLeft w:val="0"/>
      <w:marRight w:val="0"/>
      <w:marTop w:val="0"/>
      <w:marBottom w:val="0"/>
      <w:divBdr>
        <w:top w:val="none" w:sz="0" w:space="0" w:color="auto"/>
        <w:left w:val="none" w:sz="0" w:space="0" w:color="auto"/>
        <w:bottom w:val="none" w:sz="0" w:space="0" w:color="auto"/>
        <w:right w:val="none" w:sz="0" w:space="0" w:color="auto"/>
      </w:divBdr>
    </w:div>
    <w:div w:id="1626960299">
      <w:bodyDiv w:val="1"/>
      <w:marLeft w:val="0"/>
      <w:marRight w:val="0"/>
      <w:marTop w:val="0"/>
      <w:marBottom w:val="0"/>
      <w:divBdr>
        <w:top w:val="none" w:sz="0" w:space="0" w:color="auto"/>
        <w:left w:val="none" w:sz="0" w:space="0" w:color="auto"/>
        <w:bottom w:val="none" w:sz="0" w:space="0" w:color="auto"/>
        <w:right w:val="none" w:sz="0" w:space="0" w:color="auto"/>
      </w:divBdr>
    </w:div>
    <w:div w:id="1731078967">
      <w:bodyDiv w:val="1"/>
      <w:marLeft w:val="0"/>
      <w:marRight w:val="0"/>
      <w:marTop w:val="0"/>
      <w:marBottom w:val="0"/>
      <w:divBdr>
        <w:top w:val="none" w:sz="0" w:space="0" w:color="auto"/>
        <w:left w:val="none" w:sz="0" w:space="0" w:color="auto"/>
        <w:bottom w:val="none" w:sz="0" w:space="0" w:color="auto"/>
        <w:right w:val="none" w:sz="0" w:space="0" w:color="auto"/>
      </w:divBdr>
    </w:div>
    <w:div w:id="1736007128">
      <w:bodyDiv w:val="1"/>
      <w:marLeft w:val="0"/>
      <w:marRight w:val="0"/>
      <w:marTop w:val="0"/>
      <w:marBottom w:val="0"/>
      <w:divBdr>
        <w:top w:val="none" w:sz="0" w:space="0" w:color="auto"/>
        <w:left w:val="none" w:sz="0" w:space="0" w:color="auto"/>
        <w:bottom w:val="none" w:sz="0" w:space="0" w:color="auto"/>
        <w:right w:val="none" w:sz="0" w:space="0" w:color="auto"/>
      </w:divBdr>
    </w:div>
    <w:div w:id="1754011215">
      <w:bodyDiv w:val="1"/>
      <w:marLeft w:val="0"/>
      <w:marRight w:val="0"/>
      <w:marTop w:val="0"/>
      <w:marBottom w:val="0"/>
      <w:divBdr>
        <w:top w:val="none" w:sz="0" w:space="0" w:color="auto"/>
        <w:left w:val="none" w:sz="0" w:space="0" w:color="auto"/>
        <w:bottom w:val="none" w:sz="0" w:space="0" w:color="auto"/>
        <w:right w:val="none" w:sz="0" w:space="0" w:color="auto"/>
      </w:divBdr>
    </w:div>
    <w:div w:id="1787575208">
      <w:bodyDiv w:val="1"/>
      <w:marLeft w:val="0"/>
      <w:marRight w:val="0"/>
      <w:marTop w:val="0"/>
      <w:marBottom w:val="0"/>
      <w:divBdr>
        <w:top w:val="none" w:sz="0" w:space="0" w:color="auto"/>
        <w:left w:val="none" w:sz="0" w:space="0" w:color="auto"/>
        <w:bottom w:val="none" w:sz="0" w:space="0" w:color="auto"/>
        <w:right w:val="none" w:sz="0" w:space="0" w:color="auto"/>
      </w:divBdr>
    </w:div>
    <w:div w:id="1787657091">
      <w:bodyDiv w:val="1"/>
      <w:marLeft w:val="0"/>
      <w:marRight w:val="0"/>
      <w:marTop w:val="0"/>
      <w:marBottom w:val="0"/>
      <w:divBdr>
        <w:top w:val="none" w:sz="0" w:space="0" w:color="auto"/>
        <w:left w:val="none" w:sz="0" w:space="0" w:color="auto"/>
        <w:bottom w:val="none" w:sz="0" w:space="0" w:color="auto"/>
        <w:right w:val="none" w:sz="0" w:space="0" w:color="auto"/>
      </w:divBdr>
    </w:div>
    <w:div w:id="1799832336">
      <w:bodyDiv w:val="1"/>
      <w:marLeft w:val="0"/>
      <w:marRight w:val="0"/>
      <w:marTop w:val="0"/>
      <w:marBottom w:val="0"/>
      <w:divBdr>
        <w:top w:val="none" w:sz="0" w:space="0" w:color="auto"/>
        <w:left w:val="none" w:sz="0" w:space="0" w:color="auto"/>
        <w:bottom w:val="none" w:sz="0" w:space="0" w:color="auto"/>
        <w:right w:val="none" w:sz="0" w:space="0" w:color="auto"/>
      </w:divBdr>
    </w:div>
    <w:div w:id="1819684265">
      <w:bodyDiv w:val="1"/>
      <w:marLeft w:val="0"/>
      <w:marRight w:val="0"/>
      <w:marTop w:val="0"/>
      <w:marBottom w:val="0"/>
      <w:divBdr>
        <w:top w:val="none" w:sz="0" w:space="0" w:color="auto"/>
        <w:left w:val="none" w:sz="0" w:space="0" w:color="auto"/>
        <w:bottom w:val="none" w:sz="0" w:space="0" w:color="auto"/>
        <w:right w:val="none" w:sz="0" w:space="0" w:color="auto"/>
      </w:divBdr>
    </w:div>
    <w:div w:id="1903059802">
      <w:bodyDiv w:val="1"/>
      <w:marLeft w:val="0"/>
      <w:marRight w:val="0"/>
      <w:marTop w:val="0"/>
      <w:marBottom w:val="0"/>
      <w:divBdr>
        <w:top w:val="none" w:sz="0" w:space="0" w:color="auto"/>
        <w:left w:val="none" w:sz="0" w:space="0" w:color="auto"/>
        <w:bottom w:val="none" w:sz="0" w:space="0" w:color="auto"/>
        <w:right w:val="none" w:sz="0" w:space="0" w:color="auto"/>
      </w:divBdr>
    </w:div>
    <w:div w:id="1909195383">
      <w:bodyDiv w:val="1"/>
      <w:marLeft w:val="0"/>
      <w:marRight w:val="0"/>
      <w:marTop w:val="0"/>
      <w:marBottom w:val="0"/>
      <w:divBdr>
        <w:top w:val="none" w:sz="0" w:space="0" w:color="auto"/>
        <w:left w:val="none" w:sz="0" w:space="0" w:color="auto"/>
        <w:bottom w:val="none" w:sz="0" w:space="0" w:color="auto"/>
        <w:right w:val="none" w:sz="0" w:space="0" w:color="auto"/>
      </w:divBdr>
    </w:div>
    <w:div w:id="1933080597">
      <w:bodyDiv w:val="1"/>
      <w:marLeft w:val="0"/>
      <w:marRight w:val="0"/>
      <w:marTop w:val="0"/>
      <w:marBottom w:val="0"/>
      <w:divBdr>
        <w:top w:val="none" w:sz="0" w:space="0" w:color="auto"/>
        <w:left w:val="none" w:sz="0" w:space="0" w:color="auto"/>
        <w:bottom w:val="none" w:sz="0" w:space="0" w:color="auto"/>
        <w:right w:val="none" w:sz="0" w:space="0" w:color="auto"/>
      </w:divBdr>
    </w:div>
    <w:div w:id="1963998679">
      <w:bodyDiv w:val="1"/>
      <w:marLeft w:val="0"/>
      <w:marRight w:val="0"/>
      <w:marTop w:val="0"/>
      <w:marBottom w:val="0"/>
      <w:divBdr>
        <w:top w:val="none" w:sz="0" w:space="0" w:color="auto"/>
        <w:left w:val="none" w:sz="0" w:space="0" w:color="auto"/>
        <w:bottom w:val="none" w:sz="0" w:space="0" w:color="auto"/>
        <w:right w:val="none" w:sz="0" w:space="0" w:color="auto"/>
      </w:divBdr>
    </w:div>
    <w:div w:id="1965231969">
      <w:bodyDiv w:val="1"/>
      <w:marLeft w:val="0"/>
      <w:marRight w:val="0"/>
      <w:marTop w:val="0"/>
      <w:marBottom w:val="0"/>
      <w:divBdr>
        <w:top w:val="none" w:sz="0" w:space="0" w:color="auto"/>
        <w:left w:val="none" w:sz="0" w:space="0" w:color="auto"/>
        <w:bottom w:val="none" w:sz="0" w:space="0" w:color="auto"/>
        <w:right w:val="none" w:sz="0" w:space="0" w:color="auto"/>
      </w:divBdr>
    </w:div>
    <w:div w:id="204768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R-ROP@international.gc.ca"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mailto:PORROP@international.gc.ca"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POR-ROP@international.gc.ca" TargetMode="External"/><Relationship Id="rId14" Type="http://schemas.openxmlformats.org/officeDocument/2006/relationships/hyperlink" Target="https://www.canadianresearchinsightscouncil.ca/rvs/home/?lang=fr" TargetMode="External"/><Relationship Id="rId22" Type="http://schemas.openxmlformats.org/officeDocument/2006/relationships/image" Target="media/image11.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9250E5-0702-4AD2-9869-7055986EC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37</Pages>
  <Words>7819</Words>
  <Characters>44571</Characters>
  <Application>Microsoft Office Word</Application>
  <DocSecurity>0</DocSecurity>
  <Lines>371</Lines>
  <Paragraphs>104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Introduction</vt:lpstr>
      <vt:lpstr>Introduction</vt:lpstr>
    </vt:vector>
  </TitlesOfParts>
  <Manager/>
  <Company/>
  <LinksUpToDate>false</LinksUpToDate>
  <CharactersWithSpaces>52286</CharactersWithSpaces>
  <SharedDoc>false</SharedDoc>
  <HyperlinkBase/>
  <HLinks>
    <vt:vector size="120" baseType="variant">
      <vt:variant>
        <vt:i4>1310769</vt:i4>
      </vt:variant>
      <vt:variant>
        <vt:i4>116</vt:i4>
      </vt:variant>
      <vt:variant>
        <vt:i4>0</vt:i4>
      </vt:variant>
      <vt:variant>
        <vt:i4>5</vt:i4>
      </vt:variant>
      <vt:variant>
        <vt:lpwstr/>
      </vt:variant>
      <vt:variant>
        <vt:lpwstr>_Toc320004257</vt:lpwstr>
      </vt:variant>
      <vt:variant>
        <vt:i4>1310769</vt:i4>
      </vt:variant>
      <vt:variant>
        <vt:i4>110</vt:i4>
      </vt:variant>
      <vt:variant>
        <vt:i4>0</vt:i4>
      </vt:variant>
      <vt:variant>
        <vt:i4>5</vt:i4>
      </vt:variant>
      <vt:variant>
        <vt:lpwstr/>
      </vt:variant>
      <vt:variant>
        <vt:lpwstr>_Toc320004256</vt:lpwstr>
      </vt:variant>
      <vt:variant>
        <vt:i4>1310769</vt:i4>
      </vt:variant>
      <vt:variant>
        <vt:i4>104</vt:i4>
      </vt:variant>
      <vt:variant>
        <vt:i4>0</vt:i4>
      </vt:variant>
      <vt:variant>
        <vt:i4>5</vt:i4>
      </vt:variant>
      <vt:variant>
        <vt:lpwstr/>
      </vt:variant>
      <vt:variant>
        <vt:lpwstr>_Toc320004255</vt:lpwstr>
      </vt:variant>
      <vt:variant>
        <vt:i4>1310769</vt:i4>
      </vt:variant>
      <vt:variant>
        <vt:i4>98</vt:i4>
      </vt:variant>
      <vt:variant>
        <vt:i4>0</vt:i4>
      </vt:variant>
      <vt:variant>
        <vt:i4>5</vt:i4>
      </vt:variant>
      <vt:variant>
        <vt:lpwstr/>
      </vt:variant>
      <vt:variant>
        <vt:lpwstr>_Toc320004254</vt:lpwstr>
      </vt:variant>
      <vt:variant>
        <vt:i4>1310769</vt:i4>
      </vt:variant>
      <vt:variant>
        <vt:i4>92</vt:i4>
      </vt:variant>
      <vt:variant>
        <vt:i4>0</vt:i4>
      </vt:variant>
      <vt:variant>
        <vt:i4>5</vt:i4>
      </vt:variant>
      <vt:variant>
        <vt:lpwstr/>
      </vt:variant>
      <vt:variant>
        <vt:lpwstr>_Toc320004253</vt:lpwstr>
      </vt:variant>
      <vt:variant>
        <vt:i4>1310769</vt:i4>
      </vt:variant>
      <vt:variant>
        <vt:i4>86</vt:i4>
      </vt:variant>
      <vt:variant>
        <vt:i4>0</vt:i4>
      </vt:variant>
      <vt:variant>
        <vt:i4>5</vt:i4>
      </vt:variant>
      <vt:variant>
        <vt:lpwstr/>
      </vt:variant>
      <vt:variant>
        <vt:lpwstr>_Toc320004252</vt:lpwstr>
      </vt:variant>
      <vt:variant>
        <vt:i4>1310769</vt:i4>
      </vt:variant>
      <vt:variant>
        <vt:i4>80</vt:i4>
      </vt:variant>
      <vt:variant>
        <vt:i4>0</vt:i4>
      </vt:variant>
      <vt:variant>
        <vt:i4>5</vt:i4>
      </vt:variant>
      <vt:variant>
        <vt:lpwstr/>
      </vt:variant>
      <vt:variant>
        <vt:lpwstr>_Toc320004251</vt:lpwstr>
      </vt:variant>
      <vt:variant>
        <vt:i4>1310769</vt:i4>
      </vt:variant>
      <vt:variant>
        <vt:i4>74</vt:i4>
      </vt:variant>
      <vt:variant>
        <vt:i4>0</vt:i4>
      </vt:variant>
      <vt:variant>
        <vt:i4>5</vt:i4>
      </vt:variant>
      <vt:variant>
        <vt:lpwstr/>
      </vt:variant>
      <vt:variant>
        <vt:lpwstr>_Toc320004250</vt:lpwstr>
      </vt:variant>
      <vt:variant>
        <vt:i4>1376305</vt:i4>
      </vt:variant>
      <vt:variant>
        <vt:i4>68</vt:i4>
      </vt:variant>
      <vt:variant>
        <vt:i4>0</vt:i4>
      </vt:variant>
      <vt:variant>
        <vt:i4>5</vt:i4>
      </vt:variant>
      <vt:variant>
        <vt:lpwstr/>
      </vt:variant>
      <vt:variant>
        <vt:lpwstr>_Toc320004249</vt:lpwstr>
      </vt:variant>
      <vt:variant>
        <vt:i4>1376305</vt:i4>
      </vt:variant>
      <vt:variant>
        <vt:i4>62</vt:i4>
      </vt:variant>
      <vt:variant>
        <vt:i4>0</vt:i4>
      </vt:variant>
      <vt:variant>
        <vt:i4>5</vt:i4>
      </vt:variant>
      <vt:variant>
        <vt:lpwstr/>
      </vt:variant>
      <vt:variant>
        <vt:lpwstr>_Toc320004248</vt:lpwstr>
      </vt:variant>
      <vt:variant>
        <vt:i4>1376305</vt:i4>
      </vt:variant>
      <vt:variant>
        <vt:i4>56</vt:i4>
      </vt:variant>
      <vt:variant>
        <vt:i4>0</vt:i4>
      </vt:variant>
      <vt:variant>
        <vt:i4>5</vt:i4>
      </vt:variant>
      <vt:variant>
        <vt:lpwstr/>
      </vt:variant>
      <vt:variant>
        <vt:lpwstr>_Toc320004247</vt:lpwstr>
      </vt:variant>
      <vt:variant>
        <vt:i4>1376305</vt:i4>
      </vt:variant>
      <vt:variant>
        <vt:i4>50</vt:i4>
      </vt:variant>
      <vt:variant>
        <vt:i4>0</vt:i4>
      </vt:variant>
      <vt:variant>
        <vt:i4>5</vt:i4>
      </vt:variant>
      <vt:variant>
        <vt:lpwstr/>
      </vt:variant>
      <vt:variant>
        <vt:lpwstr>_Toc320004246</vt:lpwstr>
      </vt:variant>
      <vt:variant>
        <vt:i4>1376305</vt:i4>
      </vt:variant>
      <vt:variant>
        <vt:i4>44</vt:i4>
      </vt:variant>
      <vt:variant>
        <vt:i4>0</vt:i4>
      </vt:variant>
      <vt:variant>
        <vt:i4>5</vt:i4>
      </vt:variant>
      <vt:variant>
        <vt:lpwstr/>
      </vt:variant>
      <vt:variant>
        <vt:lpwstr>_Toc320004245</vt:lpwstr>
      </vt:variant>
      <vt:variant>
        <vt:i4>1376305</vt:i4>
      </vt:variant>
      <vt:variant>
        <vt:i4>38</vt:i4>
      </vt:variant>
      <vt:variant>
        <vt:i4>0</vt:i4>
      </vt:variant>
      <vt:variant>
        <vt:i4>5</vt:i4>
      </vt:variant>
      <vt:variant>
        <vt:lpwstr/>
      </vt:variant>
      <vt:variant>
        <vt:lpwstr>_Toc320004244</vt:lpwstr>
      </vt:variant>
      <vt:variant>
        <vt:i4>1376305</vt:i4>
      </vt:variant>
      <vt:variant>
        <vt:i4>32</vt:i4>
      </vt:variant>
      <vt:variant>
        <vt:i4>0</vt:i4>
      </vt:variant>
      <vt:variant>
        <vt:i4>5</vt:i4>
      </vt:variant>
      <vt:variant>
        <vt:lpwstr/>
      </vt:variant>
      <vt:variant>
        <vt:lpwstr>_Toc320004243</vt:lpwstr>
      </vt:variant>
      <vt:variant>
        <vt:i4>1376305</vt:i4>
      </vt:variant>
      <vt:variant>
        <vt:i4>26</vt:i4>
      </vt:variant>
      <vt:variant>
        <vt:i4>0</vt:i4>
      </vt:variant>
      <vt:variant>
        <vt:i4>5</vt:i4>
      </vt:variant>
      <vt:variant>
        <vt:lpwstr/>
      </vt:variant>
      <vt:variant>
        <vt:lpwstr>_Toc320004242</vt:lpwstr>
      </vt:variant>
      <vt:variant>
        <vt:i4>1376305</vt:i4>
      </vt:variant>
      <vt:variant>
        <vt:i4>20</vt:i4>
      </vt:variant>
      <vt:variant>
        <vt:i4>0</vt:i4>
      </vt:variant>
      <vt:variant>
        <vt:i4>5</vt:i4>
      </vt:variant>
      <vt:variant>
        <vt:lpwstr/>
      </vt:variant>
      <vt:variant>
        <vt:lpwstr>_Toc320004241</vt:lpwstr>
      </vt:variant>
      <vt:variant>
        <vt:i4>1376305</vt:i4>
      </vt:variant>
      <vt:variant>
        <vt:i4>14</vt:i4>
      </vt:variant>
      <vt:variant>
        <vt:i4>0</vt:i4>
      </vt:variant>
      <vt:variant>
        <vt:i4>5</vt:i4>
      </vt:variant>
      <vt:variant>
        <vt:lpwstr/>
      </vt:variant>
      <vt:variant>
        <vt:lpwstr>_Toc320004240</vt:lpwstr>
      </vt:variant>
      <vt:variant>
        <vt:i4>1179697</vt:i4>
      </vt:variant>
      <vt:variant>
        <vt:i4>8</vt:i4>
      </vt:variant>
      <vt:variant>
        <vt:i4>0</vt:i4>
      </vt:variant>
      <vt:variant>
        <vt:i4>5</vt:i4>
      </vt:variant>
      <vt:variant>
        <vt:lpwstr/>
      </vt:variant>
      <vt:variant>
        <vt:lpwstr>_Toc320004239</vt:lpwstr>
      </vt:variant>
      <vt:variant>
        <vt:i4>1179697</vt:i4>
      </vt:variant>
      <vt:variant>
        <vt:i4>2</vt:i4>
      </vt:variant>
      <vt:variant>
        <vt:i4>0</vt:i4>
      </vt:variant>
      <vt:variant>
        <vt:i4>5</vt:i4>
      </vt:variant>
      <vt:variant>
        <vt:lpwstr/>
      </vt:variant>
      <vt:variant>
        <vt:lpwstr>_Toc320004238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SPAQUIN : JOLICOEUR ET ASSOCIÉS</dc:creator>
  <cp:keywords/>
  <dc:description/>
  <cp:lastModifiedBy>Mafogang, Caroline -LCBR</cp:lastModifiedBy>
  <cp:revision>5</cp:revision>
  <cp:lastPrinted>2021-05-19T16:38:00Z</cp:lastPrinted>
  <dcterms:created xsi:type="dcterms:W3CDTF">2021-10-06T22:02:00Z</dcterms:created>
  <dcterms:modified xsi:type="dcterms:W3CDTF">2021-10-07T12:39:00Z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aa71038-b5b2-46ca-a8ca-65f441f438fe_Enabled">
    <vt:lpwstr>true</vt:lpwstr>
  </property>
  <property fmtid="{D5CDD505-2E9C-101B-9397-08002B2CF9AE}" pid="3" name="MSIP_Label_aaa71038-b5b2-46ca-a8ca-65f441f438fe_SetDate">
    <vt:lpwstr>2021-03-29T18:22:50Z</vt:lpwstr>
  </property>
  <property fmtid="{D5CDD505-2E9C-101B-9397-08002B2CF9AE}" pid="4" name="MSIP_Label_aaa71038-b5b2-46ca-a8ca-65f441f438fe_Method">
    <vt:lpwstr>Standard</vt:lpwstr>
  </property>
  <property fmtid="{D5CDD505-2E9C-101B-9397-08002B2CF9AE}" pid="5" name="MSIP_Label_aaa71038-b5b2-46ca-a8ca-65f441f438fe_Name">
    <vt:lpwstr>Advanis Public</vt:lpwstr>
  </property>
  <property fmtid="{D5CDD505-2E9C-101B-9397-08002B2CF9AE}" pid="6" name="MSIP_Label_aaa71038-b5b2-46ca-a8ca-65f441f438fe_SiteId">
    <vt:lpwstr>a345011a-ba7c-4885-b944-7ba34ad2184d</vt:lpwstr>
  </property>
  <property fmtid="{D5CDD505-2E9C-101B-9397-08002B2CF9AE}" pid="7" name="MSIP_Label_aaa71038-b5b2-46ca-a8ca-65f441f438fe_ActionId">
    <vt:lpwstr>bd65aa5e-f838-42e4-a827-adb7b0ec325b</vt:lpwstr>
  </property>
  <property fmtid="{D5CDD505-2E9C-101B-9397-08002B2CF9AE}" pid="8" name="MSIP_Label_aaa71038-b5b2-46ca-a8ca-65f441f438fe_ContentBits">
    <vt:lpwstr>0</vt:lpwstr>
  </property>
</Properties>
</file>