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690E2" w14:textId="3F2B437F" w:rsidR="00DA2BB0" w:rsidRPr="0096400F" w:rsidRDefault="0096400F" w:rsidP="00985C3B">
      <w:pPr>
        <w:spacing w:line="240" w:lineRule="auto"/>
        <w:ind w:right="50"/>
        <w:jc w:val="left"/>
        <w:rPr>
          <w:rFonts w:cs="Tahoma"/>
          <w:b/>
          <w:bCs/>
          <w:color w:val="1F497D"/>
          <w:sz w:val="28"/>
          <w:szCs w:val="28"/>
        </w:rPr>
      </w:pPr>
      <w:bookmarkStart w:id="0" w:name="_Hlk71536030"/>
      <w:bookmarkStart w:id="1" w:name="_Toc511033665"/>
      <w:bookmarkStart w:id="2" w:name="_Toc166920739"/>
      <w:bookmarkStart w:id="3" w:name="_Toc166922159"/>
      <w:bookmarkStart w:id="4" w:name="_Toc167700301"/>
      <w:bookmarkStart w:id="5" w:name="_Toc168197605"/>
      <w:bookmarkStart w:id="6" w:name="_Toc168224407"/>
      <w:bookmarkStart w:id="7" w:name="_Toc168303246"/>
      <w:bookmarkStart w:id="8" w:name="_Toc168306106"/>
      <w:bookmarkStart w:id="9" w:name="_Toc168389819"/>
      <w:bookmarkStart w:id="10" w:name="_Toc168389973"/>
      <w:bookmarkStart w:id="11" w:name="_Toc188758046"/>
      <w:bookmarkStart w:id="12" w:name="_Toc201562737"/>
      <w:bookmarkStart w:id="13" w:name="_Toc224359354"/>
      <w:bookmarkStart w:id="14" w:name="_Toc148866121"/>
      <w:bookmarkStart w:id="15" w:name="_Toc84666715"/>
      <w:bookmarkStart w:id="16" w:name="_Toc84825997"/>
      <w:bookmarkStart w:id="17" w:name="_Toc84826534"/>
      <w:bookmarkStart w:id="18" w:name="_Toc84905408"/>
      <w:bookmarkStart w:id="19" w:name="_Toc88556791"/>
      <w:bookmarkStart w:id="20" w:name="_Toc106166354"/>
      <w:bookmarkStart w:id="21" w:name="_Toc106181417"/>
      <w:bookmarkStart w:id="22" w:name="_Toc107292955"/>
      <w:bookmarkStart w:id="23" w:name="_Toc107298281"/>
      <w:r w:rsidRPr="0096400F">
        <w:rPr>
          <w:noProof/>
        </w:rPr>
        <w:drawing>
          <wp:inline distT="0" distB="0" distL="0" distR="0" wp14:anchorId="5920E4B5" wp14:editId="41E33EB4">
            <wp:extent cx="4123739" cy="442800"/>
            <wp:effectExtent l="0" t="0" r="0" b="0"/>
            <wp:docPr id="5" name="Image 5" descr="Semaine du développement international (SDI) | Centre de Solidarité  internationale Corcov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maine du développement international (SDI) | Centre de Solidarité  internationale Corcovad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739" cy="4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118F4" w14:textId="77777777" w:rsidR="00DA2BB0" w:rsidRPr="0096400F" w:rsidRDefault="00DA2BB0" w:rsidP="00985C3B">
      <w:pPr>
        <w:spacing w:line="240" w:lineRule="auto"/>
        <w:ind w:right="50"/>
        <w:jc w:val="left"/>
        <w:rPr>
          <w:rFonts w:cs="Tahoma"/>
          <w:b/>
          <w:bCs/>
          <w:color w:val="1F497D"/>
          <w:sz w:val="28"/>
          <w:szCs w:val="28"/>
        </w:rPr>
      </w:pPr>
    </w:p>
    <w:p w14:paraId="4226FD04" w14:textId="77777777" w:rsidR="00DA2BB0" w:rsidRPr="0096400F" w:rsidRDefault="00DA2BB0" w:rsidP="00985C3B">
      <w:pPr>
        <w:spacing w:line="240" w:lineRule="auto"/>
        <w:ind w:right="50"/>
        <w:jc w:val="left"/>
        <w:rPr>
          <w:rFonts w:cs="Tahoma"/>
          <w:b/>
          <w:bCs/>
          <w:color w:val="1F497D"/>
          <w:sz w:val="28"/>
          <w:szCs w:val="28"/>
        </w:rPr>
      </w:pPr>
    </w:p>
    <w:p w14:paraId="6CC55B04" w14:textId="77777777" w:rsidR="00DA2BB0" w:rsidRPr="0096400F" w:rsidRDefault="00DA2BB0" w:rsidP="00985C3B">
      <w:pPr>
        <w:spacing w:line="240" w:lineRule="auto"/>
        <w:ind w:right="50"/>
        <w:jc w:val="left"/>
        <w:rPr>
          <w:rFonts w:cs="Tahoma"/>
          <w:b/>
          <w:bCs/>
          <w:color w:val="1F497D"/>
          <w:sz w:val="28"/>
          <w:szCs w:val="28"/>
        </w:rPr>
      </w:pPr>
    </w:p>
    <w:p w14:paraId="6A419D1D" w14:textId="77777777" w:rsidR="00DA2BB0" w:rsidRPr="0096400F" w:rsidRDefault="00DA2BB0" w:rsidP="00985C3B">
      <w:pPr>
        <w:spacing w:line="240" w:lineRule="auto"/>
        <w:ind w:right="50"/>
        <w:jc w:val="left"/>
        <w:rPr>
          <w:rFonts w:cs="Tahoma"/>
          <w:b/>
          <w:bCs/>
          <w:color w:val="1F497D"/>
          <w:sz w:val="28"/>
          <w:szCs w:val="28"/>
        </w:rPr>
      </w:pPr>
    </w:p>
    <w:p w14:paraId="267BA519" w14:textId="0B1D71AD" w:rsidR="00C410CE" w:rsidRPr="0096400F" w:rsidRDefault="00F1468B" w:rsidP="00985C3B">
      <w:pPr>
        <w:spacing w:line="240" w:lineRule="auto"/>
        <w:ind w:right="43"/>
        <w:jc w:val="left"/>
        <w:rPr>
          <w:rFonts w:asciiTheme="minorHAnsi" w:hAnsiTheme="minorHAnsi" w:cstheme="minorHAnsi"/>
          <w:b/>
          <w:bCs/>
          <w:sz w:val="36"/>
          <w:szCs w:val="36"/>
        </w:rPr>
      </w:pPr>
      <w:r w:rsidRPr="0096400F">
        <w:rPr>
          <w:rFonts w:asciiTheme="minorHAnsi" w:hAnsiTheme="minorHAnsi" w:cstheme="minorHAnsi"/>
          <w:b/>
          <w:bCs/>
          <w:sz w:val="36"/>
          <w:szCs w:val="36"/>
        </w:rPr>
        <w:t>Outil d</w:t>
      </w:r>
      <w:r w:rsidR="00F9728D" w:rsidRPr="0096400F">
        <w:rPr>
          <w:rFonts w:asciiTheme="minorHAnsi" w:hAnsiTheme="minorHAnsi" w:cstheme="minorHAnsi"/>
          <w:b/>
          <w:bCs/>
          <w:sz w:val="36"/>
          <w:szCs w:val="36"/>
        </w:rPr>
        <w:t>’</w:t>
      </w:r>
      <w:r w:rsidRPr="0096400F">
        <w:rPr>
          <w:rFonts w:asciiTheme="minorHAnsi" w:hAnsiTheme="minorHAnsi" w:cstheme="minorHAnsi"/>
          <w:b/>
          <w:bCs/>
          <w:sz w:val="36"/>
          <w:szCs w:val="36"/>
        </w:rPr>
        <w:t>évaluation de post-campagnes publicitaire</w:t>
      </w:r>
      <w:r w:rsidR="00DB29F8" w:rsidRPr="0096400F">
        <w:rPr>
          <w:rFonts w:asciiTheme="minorHAnsi" w:hAnsiTheme="minorHAnsi" w:cstheme="minorHAnsi"/>
          <w:b/>
          <w:bCs/>
          <w:sz w:val="36"/>
          <w:szCs w:val="36"/>
        </w:rPr>
        <w:t>s</w:t>
      </w:r>
      <w:r w:rsidRPr="0096400F">
        <w:rPr>
          <w:rFonts w:asciiTheme="minorHAnsi" w:hAnsiTheme="minorHAnsi" w:cstheme="minorHAnsi"/>
          <w:b/>
          <w:bCs/>
          <w:sz w:val="36"/>
          <w:szCs w:val="36"/>
        </w:rPr>
        <w:t xml:space="preserve"> (OECP) – COVID 19 sur les voyages et les frontières</w:t>
      </w:r>
    </w:p>
    <w:p w14:paraId="6688A6D7" w14:textId="77777777" w:rsidR="00EB46BD" w:rsidRPr="0096400F" w:rsidRDefault="00EB46BD" w:rsidP="00985C3B">
      <w:pPr>
        <w:spacing w:line="240" w:lineRule="auto"/>
        <w:ind w:right="43"/>
        <w:jc w:val="left"/>
        <w:rPr>
          <w:rFonts w:asciiTheme="minorHAnsi" w:hAnsiTheme="minorHAnsi" w:cstheme="minorHAnsi"/>
          <w:sz w:val="36"/>
          <w:szCs w:val="36"/>
        </w:rPr>
      </w:pPr>
      <w:r w:rsidRPr="0096400F">
        <w:rPr>
          <w:rFonts w:asciiTheme="minorHAnsi" w:hAnsiTheme="minorHAnsi"/>
          <w:sz w:val="36"/>
        </w:rPr>
        <w:t>Rapport méthodologique</w:t>
      </w:r>
    </w:p>
    <w:p w14:paraId="0A0EF18D" w14:textId="77777777" w:rsidR="00DA2BB0" w:rsidRPr="0096400F" w:rsidRDefault="00DA2BB0" w:rsidP="00985C3B">
      <w:pPr>
        <w:spacing w:line="240" w:lineRule="auto"/>
        <w:ind w:right="50"/>
        <w:jc w:val="left"/>
        <w:rPr>
          <w:rFonts w:asciiTheme="minorHAnsi" w:hAnsiTheme="minorHAnsi" w:cstheme="minorHAnsi"/>
          <w:sz w:val="28"/>
          <w:szCs w:val="28"/>
        </w:rPr>
      </w:pPr>
    </w:p>
    <w:p w14:paraId="7A55593A" w14:textId="77777777" w:rsidR="00DA2BB0" w:rsidRPr="0096400F" w:rsidRDefault="00DA2BB0" w:rsidP="00985C3B">
      <w:pPr>
        <w:spacing w:line="240" w:lineRule="auto"/>
        <w:ind w:right="50"/>
        <w:jc w:val="left"/>
        <w:rPr>
          <w:rFonts w:asciiTheme="minorHAnsi" w:hAnsiTheme="minorHAnsi" w:cstheme="minorHAnsi"/>
          <w:sz w:val="28"/>
          <w:szCs w:val="28"/>
        </w:rPr>
      </w:pPr>
    </w:p>
    <w:p w14:paraId="374D1050" w14:textId="77777777" w:rsidR="00DA2BB0" w:rsidRPr="0096400F" w:rsidRDefault="00DA2BB0" w:rsidP="00985C3B">
      <w:pPr>
        <w:spacing w:line="240" w:lineRule="auto"/>
        <w:ind w:right="50"/>
        <w:jc w:val="left"/>
        <w:rPr>
          <w:rFonts w:asciiTheme="minorHAnsi" w:hAnsiTheme="minorHAnsi" w:cstheme="minorHAnsi"/>
          <w:sz w:val="28"/>
          <w:szCs w:val="28"/>
        </w:rPr>
      </w:pPr>
    </w:p>
    <w:p w14:paraId="71C7DE47" w14:textId="77777777" w:rsidR="00887089" w:rsidRPr="0096400F" w:rsidRDefault="00887089" w:rsidP="00985C3B">
      <w:pPr>
        <w:spacing w:line="240" w:lineRule="auto"/>
        <w:jc w:val="left"/>
        <w:rPr>
          <w:rFonts w:asciiTheme="minorHAnsi" w:hAnsiTheme="minorHAnsi" w:cstheme="minorHAnsi"/>
          <w:sz w:val="28"/>
          <w:szCs w:val="28"/>
        </w:rPr>
      </w:pPr>
      <w:r w:rsidRPr="0096400F">
        <w:rPr>
          <w:rFonts w:asciiTheme="minorHAnsi" w:hAnsiTheme="minorHAnsi"/>
          <w:sz w:val="28"/>
        </w:rPr>
        <w:t>Préparé pour Affaires mondiales Canada</w:t>
      </w:r>
    </w:p>
    <w:p w14:paraId="6408750D" w14:textId="4688EF42" w:rsidR="00DA2BB0" w:rsidRPr="0096400F" w:rsidRDefault="00FF412A" w:rsidP="00985C3B">
      <w:pPr>
        <w:spacing w:line="240" w:lineRule="auto"/>
        <w:jc w:val="left"/>
        <w:rPr>
          <w:rFonts w:asciiTheme="minorHAnsi" w:hAnsiTheme="minorHAnsi" w:cstheme="minorHAnsi"/>
          <w:bCs/>
          <w:sz w:val="28"/>
          <w:szCs w:val="28"/>
        </w:rPr>
      </w:pPr>
      <w:r w:rsidRPr="0096400F">
        <w:rPr>
          <w:rFonts w:asciiTheme="minorHAnsi" w:hAnsiTheme="minorHAnsi"/>
          <w:b/>
          <w:sz w:val="28"/>
        </w:rPr>
        <w:t>Nom du fournisseur </w:t>
      </w:r>
      <w:r w:rsidR="00DA2BB0" w:rsidRPr="0096400F">
        <w:rPr>
          <w:rFonts w:asciiTheme="minorHAnsi" w:hAnsiTheme="minorHAnsi" w:cstheme="minorHAnsi"/>
          <w:b/>
          <w:bCs/>
          <w:sz w:val="28"/>
          <w:szCs w:val="28"/>
        </w:rPr>
        <w:t>:</w:t>
      </w:r>
      <w:r w:rsidR="00DA2BB0" w:rsidRPr="0096400F">
        <w:rPr>
          <w:rFonts w:asciiTheme="minorHAnsi" w:hAnsiTheme="minorHAnsi" w:cstheme="minorHAnsi"/>
          <w:bCs/>
          <w:sz w:val="28"/>
          <w:szCs w:val="28"/>
        </w:rPr>
        <w:t xml:space="preserve"> Advanis Inc.</w:t>
      </w:r>
    </w:p>
    <w:p w14:paraId="337F7008" w14:textId="708909DA" w:rsidR="00DA2BB0" w:rsidRPr="0096400F" w:rsidRDefault="00FB4C0B" w:rsidP="00985C3B">
      <w:pPr>
        <w:spacing w:line="240" w:lineRule="auto"/>
        <w:jc w:val="left"/>
        <w:rPr>
          <w:rFonts w:asciiTheme="minorHAnsi" w:hAnsiTheme="minorHAnsi" w:cstheme="minorHAnsi"/>
          <w:bCs/>
          <w:sz w:val="28"/>
          <w:szCs w:val="28"/>
        </w:rPr>
      </w:pPr>
      <w:r w:rsidRPr="0096400F">
        <w:rPr>
          <w:rFonts w:asciiTheme="minorHAnsi" w:hAnsiTheme="minorHAnsi"/>
          <w:b/>
          <w:sz w:val="28"/>
        </w:rPr>
        <w:t>Numéro de contrat </w:t>
      </w:r>
      <w:r w:rsidR="00DA2BB0" w:rsidRPr="0096400F">
        <w:rPr>
          <w:rFonts w:asciiTheme="minorHAnsi" w:hAnsiTheme="minorHAnsi" w:cstheme="minorHAnsi"/>
          <w:b/>
          <w:bCs/>
          <w:sz w:val="28"/>
          <w:szCs w:val="28"/>
        </w:rPr>
        <w:t>:</w:t>
      </w:r>
      <w:r w:rsidR="00DA2BB0" w:rsidRPr="0096400F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DA2BB0" w:rsidRPr="0096400F">
        <w:rPr>
          <w:rFonts w:asciiTheme="minorHAnsi" w:hAnsiTheme="minorHAnsi" w:cstheme="minorHAnsi"/>
          <w:bCs/>
          <w:sz w:val="28"/>
          <w:szCs w:val="28"/>
        </w:rPr>
        <w:t>EP363-140002/001/CY</w:t>
      </w:r>
    </w:p>
    <w:p w14:paraId="3AF9A37F" w14:textId="30AA46C8" w:rsidR="00DA2BB0" w:rsidRPr="0096400F" w:rsidRDefault="000A0FAE" w:rsidP="00985C3B">
      <w:pPr>
        <w:spacing w:line="240" w:lineRule="auto"/>
        <w:jc w:val="left"/>
        <w:rPr>
          <w:rFonts w:asciiTheme="minorHAnsi" w:hAnsiTheme="minorHAnsi" w:cstheme="minorHAnsi"/>
          <w:bCs/>
          <w:sz w:val="28"/>
          <w:szCs w:val="28"/>
        </w:rPr>
      </w:pPr>
      <w:r w:rsidRPr="0096400F">
        <w:rPr>
          <w:rFonts w:asciiTheme="minorHAnsi" w:hAnsiTheme="minorHAnsi"/>
          <w:b/>
          <w:sz w:val="28"/>
        </w:rPr>
        <w:t>Valeur du contrat </w:t>
      </w:r>
      <w:r w:rsidR="00DA2BB0" w:rsidRPr="0096400F">
        <w:rPr>
          <w:rFonts w:asciiTheme="minorHAnsi" w:hAnsiTheme="minorHAnsi" w:cstheme="minorHAnsi"/>
          <w:b/>
          <w:bCs/>
          <w:sz w:val="28"/>
          <w:szCs w:val="28"/>
        </w:rPr>
        <w:t>:</w:t>
      </w:r>
      <w:r w:rsidR="00DA2BB0" w:rsidRPr="0096400F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3B38C2" w:rsidRPr="0096400F">
        <w:rPr>
          <w:rFonts w:asciiTheme="minorHAnsi" w:hAnsiTheme="minorHAnsi" w:cstheme="minorHAnsi"/>
          <w:bCs/>
          <w:sz w:val="28"/>
          <w:szCs w:val="28"/>
        </w:rPr>
        <w:t xml:space="preserve">24 961,43 $ </w:t>
      </w:r>
      <w:r w:rsidR="00A862BB" w:rsidRPr="0096400F">
        <w:rPr>
          <w:rFonts w:asciiTheme="minorHAnsi" w:hAnsiTheme="minorHAnsi"/>
          <w:sz w:val="28"/>
        </w:rPr>
        <w:t>(</w:t>
      </w:r>
      <w:r w:rsidR="003B38C2" w:rsidRPr="0096400F">
        <w:rPr>
          <w:rFonts w:asciiTheme="minorHAnsi" w:hAnsiTheme="minorHAnsi"/>
          <w:sz w:val="28"/>
        </w:rPr>
        <w:t xml:space="preserve">comprenant </w:t>
      </w:r>
      <w:r w:rsidR="00A862BB" w:rsidRPr="0096400F">
        <w:rPr>
          <w:rFonts w:asciiTheme="minorHAnsi" w:hAnsiTheme="minorHAnsi"/>
          <w:sz w:val="28"/>
        </w:rPr>
        <w:t>la TVH)</w:t>
      </w:r>
    </w:p>
    <w:p w14:paraId="160208A5" w14:textId="13BB38CD" w:rsidR="00DA2BB0" w:rsidRPr="0096400F" w:rsidRDefault="00787A71" w:rsidP="00985C3B">
      <w:pPr>
        <w:spacing w:line="240" w:lineRule="auto"/>
        <w:jc w:val="left"/>
        <w:rPr>
          <w:rFonts w:asciiTheme="minorHAnsi" w:hAnsiTheme="minorHAnsi" w:cstheme="minorHAnsi"/>
          <w:bCs/>
          <w:sz w:val="28"/>
          <w:szCs w:val="28"/>
        </w:rPr>
      </w:pPr>
      <w:r w:rsidRPr="0096400F">
        <w:rPr>
          <w:rFonts w:asciiTheme="minorHAnsi" w:hAnsiTheme="minorHAnsi"/>
          <w:b/>
          <w:sz w:val="28"/>
        </w:rPr>
        <w:t>Date d</w:t>
      </w:r>
      <w:r w:rsidR="00F9728D" w:rsidRPr="0096400F">
        <w:rPr>
          <w:rFonts w:asciiTheme="minorHAnsi" w:hAnsiTheme="minorHAnsi"/>
          <w:b/>
          <w:sz w:val="28"/>
        </w:rPr>
        <w:t>’</w:t>
      </w:r>
      <w:r w:rsidRPr="0096400F">
        <w:rPr>
          <w:rFonts w:asciiTheme="minorHAnsi" w:hAnsiTheme="minorHAnsi"/>
          <w:b/>
          <w:sz w:val="28"/>
        </w:rPr>
        <w:t>attribution du contrat </w:t>
      </w:r>
      <w:r w:rsidR="00DA2BB0" w:rsidRPr="0096400F">
        <w:rPr>
          <w:rFonts w:asciiTheme="minorHAnsi" w:hAnsiTheme="minorHAnsi" w:cstheme="minorHAnsi"/>
          <w:b/>
          <w:bCs/>
          <w:sz w:val="28"/>
          <w:szCs w:val="28"/>
        </w:rPr>
        <w:t>:</w:t>
      </w:r>
      <w:r w:rsidR="00DA2BB0" w:rsidRPr="0096400F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177413" w:rsidRPr="0096400F">
        <w:rPr>
          <w:rFonts w:asciiTheme="minorHAnsi" w:hAnsiTheme="minorHAnsi" w:cstheme="minorHAnsi"/>
          <w:sz w:val="28"/>
          <w:szCs w:val="28"/>
        </w:rPr>
        <w:t>10 mars</w:t>
      </w:r>
      <w:r w:rsidR="00DA2BB0" w:rsidRPr="0096400F">
        <w:rPr>
          <w:rFonts w:asciiTheme="minorHAnsi" w:hAnsiTheme="minorHAnsi" w:cstheme="minorHAnsi"/>
          <w:sz w:val="28"/>
          <w:szCs w:val="28"/>
        </w:rPr>
        <w:t xml:space="preserve"> 2022</w:t>
      </w:r>
    </w:p>
    <w:p w14:paraId="67125CAF" w14:textId="2A5ADD3A" w:rsidR="00DA2BB0" w:rsidRPr="0096400F" w:rsidRDefault="004F410B" w:rsidP="00985C3B">
      <w:pPr>
        <w:spacing w:line="240" w:lineRule="auto"/>
        <w:jc w:val="left"/>
        <w:rPr>
          <w:rFonts w:asciiTheme="minorHAnsi" w:hAnsiTheme="minorHAnsi" w:cstheme="minorHAnsi"/>
          <w:bCs/>
          <w:sz w:val="28"/>
          <w:szCs w:val="28"/>
        </w:rPr>
      </w:pPr>
      <w:r w:rsidRPr="0096400F">
        <w:rPr>
          <w:rFonts w:asciiTheme="minorHAnsi" w:hAnsiTheme="minorHAnsi"/>
          <w:b/>
          <w:bCs/>
          <w:sz w:val="28"/>
        </w:rPr>
        <w:t>Date de livraison </w:t>
      </w:r>
      <w:r w:rsidR="00DA2BB0" w:rsidRPr="0096400F">
        <w:rPr>
          <w:rFonts w:asciiTheme="minorHAnsi" w:hAnsiTheme="minorHAnsi" w:cstheme="minorHAnsi"/>
          <w:bCs/>
          <w:sz w:val="28"/>
          <w:szCs w:val="28"/>
        </w:rPr>
        <w:t xml:space="preserve">: </w:t>
      </w:r>
      <w:r w:rsidR="00177413" w:rsidRPr="0096400F">
        <w:rPr>
          <w:rFonts w:asciiTheme="minorHAnsi" w:hAnsiTheme="minorHAnsi" w:cstheme="minorHAnsi"/>
          <w:bCs/>
          <w:sz w:val="28"/>
          <w:szCs w:val="28"/>
        </w:rPr>
        <w:t>2</w:t>
      </w:r>
      <w:r w:rsidR="002B6494" w:rsidRPr="0096400F">
        <w:rPr>
          <w:rFonts w:asciiTheme="minorHAnsi" w:hAnsiTheme="minorHAnsi" w:cstheme="minorHAnsi"/>
          <w:bCs/>
          <w:sz w:val="28"/>
          <w:szCs w:val="28"/>
        </w:rPr>
        <w:t>5</w:t>
      </w:r>
      <w:r w:rsidR="00177413" w:rsidRPr="0096400F">
        <w:rPr>
          <w:rFonts w:asciiTheme="minorHAnsi" w:hAnsiTheme="minorHAnsi" w:cstheme="minorHAnsi"/>
          <w:bCs/>
          <w:sz w:val="28"/>
          <w:szCs w:val="28"/>
        </w:rPr>
        <w:t xml:space="preserve"> mai </w:t>
      </w:r>
      <w:r w:rsidR="00DA2BB0" w:rsidRPr="0096400F">
        <w:rPr>
          <w:rFonts w:asciiTheme="minorHAnsi" w:hAnsiTheme="minorHAnsi" w:cstheme="minorHAnsi"/>
          <w:bCs/>
          <w:sz w:val="28"/>
          <w:szCs w:val="28"/>
        </w:rPr>
        <w:t>2022</w:t>
      </w:r>
    </w:p>
    <w:p w14:paraId="467A8F00" w14:textId="69445D8D" w:rsidR="00DA2BB0" w:rsidRPr="0096400F" w:rsidRDefault="00982E77" w:rsidP="00985C3B">
      <w:pPr>
        <w:spacing w:line="240" w:lineRule="auto"/>
        <w:jc w:val="left"/>
        <w:rPr>
          <w:rFonts w:asciiTheme="minorHAnsi" w:hAnsiTheme="minorHAnsi" w:cstheme="minorHAnsi"/>
          <w:bCs/>
          <w:sz w:val="24"/>
        </w:rPr>
      </w:pPr>
      <w:r w:rsidRPr="0096400F">
        <w:rPr>
          <w:rFonts w:asciiTheme="minorHAnsi" w:hAnsiTheme="minorHAnsi"/>
          <w:b/>
          <w:bCs/>
          <w:sz w:val="28"/>
        </w:rPr>
        <w:t>Numéro d</w:t>
      </w:r>
      <w:r w:rsidR="00F9728D" w:rsidRPr="0096400F">
        <w:rPr>
          <w:rFonts w:asciiTheme="minorHAnsi" w:hAnsiTheme="minorHAnsi"/>
          <w:b/>
          <w:bCs/>
          <w:sz w:val="28"/>
        </w:rPr>
        <w:t>’</w:t>
      </w:r>
      <w:r w:rsidRPr="0096400F">
        <w:rPr>
          <w:rFonts w:asciiTheme="minorHAnsi" w:hAnsiTheme="minorHAnsi"/>
          <w:b/>
          <w:bCs/>
          <w:sz w:val="28"/>
        </w:rPr>
        <w:t>enregistrement</w:t>
      </w:r>
      <w:r w:rsidR="00D40D7C" w:rsidRPr="0096400F">
        <w:rPr>
          <w:rFonts w:asciiTheme="minorHAnsi" w:hAnsiTheme="minorHAnsi"/>
          <w:b/>
          <w:bCs/>
          <w:sz w:val="28"/>
        </w:rPr>
        <w:t> </w:t>
      </w:r>
      <w:r w:rsidR="00DA2BB0" w:rsidRPr="0096400F">
        <w:rPr>
          <w:rFonts w:asciiTheme="minorHAnsi" w:hAnsiTheme="minorHAnsi" w:cstheme="minorHAnsi"/>
          <w:b/>
          <w:bCs/>
          <w:sz w:val="28"/>
          <w:szCs w:val="22"/>
        </w:rPr>
        <w:t>:</w:t>
      </w:r>
      <w:r w:rsidR="00DA2BB0" w:rsidRPr="0096400F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A2BB0" w:rsidRPr="0096400F">
        <w:rPr>
          <w:rFonts w:asciiTheme="minorHAnsi" w:hAnsiTheme="minorHAnsi" w:cstheme="minorHAnsi"/>
          <w:bCs/>
          <w:sz w:val="28"/>
          <w:szCs w:val="22"/>
        </w:rPr>
        <w:t>POR 131-21</w:t>
      </w:r>
    </w:p>
    <w:p w14:paraId="66CCBC47" w14:textId="77777777" w:rsidR="00DA2BB0" w:rsidRPr="0096400F" w:rsidRDefault="00DA2BB0" w:rsidP="00985C3B">
      <w:pPr>
        <w:spacing w:line="240" w:lineRule="auto"/>
        <w:jc w:val="left"/>
        <w:rPr>
          <w:rFonts w:asciiTheme="minorHAnsi" w:hAnsiTheme="minorHAnsi" w:cstheme="minorHAnsi"/>
          <w:bCs/>
          <w:sz w:val="24"/>
        </w:rPr>
      </w:pPr>
    </w:p>
    <w:p w14:paraId="575FE25B" w14:textId="77777777" w:rsidR="00DA2BB0" w:rsidRPr="0096400F" w:rsidRDefault="00DA2BB0" w:rsidP="00985C3B">
      <w:pPr>
        <w:spacing w:line="240" w:lineRule="auto"/>
        <w:jc w:val="left"/>
        <w:rPr>
          <w:rFonts w:asciiTheme="minorHAnsi" w:hAnsiTheme="minorHAnsi" w:cstheme="minorHAnsi"/>
          <w:bCs/>
          <w:sz w:val="24"/>
        </w:rPr>
      </w:pPr>
    </w:p>
    <w:p w14:paraId="147BB2D9" w14:textId="367CD5D7" w:rsidR="00DA2BB0" w:rsidRPr="0096400F" w:rsidRDefault="00076927" w:rsidP="00985C3B">
      <w:pPr>
        <w:spacing w:line="240" w:lineRule="auto"/>
        <w:jc w:val="left"/>
        <w:rPr>
          <w:rFonts w:asciiTheme="minorHAnsi" w:eastAsia="Times New Roman" w:hAnsiTheme="minorHAnsi" w:cstheme="minorHAnsi"/>
          <w:color w:val="000000"/>
          <w:sz w:val="22"/>
          <w:szCs w:val="22"/>
          <w:lang w:eastAsia="en-US"/>
        </w:rPr>
      </w:pPr>
      <w:r w:rsidRPr="0096400F">
        <w:rPr>
          <w:rFonts w:asciiTheme="minorHAnsi" w:hAnsiTheme="minorHAnsi"/>
          <w:sz w:val="22"/>
        </w:rPr>
        <w:t xml:space="preserve">Pour de plus amples renseignements concernant </w:t>
      </w:r>
      <w:r w:rsidR="003B38C2" w:rsidRPr="0096400F">
        <w:rPr>
          <w:rFonts w:asciiTheme="minorHAnsi" w:hAnsiTheme="minorHAnsi"/>
          <w:sz w:val="22"/>
        </w:rPr>
        <w:t xml:space="preserve">le présent rapport, </w:t>
      </w:r>
      <w:r w:rsidRPr="0096400F">
        <w:rPr>
          <w:rFonts w:asciiTheme="minorHAnsi" w:hAnsiTheme="minorHAnsi"/>
          <w:sz w:val="22"/>
        </w:rPr>
        <w:t xml:space="preserve">veuillez communiquer avec </w:t>
      </w:r>
      <w:r w:rsidR="00121CFF" w:rsidRPr="0096400F">
        <w:rPr>
          <w:rFonts w:asciiTheme="minorHAnsi" w:hAnsiTheme="minorHAnsi"/>
          <w:sz w:val="22"/>
        </w:rPr>
        <w:t>Affaires</w:t>
      </w:r>
      <w:r w:rsidR="002C4B62" w:rsidRPr="0096400F">
        <w:rPr>
          <w:rFonts w:asciiTheme="minorHAnsi" w:hAnsiTheme="minorHAnsi"/>
          <w:sz w:val="22"/>
        </w:rPr>
        <w:t> </w:t>
      </w:r>
      <w:r w:rsidR="00121CFF" w:rsidRPr="0096400F">
        <w:rPr>
          <w:rFonts w:asciiTheme="minorHAnsi" w:hAnsiTheme="minorHAnsi"/>
          <w:sz w:val="22"/>
        </w:rPr>
        <w:t>mondiales Canada</w:t>
      </w:r>
      <w:r w:rsidR="00F671D9" w:rsidRPr="0096400F">
        <w:rPr>
          <w:rFonts w:asciiTheme="minorHAnsi" w:hAnsiTheme="minorHAnsi"/>
          <w:sz w:val="22"/>
        </w:rPr>
        <w:t xml:space="preserve"> à l</w:t>
      </w:r>
      <w:r w:rsidR="00F9728D" w:rsidRPr="0096400F">
        <w:rPr>
          <w:rFonts w:asciiTheme="minorHAnsi" w:hAnsiTheme="minorHAnsi"/>
          <w:sz w:val="22"/>
        </w:rPr>
        <w:t>’</w:t>
      </w:r>
      <w:r w:rsidR="00F671D9" w:rsidRPr="0096400F">
        <w:rPr>
          <w:rFonts w:asciiTheme="minorHAnsi" w:hAnsiTheme="minorHAnsi"/>
          <w:sz w:val="22"/>
        </w:rPr>
        <w:t>adresse suivante</w:t>
      </w:r>
      <w:r w:rsidR="003B38C2" w:rsidRPr="0096400F">
        <w:rPr>
          <w:rFonts w:asciiTheme="minorHAnsi" w:hAnsiTheme="minorHAnsi"/>
          <w:sz w:val="22"/>
        </w:rPr>
        <w:t> </w:t>
      </w:r>
      <w:r w:rsidR="00DA2BB0" w:rsidRPr="0096400F">
        <w:rPr>
          <w:rFonts w:asciiTheme="minorHAnsi" w:hAnsiTheme="minorHAnsi" w:cstheme="minorHAnsi"/>
          <w:bCs/>
          <w:sz w:val="22"/>
          <w:szCs w:val="22"/>
        </w:rPr>
        <w:t xml:space="preserve">: </w:t>
      </w:r>
      <w:hyperlink r:id="rId9" w:history="1">
        <w:r w:rsidR="00045188" w:rsidRPr="0096400F">
          <w:rPr>
            <w:rStyle w:val="Lienhypertexte"/>
            <w:rFonts w:asciiTheme="minorHAnsi" w:eastAsia="Times New Roman" w:hAnsiTheme="minorHAnsi" w:cstheme="minorHAnsi"/>
            <w:sz w:val="22"/>
            <w:szCs w:val="22"/>
            <w:lang w:eastAsia="en-CA"/>
          </w:rPr>
          <w:t>POR-ROP@international.gc.ca</w:t>
        </w:r>
      </w:hyperlink>
    </w:p>
    <w:p w14:paraId="6888F6FC" w14:textId="77777777" w:rsidR="00DA2BB0" w:rsidRPr="0096400F" w:rsidRDefault="00DA2BB0" w:rsidP="00985C3B">
      <w:pPr>
        <w:spacing w:line="240" w:lineRule="auto"/>
        <w:jc w:val="left"/>
        <w:rPr>
          <w:rFonts w:asciiTheme="minorHAnsi" w:hAnsiTheme="minorHAnsi" w:cstheme="minorHAnsi"/>
          <w:bCs/>
          <w:sz w:val="22"/>
          <w:szCs w:val="22"/>
        </w:rPr>
      </w:pPr>
    </w:p>
    <w:p w14:paraId="69781EAD" w14:textId="77777777" w:rsidR="00DA2BB0" w:rsidRPr="0096400F" w:rsidRDefault="00DA2BB0" w:rsidP="00985C3B">
      <w:pPr>
        <w:spacing w:line="240" w:lineRule="auto"/>
        <w:jc w:val="left"/>
        <w:rPr>
          <w:rFonts w:asciiTheme="minorHAnsi" w:hAnsiTheme="minorHAnsi" w:cstheme="minorHAnsi"/>
          <w:bCs/>
          <w:sz w:val="22"/>
          <w:szCs w:val="22"/>
        </w:rPr>
      </w:pPr>
    </w:p>
    <w:p w14:paraId="403DB9B9" w14:textId="77777777" w:rsidR="00DA2BB0" w:rsidRPr="0096400F" w:rsidRDefault="00DA2BB0" w:rsidP="00985C3B">
      <w:pPr>
        <w:spacing w:line="240" w:lineRule="auto"/>
        <w:jc w:val="left"/>
        <w:rPr>
          <w:rFonts w:asciiTheme="minorHAnsi" w:hAnsiTheme="minorHAnsi" w:cstheme="minorHAnsi"/>
          <w:bCs/>
          <w:sz w:val="24"/>
        </w:rPr>
      </w:pPr>
    </w:p>
    <w:p w14:paraId="1B0AD71C" w14:textId="77777777" w:rsidR="00DA2BB0" w:rsidRPr="0096400F" w:rsidRDefault="00DA2BB0" w:rsidP="00985C3B">
      <w:pPr>
        <w:spacing w:line="240" w:lineRule="auto"/>
        <w:jc w:val="left"/>
        <w:rPr>
          <w:rFonts w:asciiTheme="minorHAnsi" w:hAnsiTheme="minorHAnsi" w:cstheme="minorHAnsi"/>
          <w:bCs/>
          <w:sz w:val="24"/>
        </w:rPr>
      </w:pPr>
    </w:p>
    <w:p w14:paraId="09EB0C0A" w14:textId="77777777" w:rsidR="00DA2BB0" w:rsidRPr="0096400F" w:rsidRDefault="00DA2BB0" w:rsidP="00985C3B">
      <w:pPr>
        <w:spacing w:line="240" w:lineRule="auto"/>
        <w:jc w:val="left"/>
        <w:rPr>
          <w:rFonts w:asciiTheme="minorHAnsi" w:hAnsiTheme="minorHAnsi" w:cstheme="minorHAnsi"/>
          <w:bCs/>
          <w:iCs/>
          <w:sz w:val="24"/>
        </w:rPr>
      </w:pPr>
    </w:p>
    <w:p w14:paraId="1991C3C5" w14:textId="77777777" w:rsidR="00045188" w:rsidRPr="0096400F" w:rsidRDefault="00045188" w:rsidP="00985C3B">
      <w:pPr>
        <w:spacing w:line="240" w:lineRule="auto"/>
        <w:jc w:val="left"/>
        <w:rPr>
          <w:rFonts w:asciiTheme="minorHAnsi" w:hAnsiTheme="minorHAnsi" w:cstheme="minorHAnsi"/>
          <w:b/>
          <w:bCs/>
          <w:i/>
          <w:iCs/>
          <w:sz w:val="22"/>
          <w:szCs w:val="22"/>
          <w:lang w:val="en-CA"/>
        </w:rPr>
      </w:pPr>
      <w:r w:rsidRPr="0096400F">
        <w:rPr>
          <w:rFonts w:asciiTheme="minorHAnsi" w:hAnsiTheme="minorHAnsi"/>
          <w:b/>
          <w:i/>
          <w:sz w:val="22"/>
          <w:lang w:val="en-CA"/>
        </w:rPr>
        <w:t>This report is also available in English.</w:t>
      </w:r>
    </w:p>
    <w:p w14:paraId="527B7C97" w14:textId="77777777" w:rsidR="00DA2BB0" w:rsidRPr="0096400F" w:rsidRDefault="00DA2BB0" w:rsidP="00DA2BB0">
      <w:pPr>
        <w:spacing w:line="240" w:lineRule="auto"/>
        <w:jc w:val="left"/>
        <w:rPr>
          <w:rFonts w:asciiTheme="minorHAnsi" w:hAnsiTheme="minorHAnsi" w:cstheme="minorHAnsi"/>
          <w:b/>
          <w:bCs/>
          <w:i/>
          <w:iCs/>
          <w:sz w:val="22"/>
          <w:szCs w:val="22"/>
          <w:lang w:val="en-CA"/>
        </w:rPr>
      </w:pPr>
      <w:r w:rsidRPr="0096400F">
        <w:rPr>
          <w:rFonts w:asciiTheme="minorHAnsi" w:hAnsiTheme="minorHAnsi" w:cstheme="minorHAnsi"/>
          <w:i/>
          <w:iCs/>
          <w:noProof/>
          <w:sz w:val="24"/>
          <w:lang w:val="en-CA" w:eastAsia="en-CA"/>
        </w:rPr>
        <w:drawing>
          <wp:anchor distT="0" distB="0" distL="114300" distR="114300" simplePos="0" relativeHeight="251659264" behindDoc="0" locked="0" layoutInCell="1" allowOverlap="1" wp14:anchorId="1DD7842E" wp14:editId="6FF696E6">
            <wp:simplePos x="0" y="0"/>
            <wp:positionH relativeFrom="column">
              <wp:posOffset>4916805</wp:posOffset>
            </wp:positionH>
            <wp:positionV relativeFrom="paragraph">
              <wp:posOffset>515620</wp:posOffset>
            </wp:positionV>
            <wp:extent cx="1149350" cy="273685"/>
            <wp:effectExtent l="0" t="0" r="0" b="0"/>
            <wp:wrapNone/>
            <wp:docPr id="12" name="Picture 5" descr="CanadaWordmark-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adaWordmark-03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400F">
        <w:rPr>
          <w:rFonts w:asciiTheme="minorHAnsi" w:hAnsiTheme="minorHAnsi" w:cstheme="minorHAnsi"/>
          <w:b/>
          <w:bCs/>
          <w:i/>
          <w:iCs/>
          <w:sz w:val="22"/>
          <w:szCs w:val="22"/>
          <w:lang w:val="en-CA"/>
        </w:rPr>
        <w:br w:type="page"/>
      </w:r>
    </w:p>
    <w:p w14:paraId="435C605A" w14:textId="60AAFC4E" w:rsidR="00F1468B" w:rsidRPr="0096400F" w:rsidRDefault="00F1468B" w:rsidP="00985C3B">
      <w:pPr>
        <w:spacing w:line="240" w:lineRule="auto"/>
        <w:ind w:right="43"/>
        <w:jc w:val="left"/>
        <w:rPr>
          <w:rFonts w:asciiTheme="minorHAnsi" w:hAnsiTheme="minorHAnsi" w:cstheme="minorHAnsi"/>
          <w:b/>
          <w:bCs/>
          <w:sz w:val="36"/>
          <w:szCs w:val="36"/>
        </w:rPr>
      </w:pPr>
      <w:bookmarkStart w:id="24" w:name="_Hlk71536063"/>
      <w:r w:rsidRPr="0096400F">
        <w:rPr>
          <w:rFonts w:asciiTheme="minorHAnsi" w:hAnsiTheme="minorHAnsi" w:cstheme="minorHAnsi"/>
          <w:b/>
          <w:bCs/>
          <w:sz w:val="36"/>
          <w:szCs w:val="36"/>
        </w:rPr>
        <w:lastRenderedPageBreak/>
        <w:t>Outil d</w:t>
      </w:r>
      <w:r w:rsidR="00F9728D" w:rsidRPr="0096400F">
        <w:rPr>
          <w:rFonts w:asciiTheme="minorHAnsi" w:hAnsiTheme="minorHAnsi" w:cstheme="minorHAnsi"/>
          <w:b/>
          <w:bCs/>
          <w:sz w:val="36"/>
          <w:szCs w:val="36"/>
        </w:rPr>
        <w:t>’</w:t>
      </w:r>
      <w:r w:rsidRPr="0096400F">
        <w:rPr>
          <w:rFonts w:asciiTheme="minorHAnsi" w:hAnsiTheme="minorHAnsi" w:cstheme="minorHAnsi"/>
          <w:b/>
          <w:bCs/>
          <w:sz w:val="36"/>
          <w:szCs w:val="36"/>
        </w:rPr>
        <w:t>évaluation de post-campagnes publicitaire</w:t>
      </w:r>
      <w:r w:rsidR="00DB29F8" w:rsidRPr="0096400F">
        <w:rPr>
          <w:rFonts w:asciiTheme="minorHAnsi" w:hAnsiTheme="minorHAnsi" w:cstheme="minorHAnsi"/>
          <w:b/>
          <w:bCs/>
          <w:sz w:val="36"/>
          <w:szCs w:val="36"/>
        </w:rPr>
        <w:t>s</w:t>
      </w:r>
      <w:r w:rsidRPr="0096400F">
        <w:rPr>
          <w:rFonts w:asciiTheme="minorHAnsi" w:hAnsiTheme="minorHAnsi" w:cstheme="minorHAnsi"/>
          <w:b/>
          <w:bCs/>
          <w:sz w:val="36"/>
          <w:szCs w:val="36"/>
        </w:rPr>
        <w:t xml:space="preserve"> (OECP) – COVID 19 sur les voyages et les frontières</w:t>
      </w:r>
    </w:p>
    <w:p w14:paraId="62951F23" w14:textId="41E32DAF" w:rsidR="00045188" w:rsidRPr="0096400F" w:rsidRDefault="00045188" w:rsidP="00985C3B">
      <w:pPr>
        <w:spacing w:line="240" w:lineRule="auto"/>
        <w:ind w:right="43"/>
        <w:jc w:val="left"/>
        <w:rPr>
          <w:rFonts w:asciiTheme="minorHAnsi" w:hAnsiTheme="minorHAnsi" w:cstheme="minorHAnsi"/>
          <w:sz w:val="36"/>
          <w:szCs w:val="36"/>
        </w:rPr>
      </w:pPr>
      <w:r w:rsidRPr="0096400F">
        <w:rPr>
          <w:rFonts w:asciiTheme="minorHAnsi" w:hAnsiTheme="minorHAnsi"/>
          <w:sz w:val="36"/>
        </w:rPr>
        <w:t>Rapport méthodologique</w:t>
      </w:r>
    </w:p>
    <w:p w14:paraId="33F13077" w14:textId="77777777" w:rsidR="00DA2BB0" w:rsidRPr="0096400F" w:rsidRDefault="00DA2BB0" w:rsidP="00985C3B">
      <w:pPr>
        <w:spacing w:line="240" w:lineRule="auto"/>
        <w:jc w:val="left"/>
        <w:rPr>
          <w:rFonts w:asciiTheme="minorHAnsi" w:hAnsiTheme="minorHAnsi" w:cstheme="minorHAnsi"/>
        </w:rPr>
      </w:pPr>
    </w:p>
    <w:p w14:paraId="46DD0FEF" w14:textId="77777777" w:rsidR="00DA2BB0" w:rsidRPr="0096400F" w:rsidRDefault="00DA2BB0" w:rsidP="00985C3B">
      <w:pPr>
        <w:spacing w:line="240" w:lineRule="auto"/>
        <w:ind w:right="1440"/>
        <w:jc w:val="left"/>
        <w:rPr>
          <w:rFonts w:asciiTheme="minorHAnsi" w:hAnsiTheme="minorHAnsi" w:cstheme="minorHAnsi"/>
          <w:b/>
        </w:rPr>
      </w:pPr>
    </w:p>
    <w:p w14:paraId="3CD81E82" w14:textId="77777777" w:rsidR="00486212" w:rsidRPr="0096400F" w:rsidRDefault="00486212" w:rsidP="00985C3B">
      <w:pPr>
        <w:spacing w:line="240" w:lineRule="auto"/>
        <w:ind w:right="1440"/>
        <w:jc w:val="left"/>
        <w:rPr>
          <w:rFonts w:asciiTheme="minorHAnsi" w:hAnsiTheme="minorHAnsi" w:cstheme="minorHAnsi"/>
          <w:b/>
          <w:sz w:val="28"/>
          <w:szCs w:val="28"/>
        </w:rPr>
      </w:pPr>
      <w:r w:rsidRPr="0096400F">
        <w:rPr>
          <w:rFonts w:asciiTheme="minorHAnsi" w:hAnsiTheme="minorHAnsi"/>
          <w:b/>
          <w:sz w:val="28"/>
        </w:rPr>
        <w:t>Préparé pour Affaires mondiales Canada</w:t>
      </w:r>
    </w:p>
    <w:p w14:paraId="4A172BEE" w14:textId="77777777" w:rsidR="00486212" w:rsidRPr="0096400F" w:rsidRDefault="00486212" w:rsidP="00985C3B">
      <w:pPr>
        <w:spacing w:line="240" w:lineRule="auto"/>
        <w:ind w:right="1440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>Nom du fournisseur : Advanis Inc.</w:t>
      </w:r>
    </w:p>
    <w:p w14:paraId="75FD26F8" w14:textId="344122F1" w:rsidR="00486212" w:rsidRPr="0096400F" w:rsidRDefault="00486212" w:rsidP="00985C3B">
      <w:pPr>
        <w:spacing w:line="240" w:lineRule="auto"/>
        <w:ind w:right="1440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>Mai 2022</w:t>
      </w:r>
    </w:p>
    <w:p w14:paraId="52B0F9DB" w14:textId="77777777" w:rsidR="00DA2BB0" w:rsidRPr="0096400F" w:rsidRDefault="00DA2BB0" w:rsidP="00985C3B">
      <w:pPr>
        <w:spacing w:line="240" w:lineRule="auto"/>
        <w:ind w:right="1440"/>
        <w:jc w:val="left"/>
        <w:rPr>
          <w:rFonts w:asciiTheme="minorHAnsi" w:hAnsiTheme="minorHAnsi" w:cstheme="minorHAnsi"/>
          <w:sz w:val="22"/>
          <w:szCs w:val="22"/>
        </w:rPr>
      </w:pPr>
    </w:p>
    <w:p w14:paraId="6A6E2591" w14:textId="6DD17C21" w:rsidR="00DA2BB0" w:rsidRPr="0096400F" w:rsidRDefault="00192B17" w:rsidP="00985C3B">
      <w:pPr>
        <w:spacing w:line="240" w:lineRule="auto"/>
        <w:ind w:right="-273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>Le présent rapport contient les détails méthodologiques du sondage réalisé par Advanis</w:t>
      </w:r>
      <w:r w:rsidR="002C4B62" w:rsidRPr="0096400F">
        <w:rPr>
          <w:rFonts w:asciiTheme="minorHAnsi" w:hAnsiTheme="minorHAnsi"/>
          <w:sz w:val="22"/>
        </w:rPr>
        <w:t> </w:t>
      </w:r>
      <w:r w:rsidRPr="0096400F">
        <w:rPr>
          <w:rFonts w:asciiTheme="minorHAnsi" w:hAnsiTheme="minorHAnsi"/>
          <w:sz w:val="22"/>
        </w:rPr>
        <w:t>Inc. pour le compte 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Affaires mondiales Canada (AMC) </w:t>
      </w:r>
      <w:r w:rsidR="00963E02" w:rsidRPr="0096400F">
        <w:rPr>
          <w:rFonts w:asciiTheme="minorHAnsi" w:hAnsiTheme="minorHAnsi"/>
          <w:sz w:val="22"/>
        </w:rPr>
        <w:t xml:space="preserve">au moyen </w:t>
      </w:r>
      <w:r w:rsidRPr="0096400F">
        <w:rPr>
          <w:rFonts w:asciiTheme="minorHAnsi" w:hAnsiTheme="minorHAnsi"/>
          <w:sz w:val="22"/>
        </w:rPr>
        <w:t xml:space="preserve">de </w:t>
      </w:r>
      <w:r w:rsidR="00F1468B" w:rsidRPr="0096400F">
        <w:rPr>
          <w:rFonts w:asciiTheme="minorHAnsi" w:hAnsiTheme="minorHAnsi"/>
          <w:sz w:val="22"/>
        </w:rPr>
        <w:t>l</w:t>
      </w:r>
      <w:r w:rsidR="00F9728D" w:rsidRPr="0096400F">
        <w:rPr>
          <w:rFonts w:asciiTheme="minorHAnsi" w:hAnsiTheme="minorHAnsi"/>
          <w:sz w:val="22"/>
        </w:rPr>
        <w:t>’</w:t>
      </w:r>
      <w:r w:rsidR="00F1468B" w:rsidRPr="0096400F">
        <w:rPr>
          <w:rFonts w:asciiTheme="minorHAnsi" w:hAnsiTheme="minorHAnsi"/>
          <w:b/>
          <w:bCs/>
          <w:sz w:val="22"/>
        </w:rPr>
        <w:t>Outil d</w:t>
      </w:r>
      <w:r w:rsidR="00F9728D" w:rsidRPr="0096400F">
        <w:rPr>
          <w:rFonts w:asciiTheme="minorHAnsi" w:hAnsiTheme="minorHAnsi"/>
          <w:b/>
          <w:bCs/>
          <w:sz w:val="22"/>
        </w:rPr>
        <w:t>’</w:t>
      </w:r>
      <w:r w:rsidR="00F1468B" w:rsidRPr="0096400F">
        <w:rPr>
          <w:rFonts w:asciiTheme="minorHAnsi" w:hAnsiTheme="minorHAnsi"/>
          <w:b/>
          <w:bCs/>
          <w:sz w:val="22"/>
        </w:rPr>
        <w:t xml:space="preserve">évaluation </w:t>
      </w:r>
      <w:r w:rsidR="00963E02" w:rsidRPr="0096400F">
        <w:rPr>
          <w:rFonts w:asciiTheme="minorHAnsi" w:hAnsiTheme="minorHAnsi"/>
          <w:b/>
          <w:bCs/>
          <w:sz w:val="22"/>
        </w:rPr>
        <w:t xml:space="preserve">des campagnes </w:t>
      </w:r>
      <w:r w:rsidR="00F1468B" w:rsidRPr="0096400F">
        <w:rPr>
          <w:rFonts w:asciiTheme="minorHAnsi" w:hAnsiTheme="minorHAnsi"/>
          <w:b/>
          <w:bCs/>
          <w:sz w:val="22"/>
        </w:rPr>
        <w:t>publicitaire</w:t>
      </w:r>
      <w:r w:rsidR="008F28E2" w:rsidRPr="0096400F">
        <w:rPr>
          <w:rFonts w:asciiTheme="minorHAnsi" w:hAnsiTheme="minorHAnsi"/>
          <w:b/>
          <w:bCs/>
          <w:sz w:val="22"/>
        </w:rPr>
        <w:t>s</w:t>
      </w:r>
      <w:r w:rsidR="00F1468B" w:rsidRPr="0096400F">
        <w:rPr>
          <w:rFonts w:asciiTheme="minorHAnsi" w:hAnsiTheme="minorHAnsi"/>
          <w:b/>
          <w:bCs/>
          <w:sz w:val="22"/>
        </w:rPr>
        <w:t xml:space="preserve"> (OECP)</w:t>
      </w:r>
      <w:r w:rsidR="00963E02" w:rsidRPr="0096400F">
        <w:rPr>
          <w:rFonts w:asciiTheme="minorHAnsi" w:hAnsiTheme="minorHAnsi"/>
          <w:b/>
          <w:bCs/>
          <w:sz w:val="22"/>
        </w:rPr>
        <w:t xml:space="preserve"> liées à la COVID</w:t>
      </w:r>
      <w:r w:rsidR="00963E02" w:rsidRPr="0096400F">
        <w:rPr>
          <w:rFonts w:asciiTheme="minorHAnsi" w:hAnsiTheme="minorHAnsi"/>
          <w:b/>
          <w:bCs/>
          <w:sz w:val="22"/>
        </w:rPr>
        <w:noBreakHyphen/>
        <w:t>19, portant sur les voyages</w:t>
      </w:r>
      <w:r w:rsidR="00F1468B" w:rsidRPr="0096400F">
        <w:rPr>
          <w:rFonts w:asciiTheme="minorHAnsi" w:hAnsiTheme="minorHAnsi"/>
          <w:b/>
          <w:bCs/>
          <w:sz w:val="22"/>
        </w:rPr>
        <w:t xml:space="preserve"> et les frontières</w:t>
      </w:r>
      <w:r w:rsidR="00CA1B68" w:rsidRPr="0096400F">
        <w:rPr>
          <w:rFonts w:asciiTheme="minorHAnsi" w:hAnsiTheme="minorHAnsi" w:cstheme="minorHAnsi"/>
          <w:iCs/>
          <w:sz w:val="22"/>
          <w:szCs w:val="22"/>
        </w:rPr>
        <w:t>.</w:t>
      </w:r>
      <w:r w:rsidR="00CA1B68" w:rsidRPr="0096400F">
        <w:rPr>
          <w:rFonts w:asciiTheme="minorHAnsi" w:hAnsiTheme="minorHAnsi"/>
          <w:sz w:val="22"/>
        </w:rPr>
        <w:t xml:space="preserve"> Le sondage a été </w:t>
      </w:r>
      <w:r w:rsidR="00076927" w:rsidRPr="0096400F">
        <w:rPr>
          <w:rFonts w:asciiTheme="minorHAnsi" w:hAnsiTheme="minorHAnsi"/>
          <w:sz w:val="22"/>
        </w:rPr>
        <w:t>effectué</w:t>
      </w:r>
      <w:r w:rsidR="00CA1B68" w:rsidRPr="0096400F">
        <w:rPr>
          <w:rFonts w:asciiTheme="minorHAnsi" w:hAnsiTheme="minorHAnsi"/>
          <w:sz w:val="22"/>
        </w:rPr>
        <w:t xml:space="preserve"> auprès de</w:t>
      </w:r>
      <w:r w:rsidR="00DA2BB0" w:rsidRPr="0096400F">
        <w:rPr>
          <w:rFonts w:asciiTheme="minorHAnsi" w:hAnsiTheme="minorHAnsi" w:cstheme="minorHAnsi"/>
          <w:sz w:val="22"/>
          <w:szCs w:val="22"/>
        </w:rPr>
        <w:t xml:space="preserve"> 2</w:t>
      </w:r>
      <w:r w:rsidR="00963E02" w:rsidRPr="0096400F">
        <w:rPr>
          <w:rFonts w:asciiTheme="minorHAnsi" w:hAnsiTheme="minorHAnsi" w:cstheme="minorHAnsi"/>
          <w:sz w:val="22"/>
          <w:szCs w:val="22"/>
        </w:rPr>
        <w:t> </w:t>
      </w:r>
      <w:r w:rsidR="00DA2BB0" w:rsidRPr="0096400F">
        <w:rPr>
          <w:rFonts w:asciiTheme="minorHAnsi" w:hAnsiTheme="minorHAnsi" w:cstheme="minorHAnsi"/>
          <w:sz w:val="22"/>
          <w:szCs w:val="22"/>
        </w:rPr>
        <w:t>072</w:t>
      </w:r>
      <w:r w:rsidR="00963E02" w:rsidRPr="0096400F">
        <w:rPr>
          <w:rFonts w:asciiTheme="minorHAnsi" w:hAnsiTheme="minorHAnsi" w:cstheme="minorHAnsi"/>
          <w:sz w:val="22"/>
          <w:szCs w:val="22"/>
        </w:rPr>
        <w:t> </w:t>
      </w:r>
      <w:r w:rsidR="009F13D9" w:rsidRPr="0096400F">
        <w:rPr>
          <w:rFonts w:asciiTheme="minorHAnsi" w:hAnsiTheme="minorHAnsi"/>
          <w:sz w:val="22"/>
        </w:rPr>
        <w:t>membres de la population canadienne</w:t>
      </w:r>
      <w:r w:rsidR="00963E02" w:rsidRPr="0096400F">
        <w:rPr>
          <w:rFonts w:asciiTheme="minorHAnsi" w:hAnsiTheme="minorHAnsi"/>
          <w:sz w:val="22"/>
        </w:rPr>
        <w:t xml:space="preserve"> d’adultes</w:t>
      </w:r>
      <w:r w:rsidR="009F13D9" w:rsidRPr="0096400F">
        <w:rPr>
          <w:rFonts w:asciiTheme="minorHAnsi" w:hAnsiTheme="minorHAnsi"/>
          <w:sz w:val="22"/>
        </w:rPr>
        <w:t xml:space="preserve"> âgés de 18 ans et plus,</w:t>
      </w:r>
      <w:r w:rsidR="00DA2BB0" w:rsidRPr="0096400F">
        <w:rPr>
          <w:rFonts w:asciiTheme="minorHAnsi" w:hAnsiTheme="minorHAnsi" w:cstheme="minorHAnsi"/>
          <w:sz w:val="22"/>
          <w:szCs w:val="22"/>
        </w:rPr>
        <w:t xml:space="preserve"> </w:t>
      </w:r>
      <w:r w:rsidR="009F13D9" w:rsidRPr="0096400F">
        <w:rPr>
          <w:rFonts w:asciiTheme="minorHAnsi" w:hAnsiTheme="minorHAnsi" w:cstheme="minorHAnsi"/>
          <w:sz w:val="22"/>
          <w:szCs w:val="22"/>
        </w:rPr>
        <w:t>entre le</w:t>
      </w:r>
      <w:r w:rsidR="00DA2BB0" w:rsidRPr="0096400F">
        <w:rPr>
          <w:rFonts w:asciiTheme="minorHAnsi" w:hAnsiTheme="minorHAnsi" w:cstheme="minorHAnsi"/>
          <w:sz w:val="22"/>
          <w:szCs w:val="22"/>
        </w:rPr>
        <w:t xml:space="preserve"> 4</w:t>
      </w:r>
      <w:r w:rsidR="00963E02" w:rsidRPr="0096400F">
        <w:rPr>
          <w:rFonts w:asciiTheme="minorHAnsi" w:hAnsiTheme="minorHAnsi" w:cstheme="minorHAnsi"/>
          <w:sz w:val="22"/>
          <w:szCs w:val="22"/>
        </w:rPr>
        <w:t> </w:t>
      </w:r>
      <w:r w:rsidR="009F13D9" w:rsidRPr="0096400F">
        <w:rPr>
          <w:rFonts w:asciiTheme="minorHAnsi" w:hAnsiTheme="minorHAnsi" w:cstheme="minorHAnsi"/>
          <w:sz w:val="22"/>
          <w:szCs w:val="22"/>
        </w:rPr>
        <w:t>avril et le 27</w:t>
      </w:r>
      <w:r w:rsidR="00963E02" w:rsidRPr="0096400F">
        <w:rPr>
          <w:rFonts w:asciiTheme="minorHAnsi" w:hAnsiTheme="minorHAnsi" w:cstheme="minorHAnsi"/>
          <w:sz w:val="22"/>
          <w:szCs w:val="22"/>
        </w:rPr>
        <w:t> </w:t>
      </w:r>
      <w:r w:rsidR="009F13D9" w:rsidRPr="0096400F">
        <w:rPr>
          <w:rFonts w:asciiTheme="minorHAnsi" w:hAnsiTheme="minorHAnsi" w:cstheme="minorHAnsi"/>
          <w:sz w:val="22"/>
          <w:szCs w:val="22"/>
        </w:rPr>
        <w:t>avri</w:t>
      </w:r>
      <w:r w:rsidR="00B50A97" w:rsidRPr="0096400F">
        <w:rPr>
          <w:rFonts w:asciiTheme="minorHAnsi" w:hAnsiTheme="minorHAnsi" w:cstheme="minorHAnsi"/>
          <w:sz w:val="22"/>
          <w:szCs w:val="22"/>
        </w:rPr>
        <w:t>l</w:t>
      </w:r>
      <w:r w:rsidR="00DA2BB0" w:rsidRPr="0096400F">
        <w:rPr>
          <w:rFonts w:asciiTheme="minorHAnsi" w:hAnsiTheme="minorHAnsi" w:cstheme="minorHAnsi"/>
          <w:sz w:val="22"/>
          <w:szCs w:val="22"/>
        </w:rPr>
        <w:t xml:space="preserve"> 2022.</w:t>
      </w:r>
    </w:p>
    <w:p w14:paraId="1EA411CE" w14:textId="77777777" w:rsidR="00DA2BB0" w:rsidRPr="0096400F" w:rsidRDefault="00DA2BB0" w:rsidP="00985C3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174BD56B" w14:textId="5DF94AFC" w:rsidR="00DA2BB0" w:rsidRPr="0096400F" w:rsidRDefault="00D11755" w:rsidP="00985C3B">
      <w:pPr>
        <w:spacing w:line="240" w:lineRule="auto"/>
        <w:ind w:right="1440"/>
        <w:jc w:val="left"/>
        <w:rPr>
          <w:rFonts w:asciiTheme="minorHAnsi" w:hAnsiTheme="minorHAnsi" w:cstheme="minorHAnsi"/>
          <w:i/>
          <w:sz w:val="22"/>
          <w:szCs w:val="22"/>
          <w:lang w:val="en-CA"/>
        </w:rPr>
      </w:pPr>
      <w:r w:rsidRPr="0096400F">
        <w:rPr>
          <w:rFonts w:asciiTheme="minorHAnsi" w:hAnsiTheme="minorHAnsi"/>
          <w:i/>
          <w:sz w:val="22"/>
          <w:lang w:val="en-CA"/>
        </w:rPr>
        <w:t xml:space="preserve">This publication is also available in English under the title: </w:t>
      </w:r>
      <w:r w:rsidR="00D74179" w:rsidRPr="0096400F">
        <w:rPr>
          <w:rFonts w:asciiTheme="minorHAnsi" w:hAnsiTheme="minorHAnsi" w:cstheme="minorHAnsi"/>
          <w:i/>
          <w:sz w:val="22"/>
          <w:szCs w:val="22"/>
          <w:lang w:val="en-CA"/>
        </w:rPr>
        <w:t>Travel and Border - COVID 19 Post-Advertising Campaign</w:t>
      </w:r>
      <w:r w:rsidR="004A1317" w:rsidRPr="0096400F">
        <w:rPr>
          <w:rFonts w:asciiTheme="minorHAnsi" w:hAnsiTheme="minorHAnsi" w:cstheme="minorHAnsi"/>
          <w:i/>
          <w:sz w:val="22"/>
          <w:szCs w:val="22"/>
          <w:lang w:val="en-CA"/>
        </w:rPr>
        <w:t xml:space="preserve"> </w:t>
      </w:r>
      <w:r w:rsidR="00D74179" w:rsidRPr="0096400F">
        <w:rPr>
          <w:rFonts w:asciiTheme="minorHAnsi" w:hAnsiTheme="minorHAnsi" w:cstheme="minorHAnsi"/>
          <w:i/>
          <w:sz w:val="22"/>
          <w:szCs w:val="22"/>
          <w:lang w:val="en-CA"/>
        </w:rPr>
        <w:t>Evaluation Tool (ACET)</w:t>
      </w:r>
      <w:r w:rsidR="00DA2BB0" w:rsidRPr="0096400F">
        <w:rPr>
          <w:rFonts w:asciiTheme="minorHAnsi" w:hAnsiTheme="minorHAnsi" w:cstheme="minorHAnsi"/>
          <w:i/>
          <w:sz w:val="22"/>
          <w:szCs w:val="22"/>
          <w:lang w:val="en-CA"/>
        </w:rPr>
        <w:t xml:space="preserve"> : </w:t>
      </w:r>
      <w:r w:rsidR="00643553" w:rsidRPr="0096400F">
        <w:rPr>
          <w:rFonts w:asciiTheme="minorHAnsi" w:hAnsiTheme="minorHAnsi"/>
          <w:i/>
          <w:sz w:val="22"/>
          <w:lang w:val="en-CA"/>
        </w:rPr>
        <w:t>Methodological Report.</w:t>
      </w:r>
    </w:p>
    <w:p w14:paraId="53472B95" w14:textId="77777777" w:rsidR="00DA2BB0" w:rsidRPr="0096400F" w:rsidRDefault="00DA2BB0" w:rsidP="00985C3B">
      <w:pPr>
        <w:spacing w:line="240" w:lineRule="auto"/>
        <w:ind w:right="1440"/>
        <w:jc w:val="left"/>
        <w:rPr>
          <w:rFonts w:asciiTheme="minorHAnsi" w:hAnsiTheme="minorHAnsi" w:cstheme="minorHAnsi"/>
          <w:sz w:val="22"/>
          <w:szCs w:val="22"/>
          <w:lang w:val="en-CA"/>
        </w:rPr>
      </w:pPr>
    </w:p>
    <w:p w14:paraId="1829FC3D" w14:textId="4BC676AD" w:rsidR="00A6056B" w:rsidRPr="0096400F" w:rsidRDefault="00DD5669" w:rsidP="00985C3B">
      <w:pPr>
        <w:spacing w:line="240" w:lineRule="auto"/>
        <w:ind w:right="1440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 xml:space="preserve">Le présent document peut être reproduit </w:t>
      </w:r>
      <w:r w:rsidR="00A6056B" w:rsidRPr="0096400F">
        <w:rPr>
          <w:rFonts w:asciiTheme="minorHAnsi" w:hAnsiTheme="minorHAnsi"/>
          <w:sz w:val="22"/>
        </w:rPr>
        <w:t xml:space="preserve">à des fins non commerciales </w:t>
      </w:r>
      <w:r w:rsidR="00076927" w:rsidRPr="0096400F">
        <w:rPr>
          <w:rFonts w:asciiTheme="minorHAnsi" w:hAnsiTheme="minorHAnsi"/>
          <w:sz w:val="22"/>
        </w:rPr>
        <w:t>uniquement</w:t>
      </w:r>
      <w:r w:rsidR="00A6056B" w:rsidRPr="0096400F">
        <w:rPr>
          <w:rFonts w:asciiTheme="minorHAnsi" w:hAnsiTheme="minorHAnsi"/>
          <w:sz w:val="22"/>
        </w:rPr>
        <w:t xml:space="preserve">. </w:t>
      </w:r>
      <w:r w:rsidR="00401A2C" w:rsidRPr="0096400F">
        <w:rPr>
          <w:rFonts w:asciiTheme="minorHAnsi" w:hAnsiTheme="minorHAnsi"/>
          <w:sz w:val="22"/>
        </w:rPr>
        <w:t xml:space="preserve">Une autorisation écrite préalable doit être obtenue auprès </w:t>
      </w:r>
      <w:r w:rsidR="00A6056B" w:rsidRPr="0096400F">
        <w:rPr>
          <w:rFonts w:asciiTheme="minorHAnsi" w:hAnsiTheme="minorHAnsi"/>
          <w:sz w:val="22"/>
        </w:rPr>
        <w:t>d</w:t>
      </w:r>
      <w:r w:rsidR="00F9728D" w:rsidRPr="0096400F">
        <w:rPr>
          <w:rFonts w:asciiTheme="minorHAnsi" w:hAnsiTheme="minorHAnsi"/>
          <w:sz w:val="22"/>
        </w:rPr>
        <w:t>’</w:t>
      </w:r>
      <w:r w:rsidR="00A6056B" w:rsidRPr="0096400F">
        <w:rPr>
          <w:rFonts w:asciiTheme="minorHAnsi" w:hAnsiTheme="minorHAnsi"/>
          <w:sz w:val="22"/>
        </w:rPr>
        <w:t>Affaires mondiales Canada. Pour obtenir de plus amples renseignements sur ce rapport, veuillez communiquer avec Affaires mondiales Canada à l</w:t>
      </w:r>
      <w:r w:rsidR="00F9728D" w:rsidRPr="0096400F">
        <w:rPr>
          <w:rFonts w:asciiTheme="minorHAnsi" w:hAnsiTheme="minorHAnsi"/>
          <w:sz w:val="22"/>
        </w:rPr>
        <w:t>’</w:t>
      </w:r>
      <w:r w:rsidR="00A6056B" w:rsidRPr="0096400F">
        <w:rPr>
          <w:rFonts w:asciiTheme="minorHAnsi" w:hAnsiTheme="minorHAnsi"/>
          <w:sz w:val="22"/>
        </w:rPr>
        <w:t>adresse </w:t>
      </w:r>
      <w:hyperlink r:id="rId11" w:history="1">
        <w:r w:rsidR="00A6056B" w:rsidRPr="0096400F">
          <w:rPr>
            <w:rStyle w:val="Lienhypertexte"/>
            <w:rFonts w:asciiTheme="minorHAnsi" w:hAnsiTheme="minorHAnsi"/>
            <w:sz w:val="22"/>
          </w:rPr>
          <w:t>POR-ROP@international.gc.ca</w:t>
        </w:r>
      </w:hyperlink>
      <w:r w:rsidR="00A6056B" w:rsidRPr="0096400F">
        <w:rPr>
          <w:rFonts w:asciiTheme="minorHAnsi" w:hAnsiTheme="minorHAnsi"/>
          <w:sz w:val="22"/>
        </w:rPr>
        <w:t>.</w:t>
      </w:r>
    </w:p>
    <w:p w14:paraId="5534CB56" w14:textId="77777777" w:rsidR="00DA2BB0" w:rsidRPr="0096400F" w:rsidRDefault="00DA2BB0" w:rsidP="00985C3B">
      <w:pPr>
        <w:spacing w:line="240" w:lineRule="auto"/>
        <w:ind w:right="1440"/>
        <w:jc w:val="left"/>
        <w:rPr>
          <w:rFonts w:asciiTheme="minorHAnsi" w:hAnsiTheme="minorHAnsi" w:cstheme="minorHAnsi"/>
          <w:sz w:val="22"/>
          <w:szCs w:val="22"/>
        </w:rPr>
      </w:pPr>
    </w:p>
    <w:p w14:paraId="67775C88" w14:textId="77777777" w:rsidR="00805186" w:rsidRPr="0096400F" w:rsidRDefault="00805186" w:rsidP="00985C3B">
      <w:pPr>
        <w:autoSpaceDE w:val="0"/>
        <w:autoSpaceDN w:val="0"/>
        <w:adjustRightInd w:val="0"/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>Édifice Lester B. Pearson, Tour B3</w:t>
      </w:r>
    </w:p>
    <w:p w14:paraId="6925C451" w14:textId="77777777" w:rsidR="00805186" w:rsidRPr="0096400F" w:rsidRDefault="00805186" w:rsidP="00985C3B">
      <w:pPr>
        <w:autoSpaceDE w:val="0"/>
        <w:autoSpaceDN w:val="0"/>
        <w:adjustRightInd w:val="0"/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>125, promenade Sussex</w:t>
      </w:r>
    </w:p>
    <w:p w14:paraId="68E93B61" w14:textId="77777777" w:rsidR="00805186" w:rsidRPr="0096400F" w:rsidRDefault="00805186" w:rsidP="00985C3B">
      <w:pPr>
        <w:autoSpaceDE w:val="0"/>
        <w:autoSpaceDN w:val="0"/>
        <w:adjustRightInd w:val="0"/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>Ottawa (Ontario)  K1A 0G2</w:t>
      </w:r>
    </w:p>
    <w:p w14:paraId="5697DDEA" w14:textId="77777777" w:rsidR="00805186" w:rsidRPr="0096400F" w:rsidRDefault="00805186" w:rsidP="00985C3B">
      <w:pPr>
        <w:spacing w:line="240" w:lineRule="auto"/>
        <w:ind w:right="1440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>Canada</w:t>
      </w:r>
    </w:p>
    <w:p w14:paraId="400E039E" w14:textId="77777777" w:rsidR="00DA2BB0" w:rsidRPr="0096400F" w:rsidRDefault="00DA2BB0" w:rsidP="00985C3B">
      <w:pPr>
        <w:spacing w:line="240" w:lineRule="auto"/>
        <w:ind w:right="1440"/>
        <w:jc w:val="left"/>
        <w:rPr>
          <w:rFonts w:asciiTheme="minorHAnsi" w:hAnsiTheme="minorHAnsi" w:cstheme="minorHAnsi"/>
          <w:sz w:val="22"/>
          <w:szCs w:val="22"/>
          <w:lang w:eastAsia="en-US"/>
        </w:rPr>
      </w:pPr>
    </w:p>
    <w:p w14:paraId="74AD8B6D" w14:textId="11CC7DFC" w:rsidR="00DA2BB0" w:rsidRPr="0096400F" w:rsidRDefault="000C1C22" w:rsidP="00985C3B">
      <w:pPr>
        <w:spacing w:line="240" w:lineRule="auto"/>
        <w:ind w:right="1440"/>
        <w:jc w:val="left"/>
        <w:rPr>
          <w:rFonts w:asciiTheme="minorHAnsi" w:hAnsiTheme="minorHAnsi" w:cstheme="minorHAnsi"/>
          <w:b/>
          <w:sz w:val="22"/>
          <w:szCs w:val="22"/>
        </w:rPr>
      </w:pPr>
      <w:r w:rsidRPr="0096400F">
        <w:rPr>
          <w:rFonts w:asciiTheme="minorHAnsi" w:hAnsiTheme="minorHAnsi" w:cstheme="minorHAnsi"/>
          <w:b/>
          <w:sz w:val="22"/>
          <w:szCs w:val="22"/>
        </w:rPr>
        <w:t>Numéro de catalogue</w:t>
      </w:r>
      <w:r w:rsidR="00DD5669" w:rsidRPr="0096400F">
        <w:rPr>
          <w:rFonts w:asciiTheme="minorHAnsi" w:hAnsiTheme="minorHAnsi" w:cstheme="minorHAnsi"/>
          <w:b/>
          <w:sz w:val="22"/>
          <w:szCs w:val="22"/>
        </w:rPr>
        <w:t> </w:t>
      </w:r>
      <w:r w:rsidR="00DA2BB0" w:rsidRPr="0096400F">
        <w:rPr>
          <w:rFonts w:asciiTheme="minorHAnsi" w:hAnsiTheme="minorHAnsi" w:cstheme="minorHAnsi"/>
          <w:b/>
          <w:sz w:val="22"/>
          <w:szCs w:val="22"/>
        </w:rPr>
        <w:t>:</w:t>
      </w:r>
      <w:r w:rsidR="00DA2BB0" w:rsidRPr="0096400F">
        <w:rPr>
          <w:rFonts w:asciiTheme="minorHAnsi" w:hAnsiTheme="minorHAnsi" w:cstheme="minorHAnsi"/>
          <w:sz w:val="22"/>
          <w:szCs w:val="22"/>
        </w:rPr>
        <w:t xml:space="preserve"> </w:t>
      </w:r>
      <w:r w:rsidR="00FF01AE" w:rsidRPr="0096400F">
        <w:rPr>
          <w:rFonts w:asciiTheme="minorHAnsi" w:hAnsiTheme="minorHAnsi" w:cstheme="minorHAnsi"/>
          <w:sz w:val="22"/>
          <w:szCs w:val="22"/>
        </w:rPr>
        <w:t>FR5-178/2022F-PDF</w:t>
      </w:r>
    </w:p>
    <w:p w14:paraId="40CADC4B" w14:textId="77777777" w:rsidR="00DA2BB0" w:rsidRPr="0096400F" w:rsidRDefault="00DA2BB0" w:rsidP="00985C3B">
      <w:pPr>
        <w:spacing w:line="240" w:lineRule="auto"/>
        <w:ind w:right="1440"/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41720149" w14:textId="72D9FD86" w:rsidR="00DA2BB0" w:rsidRPr="0096400F" w:rsidRDefault="000C1C22" w:rsidP="00985C3B">
      <w:pPr>
        <w:spacing w:line="240" w:lineRule="auto"/>
        <w:ind w:right="1440"/>
        <w:jc w:val="left"/>
        <w:rPr>
          <w:rFonts w:asciiTheme="minorHAnsi" w:hAnsiTheme="minorHAnsi" w:cstheme="minorHAnsi"/>
          <w:b/>
          <w:sz w:val="22"/>
          <w:szCs w:val="22"/>
        </w:rPr>
      </w:pPr>
      <w:r w:rsidRPr="0096400F">
        <w:rPr>
          <w:rFonts w:asciiTheme="minorHAnsi" w:hAnsiTheme="minorHAnsi"/>
          <w:b/>
          <w:sz w:val="22"/>
        </w:rPr>
        <w:t>Numéro international normalisé du livre (ISBN)</w:t>
      </w:r>
      <w:r w:rsidR="00DD5669" w:rsidRPr="0096400F">
        <w:rPr>
          <w:rFonts w:asciiTheme="minorHAnsi" w:hAnsiTheme="minorHAnsi"/>
          <w:b/>
          <w:sz w:val="22"/>
        </w:rPr>
        <w:t> </w:t>
      </w:r>
      <w:r w:rsidR="00DA2BB0" w:rsidRPr="0096400F">
        <w:rPr>
          <w:rFonts w:asciiTheme="minorHAnsi" w:hAnsiTheme="minorHAnsi" w:cstheme="minorHAnsi"/>
          <w:b/>
          <w:sz w:val="22"/>
          <w:szCs w:val="22"/>
        </w:rPr>
        <w:t>:</w:t>
      </w:r>
      <w:r w:rsidR="00DA2BB0" w:rsidRPr="0096400F">
        <w:rPr>
          <w:rFonts w:asciiTheme="minorHAnsi" w:eastAsia="Times New Roman" w:hAnsiTheme="minorHAnsi" w:cstheme="minorHAnsi"/>
          <w:color w:val="000000"/>
          <w:sz w:val="22"/>
          <w:szCs w:val="22"/>
          <w:lang w:eastAsia="en-US"/>
        </w:rPr>
        <w:t xml:space="preserve"> </w:t>
      </w:r>
      <w:r w:rsidR="00FF01AE" w:rsidRPr="0096400F">
        <w:rPr>
          <w:rFonts w:asciiTheme="minorHAnsi" w:eastAsia="Times New Roman" w:hAnsiTheme="minorHAnsi" w:cstheme="minorHAnsi"/>
          <w:color w:val="000000"/>
          <w:sz w:val="22"/>
          <w:szCs w:val="22"/>
          <w:lang w:eastAsia="en-US"/>
        </w:rPr>
        <w:t>978-0-660-43539-8</w:t>
      </w:r>
    </w:p>
    <w:p w14:paraId="4DA837C4" w14:textId="77777777" w:rsidR="00DA2BB0" w:rsidRPr="0096400F" w:rsidRDefault="00DA2BB0" w:rsidP="00985C3B">
      <w:pPr>
        <w:spacing w:line="240" w:lineRule="auto"/>
        <w:ind w:right="1440"/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497049C5" w14:textId="6C19A697" w:rsidR="00DA2BB0" w:rsidRPr="0096400F" w:rsidRDefault="00FA310D" w:rsidP="00985C3B">
      <w:pPr>
        <w:spacing w:after="200" w:line="240" w:lineRule="auto"/>
        <w:jc w:val="left"/>
        <w:rPr>
          <w:rFonts w:asciiTheme="minorHAnsi" w:eastAsia="Times New Roman" w:hAnsiTheme="minorHAnsi" w:cstheme="minorHAnsi"/>
          <w:color w:val="000000"/>
          <w:sz w:val="22"/>
          <w:szCs w:val="22"/>
          <w:lang w:eastAsia="en-US"/>
        </w:rPr>
      </w:pPr>
      <w:r w:rsidRPr="0096400F">
        <w:rPr>
          <w:rFonts w:asciiTheme="minorHAnsi" w:hAnsiTheme="minorHAnsi"/>
          <w:b/>
          <w:sz w:val="22"/>
        </w:rPr>
        <w:t>Publications connexes (numéro d</w:t>
      </w:r>
      <w:r w:rsidR="00F9728D" w:rsidRPr="0096400F">
        <w:rPr>
          <w:rFonts w:asciiTheme="minorHAnsi" w:hAnsiTheme="minorHAnsi"/>
          <w:b/>
          <w:sz w:val="22"/>
        </w:rPr>
        <w:t>’</w:t>
      </w:r>
      <w:r w:rsidRPr="0096400F">
        <w:rPr>
          <w:rFonts w:asciiTheme="minorHAnsi" w:hAnsiTheme="minorHAnsi"/>
          <w:b/>
          <w:sz w:val="22"/>
        </w:rPr>
        <w:t>enregistrement </w:t>
      </w:r>
      <w:r w:rsidR="00DA2BB0" w:rsidRPr="0096400F">
        <w:rPr>
          <w:rFonts w:asciiTheme="minorHAnsi" w:hAnsiTheme="minorHAnsi" w:cstheme="minorHAnsi"/>
          <w:b/>
          <w:bCs/>
          <w:sz w:val="22"/>
          <w:szCs w:val="22"/>
        </w:rPr>
        <w:t>: POR 131-21)</w:t>
      </w:r>
      <w:r w:rsidR="00DD5669" w:rsidRPr="0096400F">
        <w:rPr>
          <w:rFonts w:asciiTheme="minorHAnsi" w:hAnsiTheme="minorHAnsi" w:cstheme="minorHAnsi"/>
          <w:b/>
          <w:bCs/>
          <w:sz w:val="22"/>
          <w:szCs w:val="22"/>
        </w:rPr>
        <w:t> </w:t>
      </w:r>
      <w:r w:rsidR="00DA2BB0" w:rsidRPr="0096400F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="00DA2BB0" w:rsidRPr="0096400F">
        <w:rPr>
          <w:rFonts w:asciiTheme="minorHAnsi" w:hAnsiTheme="minorHAnsi" w:cstheme="minorHAnsi"/>
          <w:b/>
          <w:bCs/>
          <w:sz w:val="22"/>
          <w:szCs w:val="22"/>
        </w:rPr>
        <w:br/>
      </w:r>
      <w:r w:rsidR="004B1C5E" w:rsidRPr="0096400F">
        <w:rPr>
          <w:rFonts w:asciiTheme="minorHAnsi" w:hAnsiTheme="minorHAnsi"/>
          <w:sz w:val="22"/>
        </w:rPr>
        <w:t>Numéro de catalogue </w:t>
      </w:r>
      <w:r w:rsidR="00DA2BB0" w:rsidRPr="0096400F">
        <w:rPr>
          <w:rFonts w:asciiTheme="minorHAnsi" w:hAnsiTheme="minorHAnsi" w:cstheme="minorHAnsi"/>
          <w:sz w:val="22"/>
          <w:szCs w:val="22"/>
        </w:rPr>
        <w:t xml:space="preserve">: </w:t>
      </w:r>
      <w:r w:rsidR="00FF01AE" w:rsidRPr="0096400F">
        <w:rPr>
          <w:rFonts w:asciiTheme="minorHAnsi" w:hAnsiTheme="minorHAnsi" w:cstheme="minorHAnsi"/>
          <w:sz w:val="22"/>
          <w:szCs w:val="22"/>
        </w:rPr>
        <w:t xml:space="preserve">FR5-178/2022E-PDF </w:t>
      </w:r>
      <w:r w:rsidR="00DA2BB0" w:rsidRPr="0096400F">
        <w:rPr>
          <w:rFonts w:asciiTheme="minorHAnsi" w:hAnsiTheme="minorHAnsi" w:cstheme="minorHAnsi"/>
          <w:sz w:val="22"/>
          <w:szCs w:val="22"/>
        </w:rPr>
        <w:t>(</w:t>
      </w:r>
      <w:r w:rsidR="004B1C5E" w:rsidRPr="0096400F">
        <w:rPr>
          <w:rFonts w:asciiTheme="minorHAnsi" w:hAnsiTheme="minorHAnsi" w:cstheme="minorHAnsi"/>
          <w:sz w:val="22"/>
          <w:szCs w:val="22"/>
        </w:rPr>
        <w:t xml:space="preserve">Rapport méthodologique, </w:t>
      </w:r>
      <w:r w:rsidR="00FF476A" w:rsidRPr="0096400F">
        <w:rPr>
          <w:rFonts w:asciiTheme="minorHAnsi" w:hAnsiTheme="minorHAnsi" w:cstheme="minorHAnsi"/>
          <w:sz w:val="22"/>
          <w:szCs w:val="22"/>
        </w:rPr>
        <w:t>a</w:t>
      </w:r>
      <w:r w:rsidR="004B1C5E" w:rsidRPr="0096400F">
        <w:rPr>
          <w:rFonts w:asciiTheme="minorHAnsi" w:hAnsiTheme="minorHAnsi" w:cstheme="minorHAnsi"/>
          <w:sz w:val="22"/>
          <w:szCs w:val="22"/>
        </w:rPr>
        <w:t>nglais</w:t>
      </w:r>
      <w:r w:rsidR="00DA2BB0" w:rsidRPr="0096400F">
        <w:rPr>
          <w:rFonts w:asciiTheme="minorHAnsi" w:hAnsiTheme="minorHAnsi" w:cstheme="minorHAnsi"/>
          <w:sz w:val="22"/>
          <w:szCs w:val="22"/>
        </w:rPr>
        <w:t>)</w:t>
      </w:r>
      <w:r w:rsidR="00DA2BB0" w:rsidRPr="0096400F">
        <w:rPr>
          <w:rFonts w:asciiTheme="minorHAnsi" w:hAnsiTheme="minorHAnsi" w:cstheme="minorHAnsi"/>
          <w:sz w:val="22"/>
          <w:szCs w:val="22"/>
        </w:rPr>
        <w:br/>
      </w:r>
      <w:r w:rsidR="008579A2" w:rsidRPr="0096400F">
        <w:rPr>
          <w:rFonts w:asciiTheme="minorHAnsi" w:hAnsiTheme="minorHAnsi"/>
          <w:sz w:val="22"/>
        </w:rPr>
        <w:t>Numéro international normalisé du livre </w:t>
      </w:r>
      <w:r w:rsidR="00DA2BB0" w:rsidRPr="0096400F">
        <w:rPr>
          <w:rFonts w:asciiTheme="minorHAnsi" w:hAnsiTheme="minorHAnsi" w:cstheme="minorHAnsi"/>
          <w:sz w:val="22"/>
          <w:szCs w:val="22"/>
        </w:rPr>
        <w:t>(ISBN)</w:t>
      </w:r>
      <w:r w:rsidR="00DD5669" w:rsidRPr="0096400F">
        <w:rPr>
          <w:rFonts w:asciiTheme="minorHAnsi" w:hAnsiTheme="minorHAnsi" w:cstheme="minorHAnsi"/>
          <w:sz w:val="22"/>
          <w:szCs w:val="22"/>
        </w:rPr>
        <w:t> </w:t>
      </w:r>
      <w:r w:rsidR="00DA2BB0" w:rsidRPr="0096400F">
        <w:rPr>
          <w:rFonts w:asciiTheme="minorHAnsi" w:hAnsiTheme="minorHAnsi" w:cstheme="minorHAnsi"/>
          <w:sz w:val="22"/>
          <w:szCs w:val="22"/>
        </w:rPr>
        <w:t xml:space="preserve">: </w:t>
      </w:r>
      <w:r w:rsidR="00FF01AE" w:rsidRPr="0096400F">
        <w:rPr>
          <w:rFonts w:asciiTheme="minorHAnsi" w:hAnsiTheme="minorHAnsi" w:cstheme="minorHAnsi"/>
          <w:sz w:val="22"/>
          <w:szCs w:val="22"/>
        </w:rPr>
        <w:t xml:space="preserve">978-0-660-43538-1 </w:t>
      </w:r>
      <w:r w:rsidR="00DA2BB0" w:rsidRPr="0096400F">
        <w:rPr>
          <w:rFonts w:asciiTheme="minorHAnsi" w:eastAsia="Times New Roman" w:hAnsiTheme="minorHAnsi" w:cstheme="minorHAnsi"/>
          <w:color w:val="000000"/>
          <w:sz w:val="22"/>
          <w:szCs w:val="22"/>
          <w:lang w:eastAsia="en-US"/>
        </w:rPr>
        <w:t>(</w:t>
      </w:r>
      <w:r w:rsidR="00FF476A" w:rsidRPr="0096400F">
        <w:rPr>
          <w:rFonts w:asciiTheme="minorHAnsi" w:eastAsia="Times New Roman" w:hAnsiTheme="minorHAnsi" w:cstheme="minorHAnsi"/>
          <w:color w:val="000000"/>
          <w:sz w:val="22"/>
          <w:szCs w:val="22"/>
          <w:lang w:eastAsia="en-US"/>
        </w:rPr>
        <w:t>a</w:t>
      </w:r>
      <w:r w:rsidR="00FF01AE" w:rsidRPr="0096400F">
        <w:rPr>
          <w:rFonts w:asciiTheme="minorHAnsi" w:eastAsia="Times New Roman" w:hAnsiTheme="minorHAnsi" w:cstheme="minorHAnsi"/>
          <w:color w:val="000000"/>
          <w:sz w:val="22"/>
          <w:szCs w:val="22"/>
          <w:lang w:eastAsia="en-US"/>
        </w:rPr>
        <w:t>nglais</w:t>
      </w:r>
      <w:r w:rsidR="00DA2BB0" w:rsidRPr="0096400F">
        <w:rPr>
          <w:rFonts w:asciiTheme="minorHAnsi" w:eastAsia="Times New Roman" w:hAnsiTheme="minorHAnsi" w:cstheme="minorHAnsi"/>
          <w:color w:val="000000"/>
          <w:sz w:val="22"/>
          <w:szCs w:val="22"/>
          <w:lang w:eastAsia="en-US"/>
        </w:rPr>
        <w:t>)</w:t>
      </w:r>
    </w:p>
    <w:p w14:paraId="4C527CCD" w14:textId="4ADEA667" w:rsidR="00985C3B" w:rsidRPr="0096400F" w:rsidRDefault="00DA2BB0" w:rsidP="00985C3B">
      <w:pPr>
        <w:spacing w:line="240" w:lineRule="auto"/>
        <w:ind w:right="11"/>
        <w:jc w:val="left"/>
        <w:rPr>
          <w:rFonts w:asciiTheme="minorHAnsi" w:hAnsiTheme="minorHAnsi" w:cstheme="minorHAnsi"/>
          <w:i/>
          <w:sz w:val="22"/>
          <w:szCs w:val="22"/>
        </w:rPr>
      </w:pPr>
      <w:r w:rsidRPr="0096400F">
        <w:rPr>
          <w:rFonts w:asciiTheme="minorHAnsi" w:hAnsiTheme="minorHAnsi" w:cstheme="minorHAnsi"/>
          <w:i/>
          <w:sz w:val="22"/>
          <w:szCs w:val="22"/>
        </w:rPr>
        <w:t xml:space="preserve">© </w:t>
      </w:r>
      <w:r w:rsidR="00721DFB" w:rsidRPr="0096400F">
        <w:rPr>
          <w:rFonts w:asciiTheme="minorHAnsi" w:hAnsiTheme="minorHAnsi"/>
          <w:i/>
          <w:sz w:val="22"/>
        </w:rPr>
        <w:t xml:space="preserve">Sa Majesté la Reine du chef du Canada, représentée par Affaires mondiales Canada, </w:t>
      </w:r>
      <w:r w:rsidRPr="0096400F">
        <w:rPr>
          <w:rFonts w:asciiTheme="minorHAnsi" w:hAnsiTheme="minorHAnsi" w:cstheme="minorHAnsi"/>
          <w:i/>
          <w:sz w:val="22"/>
          <w:szCs w:val="22"/>
        </w:rPr>
        <w:t>202</w:t>
      </w:r>
      <w:bookmarkEnd w:id="24"/>
      <w:r w:rsidRPr="0096400F">
        <w:rPr>
          <w:rFonts w:asciiTheme="minorHAnsi" w:hAnsiTheme="minorHAnsi" w:cstheme="minorHAnsi"/>
          <w:i/>
          <w:sz w:val="22"/>
          <w:szCs w:val="22"/>
        </w:rPr>
        <w:t>2</w:t>
      </w:r>
    </w:p>
    <w:p w14:paraId="428A334B" w14:textId="2A46D403" w:rsidR="00DA2BB0" w:rsidRPr="0096400F" w:rsidRDefault="00985C3B" w:rsidP="00985C3B">
      <w:pPr>
        <w:spacing w:line="240" w:lineRule="auto"/>
        <w:jc w:val="left"/>
        <w:rPr>
          <w:rFonts w:asciiTheme="minorHAnsi" w:hAnsiTheme="minorHAnsi" w:cstheme="minorHAnsi"/>
          <w:i/>
          <w:sz w:val="22"/>
          <w:szCs w:val="22"/>
        </w:rPr>
      </w:pPr>
      <w:r w:rsidRPr="0096400F">
        <w:rPr>
          <w:rFonts w:asciiTheme="minorHAnsi" w:hAnsiTheme="minorHAnsi" w:cstheme="minorHAnsi"/>
          <w:i/>
          <w:sz w:val="22"/>
          <w:szCs w:val="22"/>
        </w:rPr>
        <w:br w:type="page"/>
      </w:r>
    </w:p>
    <w:p w14:paraId="138AB2B2" w14:textId="5195AA9F" w:rsidR="00DA2BB0" w:rsidRPr="0096400F" w:rsidRDefault="00DA2BB0" w:rsidP="00087323">
      <w:pPr>
        <w:pStyle w:val="En-ttedetabledesmatires1"/>
        <w:tabs>
          <w:tab w:val="left" w:pos="4065"/>
          <w:tab w:val="right" w:pos="9406"/>
        </w:tabs>
        <w:jc w:val="left"/>
        <w:rPr>
          <w:rFonts w:asciiTheme="minorHAnsi" w:hAnsiTheme="minorHAnsi" w:cstheme="minorHAnsi"/>
          <w:sz w:val="32"/>
          <w:szCs w:val="32"/>
        </w:rPr>
      </w:pPr>
      <w:r w:rsidRPr="0096400F">
        <w:rPr>
          <w:rFonts w:asciiTheme="minorHAnsi" w:hAnsiTheme="minorHAnsi" w:cstheme="minorHAnsi"/>
          <w:sz w:val="32"/>
          <w:szCs w:val="32"/>
        </w:rPr>
        <w:lastRenderedPageBreak/>
        <w:tab/>
      </w:r>
      <w:r w:rsidRPr="0096400F">
        <w:rPr>
          <w:rFonts w:asciiTheme="minorHAnsi" w:hAnsiTheme="minorHAnsi" w:cstheme="minorHAnsi"/>
          <w:sz w:val="32"/>
          <w:szCs w:val="32"/>
        </w:rPr>
        <w:tab/>
      </w:r>
      <w:bookmarkStart w:id="25" w:name="_Toc104382354"/>
      <w:r w:rsidRPr="0096400F">
        <w:rPr>
          <w:rFonts w:asciiTheme="minorHAnsi" w:hAnsiTheme="minorHAnsi" w:cstheme="minorHAnsi"/>
          <w:sz w:val="32"/>
          <w:szCs w:val="32"/>
        </w:rPr>
        <w:t xml:space="preserve">Table </w:t>
      </w:r>
      <w:r w:rsidR="004F299A" w:rsidRPr="0096400F">
        <w:rPr>
          <w:rFonts w:asciiTheme="minorHAnsi" w:hAnsiTheme="minorHAnsi" w:cstheme="minorHAnsi"/>
          <w:sz w:val="32"/>
          <w:szCs w:val="32"/>
        </w:rPr>
        <w:t>des matières</w:t>
      </w:r>
      <w:bookmarkEnd w:id="25"/>
    </w:p>
    <w:sdt>
      <w:sdtPr>
        <w:rPr>
          <w:rFonts w:asciiTheme="minorHAnsi" w:eastAsia="Calibri" w:hAnsiTheme="minorHAnsi" w:cstheme="minorHAnsi"/>
          <w:b w:val="0"/>
          <w:bCs w:val="0"/>
          <w:color w:val="auto"/>
          <w:sz w:val="18"/>
          <w:szCs w:val="24"/>
          <w:lang w:val="fr-CA" w:eastAsia="fr-FR"/>
        </w:rPr>
        <w:id w:val="-1381700576"/>
        <w:docPartObj>
          <w:docPartGallery w:val="Table of Contents"/>
          <w:docPartUnique/>
        </w:docPartObj>
      </w:sdtPr>
      <w:sdtEndPr>
        <w:rPr>
          <w:sz w:val="20"/>
        </w:rPr>
      </w:sdtEndPr>
      <w:sdtContent>
        <w:p w14:paraId="4AF6118F" w14:textId="77777777" w:rsidR="00DA2BB0" w:rsidRPr="0096400F" w:rsidRDefault="00DA2BB0" w:rsidP="00087323">
          <w:pPr>
            <w:pStyle w:val="En-ttedetabledesmatires"/>
            <w:spacing w:line="240" w:lineRule="auto"/>
            <w:rPr>
              <w:rFonts w:asciiTheme="minorHAnsi" w:hAnsiTheme="minorHAnsi" w:cstheme="minorHAnsi"/>
              <w:lang w:val="fr-CA"/>
            </w:rPr>
          </w:pPr>
        </w:p>
        <w:p w14:paraId="12DA2973" w14:textId="6DCF9052" w:rsidR="00881CFD" w:rsidRPr="0096400F" w:rsidRDefault="00DA2BB0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fr-CA"/>
            </w:rPr>
          </w:pPr>
          <w:r w:rsidRPr="0096400F">
            <w:rPr>
              <w:rFonts w:asciiTheme="minorHAnsi" w:hAnsiTheme="minorHAnsi" w:cstheme="minorHAnsi"/>
            </w:rPr>
            <w:fldChar w:fldCharType="begin"/>
          </w:r>
          <w:r w:rsidRPr="0096400F">
            <w:rPr>
              <w:rFonts w:asciiTheme="minorHAnsi" w:hAnsiTheme="minorHAnsi" w:cstheme="minorHAnsi"/>
            </w:rPr>
            <w:instrText xml:space="preserve"> TOC \o "1-3" \h \z \u </w:instrText>
          </w:r>
          <w:r w:rsidRPr="0096400F">
            <w:rPr>
              <w:rFonts w:asciiTheme="minorHAnsi" w:hAnsiTheme="minorHAnsi" w:cstheme="minorHAnsi"/>
            </w:rPr>
            <w:fldChar w:fldCharType="separate"/>
          </w:r>
          <w:hyperlink w:anchor="_Toc104382354" w:history="1">
            <w:r w:rsidR="00881CFD" w:rsidRPr="0096400F">
              <w:rPr>
                <w:rStyle w:val="Lienhypertexte"/>
                <w:rFonts w:cstheme="minorHAnsi"/>
                <w:noProof/>
              </w:rPr>
              <w:t>Table des matières</w:t>
            </w:r>
            <w:r w:rsidR="00881CFD" w:rsidRPr="0096400F">
              <w:rPr>
                <w:noProof/>
                <w:webHidden/>
              </w:rPr>
              <w:tab/>
            </w:r>
            <w:r w:rsidR="00881CFD" w:rsidRPr="0096400F">
              <w:rPr>
                <w:noProof/>
                <w:webHidden/>
              </w:rPr>
              <w:fldChar w:fldCharType="begin"/>
            </w:r>
            <w:r w:rsidR="00881CFD" w:rsidRPr="0096400F">
              <w:rPr>
                <w:noProof/>
                <w:webHidden/>
              </w:rPr>
              <w:instrText xml:space="preserve"> PAGEREF _Toc104382354 \h </w:instrText>
            </w:r>
            <w:r w:rsidR="00881CFD" w:rsidRPr="0096400F">
              <w:rPr>
                <w:noProof/>
                <w:webHidden/>
              </w:rPr>
            </w:r>
            <w:r w:rsidR="00881CFD" w:rsidRPr="0096400F">
              <w:rPr>
                <w:noProof/>
                <w:webHidden/>
              </w:rPr>
              <w:fldChar w:fldCharType="separate"/>
            </w:r>
            <w:r w:rsidR="005C2603">
              <w:rPr>
                <w:noProof/>
                <w:webHidden/>
              </w:rPr>
              <w:t>3</w:t>
            </w:r>
            <w:r w:rsidR="00881CFD" w:rsidRPr="0096400F">
              <w:rPr>
                <w:noProof/>
                <w:webHidden/>
              </w:rPr>
              <w:fldChar w:fldCharType="end"/>
            </w:r>
          </w:hyperlink>
        </w:p>
        <w:p w14:paraId="5674E27D" w14:textId="311A1A7C" w:rsidR="00881CFD" w:rsidRPr="0096400F" w:rsidRDefault="005C2603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fr-CA"/>
            </w:rPr>
          </w:pPr>
          <w:hyperlink w:anchor="_Toc104382355" w:history="1">
            <w:r w:rsidR="00881CFD" w:rsidRPr="0096400F">
              <w:rPr>
                <w:rStyle w:val="Lienhypertexte"/>
                <w:rFonts w:cstheme="minorHAnsi"/>
                <w:noProof/>
              </w:rPr>
              <w:t>1. Sommaire</w:t>
            </w:r>
            <w:r w:rsidR="00881CFD" w:rsidRPr="0096400F">
              <w:rPr>
                <w:noProof/>
                <w:webHidden/>
              </w:rPr>
              <w:tab/>
            </w:r>
            <w:r w:rsidR="00881CFD" w:rsidRPr="0096400F">
              <w:rPr>
                <w:noProof/>
                <w:webHidden/>
              </w:rPr>
              <w:fldChar w:fldCharType="begin"/>
            </w:r>
            <w:r w:rsidR="00881CFD" w:rsidRPr="0096400F">
              <w:rPr>
                <w:noProof/>
                <w:webHidden/>
              </w:rPr>
              <w:instrText xml:space="preserve"> PAGEREF _Toc104382355 \h </w:instrText>
            </w:r>
            <w:r w:rsidR="00881CFD" w:rsidRPr="0096400F">
              <w:rPr>
                <w:noProof/>
                <w:webHidden/>
              </w:rPr>
            </w:r>
            <w:r w:rsidR="00881CFD" w:rsidRPr="009640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881CFD" w:rsidRPr="0096400F">
              <w:rPr>
                <w:noProof/>
                <w:webHidden/>
              </w:rPr>
              <w:fldChar w:fldCharType="end"/>
            </w:r>
          </w:hyperlink>
        </w:p>
        <w:p w14:paraId="5D21BAB6" w14:textId="4EFF10F0" w:rsidR="00881CFD" w:rsidRPr="0096400F" w:rsidRDefault="005C2603">
          <w:pPr>
            <w:pStyle w:val="TM3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fr-CA"/>
            </w:rPr>
          </w:pPr>
          <w:hyperlink w:anchor="_Toc104382356" w:history="1">
            <w:r w:rsidR="00881CFD" w:rsidRPr="0096400F">
              <w:rPr>
                <w:rStyle w:val="Lienhypertexte"/>
                <w:noProof/>
              </w:rPr>
              <w:t>1.1 Contexte</w:t>
            </w:r>
            <w:r w:rsidR="00881CFD" w:rsidRPr="0096400F">
              <w:rPr>
                <w:noProof/>
                <w:webHidden/>
              </w:rPr>
              <w:tab/>
            </w:r>
            <w:r w:rsidR="00881CFD" w:rsidRPr="0096400F">
              <w:rPr>
                <w:noProof/>
                <w:webHidden/>
              </w:rPr>
              <w:fldChar w:fldCharType="begin"/>
            </w:r>
            <w:r w:rsidR="00881CFD" w:rsidRPr="0096400F">
              <w:rPr>
                <w:noProof/>
                <w:webHidden/>
              </w:rPr>
              <w:instrText xml:space="preserve"> PAGEREF _Toc104382356 \h </w:instrText>
            </w:r>
            <w:r w:rsidR="00881CFD" w:rsidRPr="0096400F">
              <w:rPr>
                <w:noProof/>
                <w:webHidden/>
              </w:rPr>
            </w:r>
            <w:r w:rsidR="00881CFD" w:rsidRPr="009640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881CFD" w:rsidRPr="0096400F">
              <w:rPr>
                <w:noProof/>
                <w:webHidden/>
              </w:rPr>
              <w:fldChar w:fldCharType="end"/>
            </w:r>
          </w:hyperlink>
        </w:p>
        <w:p w14:paraId="7204C822" w14:textId="5235278A" w:rsidR="00881CFD" w:rsidRPr="0096400F" w:rsidRDefault="005C2603">
          <w:pPr>
            <w:pStyle w:val="TM3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fr-CA"/>
            </w:rPr>
          </w:pPr>
          <w:hyperlink w:anchor="_Toc104382357" w:history="1">
            <w:r w:rsidR="00881CFD" w:rsidRPr="0096400F">
              <w:rPr>
                <w:rStyle w:val="Lienhypertexte"/>
                <w:noProof/>
              </w:rPr>
              <w:t>1.2 Objectif</w:t>
            </w:r>
            <w:r w:rsidR="00881CFD" w:rsidRPr="0096400F">
              <w:rPr>
                <w:noProof/>
                <w:webHidden/>
              </w:rPr>
              <w:tab/>
            </w:r>
            <w:r w:rsidR="00881CFD" w:rsidRPr="0096400F">
              <w:rPr>
                <w:noProof/>
                <w:webHidden/>
              </w:rPr>
              <w:fldChar w:fldCharType="begin"/>
            </w:r>
            <w:r w:rsidR="00881CFD" w:rsidRPr="0096400F">
              <w:rPr>
                <w:noProof/>
                <w:webHidden/>
              </w:rPr>
              <w:instrText xml:space="preserve"> PAGEREF _Toc104382357 \h </w:instrText>
            </w:r>
            <w:r w:rsidR="00881CFD" w:rsidRPr="0096400F">
              <w:rPr>
                <w:noProof/>
                <w:webHidden/>
              </w:rPr>
            </w:r>
            <w:r w:rsidR="00881CFD" w:rsidRPr="009640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881CFD" w:rsidRPr="0096400F">
              <w:rPr>
                <w:noProof/>
                <w:webHidden/>
              </w:rPr>
              <w:fldChar w:fldCharType="end"/>
            </w:r>
          </w:hyperlink>
        </w:p>
        <w:p w14:paraId="3C7EAF65" w14:textId="4D239833" w:rsidR="00881CFD" w:rsidRPr="0096400F" w:rsidRDefault="005C2603">
          <w:pPr>
            <w:pStyle w:val="TM3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fr-CA"/>
            </w:rPr>
          </w:pPr>
          <w:hyperlink w:anchor="_Toc104382358" w:history="1">
            <w:r w:rsidR="00881CFD" w:rsidRPr="0096400F">
              <w:rPr>
                <w:rStyle w:val="Lienhypertexte"/>
                <w:noProof/>
              </w:rPr>
              <w:t>1.3 Méthodologie</w:t>
            </w:r>
            <w:r w:rsidR="00881CFD" w:rsidRPr="0096400F">
              <w:rPr>
                <w:noProof/>
                <w:webHidden/>
              </w:rPr>
              <w:tab/>
            </w:r>
            <w:r w:rsidR="00881CFD" w:rsidRPr="0096400F">
              <w:rPr>
                <w:noProof/>
                <w:webHidden/>
              </w:rPr>
              <w:fldChar w:fldCharType="begin"/>
            </w:r>
            <w:r w:rsidR="00881CFD" w:rsidRPr="0096400F">
              <w:rPr>
                <w:noProof/>
                <w:webHidden/>
              </w:rPr>
              <w:instrText xml:space="preserve"> PAGEREF _Toc104382358 \h </w:instrText>
            </w:r>
            <w:r w:rsidR="00881CFD" w:rsidRPr="0096400F">
              <w:rPr>
                <w:noProof/>
                <w:webHidden/>
              </w:rPr>
            </w:r>
            <w:r w:rsidR="00881CFD" w:rsidRPr="009640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881CFD" w:rsidRPr="0096400F">
              <w:rPr>
                <w:noProof/>
                <w:webHidden/>
              </w:rPr>
              <w:fldChar w:fldCharType="end"/>
            </w:r>
          </w:hyperlink>
        </w:p>
        <w:p w14:paraId="631B9705" w14:textId="2E0FE9B1" w:rsidR="00881CFD" w:rsidRPr="0096400F" w:rsidRDefault="005C2603">
          <w:pPr>
            <w:pStyle w:val="TM3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fr-CA"/>
            </w:rPr>
          </w:pPr>
          <w:hyperlink w:anchor="_Toc104382359" w:history="1">
            <w:r w:rsidR="00881CFD" w:rsidRPr="0096400F">
              <w:rPr>
                <w:rStyle w:val="Lienhypertexte"/>
                <w:noProof/>
              </w:rPr>
              <w:t>1.4 Valeur du contrat</w:t>
            </w:r>
            <w:r w:rsidR="00881CFD" w:rsidRPr="0096400F">
              <w:rPr>
                <w:noProof/>
                <w:webHidden/>
              </w:rPr>
              <w:tab/>
            </w:r>
            <w:r w:rsidR="00881CFD" w:rsidRPr="0096400F">
              <w:rPr>
                <w:noProof/>
                <w:webHidden/>
              </w:rPr>
              <w:fldChar w:fldCharType="begin"/>
            </w:r>
            <w:r w:rsidR="00881CFD" w:rsidRPr="0096400F">
              <w:rPr>
                <w:noProof/>
                <w:webHidden/>
              </w:rPr>
              <w:instrText xml:space="preserve"> PAGEREF _Toc104382359 \h </w:instrText>
            </w:r>
            <w:r w:rsidR="00881CFD" w:rsidRPr="0096400F">
              <w:rPr>
                <w:noProof/>
                <w:webHidden/>
              </w:rPr>
            </w:r>
            <w:r w:rsidR="00881CFD" w:rsidRPr="009640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881CFD" w:rsidRPr="0096400F">
              <w:rPr>
                <w:noProof/>
                <w:webHidden/>
              </w:rPr>
              <w:fldChar w:fldCharType="end"/>
            </w:r>
          </w:hyperlink>
        </w:p>
        <w:p w14:paraId="347D9926" w14:textId="0276B82A" w:rsidR="00881CFD" w:rsidRPr="0096400F" w:rsidRDefault="005C2603">
          <w:pPr>
            <w:pStyle w:val="TM3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fr-CA"/>
            </w:rPr>
          </w:pPr>
          <w:hyperlink w:anchor="_Toc104382360" w:history="1">
            <w:r w:rsidR="00881CFD" w:rsidRPr="0096400F">
              <w:rPr>
                <w:rStyle w:val="Lienhypertexte"/>
                <w:noProof/>
              </w:rPr>
              <w:t>1.5 Exigence de neutralité politique</w:t>
            </w:r>
            <w:r w:rsidR="00881CFD" w:rsidRPr="0096400F">
              <w:rPr>
                <w:noProof/>
                <w:webHidden/>
              </w:rPr>
              <w:tab/>
            </w:r>
            <w:r w:rsidR="00881CFD" w:rsidRPr="0096400F">
              <w:rPr>
                <w:noProof/>
                <w:webHidden/>
              </w:rPr>
              <w:fldChar w:fldCharType="begin"/>
            </w:r>
            <w:r w:rsidR="00881CFD" w:rsidRPr="0096400F">
              <w:rPr>
                <w:noProof/>
                <w:webHidden/>
              </w:rPr>
              <w:instrText xml:space="preserve"> PAGEREF _Toc104382360 \h </w:instrText>
            </w:r>
            <w:r w:rsidR="00881CFD" w:rsidRPr="0096400F">
              <w:rPr>
                <w:noProof/>
                <w:webHidden/>
              </w:rPr>
            </w:r>
            <w:r w:rsidR="00881CFD" w:rsidRPr="009640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881CFD" w:rsidRPr="0096400F">
              <w:rPr>
                <w:noProof/>
                <w:webHidden/>
              </w:rPr>
              <w:fldChar w:fldCharType="end"/>
            </w:r>
          </w:hyperlink>
        </w:p>
        <w:p w14:paraId="516903B8" w14:textId="12AE0A9B" w:rsidR="00881CFD" w:rsidRPr="0096400F" w:rsidRDefault="005C2603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fr-CA"/>
            </w:rPr>
          </w:pPr>
          <w:hyperlink w:anchor="_Toc104382361" w:history="1">
            <w:r w:rsidR="00881CFD" w:rsidRPr="0096400F">
              <w:rPr>
                <w:rStyle w:val="Lienhypertexte"/>
                <w:rFonts w:cstheme="minorHAnsi"/>
                <w:smallCaps/>
                <w:noProof/>
              </w:rPr>
              <w:t>2. ÉCHANTILLONNAGE</w:t>
            </w:r>
            <w:r w:rsidR="00881CFD" w:rsidRPr="0096400F">
              <w:rPr>
                <w:noProof/>
                <w:webHidden/>
              </w:rPr>
              <w:tab/>
            </w:r>
            <w:r w:rsidR="00881CFD" w:rsidRPr="0096400F">
              <w:rPr>
                <w:noProof/>
                <w:webHidden/>
              </w:rPr>
              <w:fldChar w:fldCharType="begin"/>
            </w:r>
            <w:r w:rsidR="00881CFD" w:rsidRPr="0096400F">
              <w:rPr>
                <w:noProof/>
                <w:webHidden/>
              </w:rPr>
              <w:instrText xml:space="preserve"> PAGEREF _Toc104382361 \h </w:instrText>
            </w:r>
            <w:r w:rsidR="00881CFD" w:rsidRPr="0096400F">
              <w:rPr>
                <w:noProof/>
                <w:webHidden/>
              </w:rPr>
            </w:r>
            <w:r w:rsidR="00881CFD" w:rsidRPr="009640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881CFD" w:rsidRPr="0096400F">
              <w:rPr>
                <w:noProof/>
                <w:webHidden/>
              </w:rPr>
              <w:fldChar w:fldCharType="end"/>
            </w:r>
          </w:hyperlink>
        </w:p>
        <w:p w14:paraId="44C09D88" w14:textId="04B3EA6F" w:rsidR="00881CFD" w:rsidRPr="0096400F" w:rsidRDefault="005C2603">
          <w:pPr>
            <w:pStyle w:val="TM3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fr-CA"/>
            </w:rPr>
          </w:pPr>
          <w:hyperlink w:anchor="_Toc104382362" w:history="1">
            <w:r w:rsidR="00881CFD" w:rsidRPr="0096400F">
              <w:rPr>
                <w:rStyle w:val="Lienhypertexte"/>
                <w:noProof/>
              </w:rPr>
              <w:t>2.1 Caractéristiques du projet</w:t>
            </w:r>
            <w:r w:rsidR="00881CFD" w:rsidRPr="0096400F">
              <w:rPr>
                <w:noProof/>
                <w:webHidden/>
              </w:rPr>
              <w:tab/>
            </w:r>
            <w:r w:rsidR="00881CFD" w:rsidRPr="0096400F">
              <w:rPr>
                <w:noProof/>
                <w:webHidden/>
              </w:rPr>
              <w:fldChar w:fldCharType="begin"/>
            </w:r>
            <w:r w:rsidR="00881CFD" w:rsidRPr="0096400F">
              <w:rPr>
                <w:noProof/>
                <w:webHidden/>
              </w:rPr>
              <w:instrText xml:space="preserve"> PAGEREF _Toc104382362 \h </w:instrText>
            </w:r>
            <w:r w:rsidR="00881CFD" w:rsidRPr="0096400F">
              <w:rPr>
                <w:noProof/>
                <w:webHidden/>
              </w:rPr>
            </w:r>
            <w:r w:rsidR="00881CFD" w:rsidRPr="009640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881CFD" w:rsidRPr="0096400F">
              <w:rPr>
                <w:noProof/>
                <w:webHidden/>
              </w:rPr>
              <w:fldChar w:fldCharType="end"/>
            </w:r>
          </w:hyperlink>
        </w:p>
        <w:p w14:paraId="2C6855A1" w14:textId="2FB15377" w:rsidR="00881CFD" w:rsidRPr="0096400F" w:rsidRDefault="005C2603">
          <w:pPr>
            <w:pStyle w:val="TM3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fr-CA"/>
            </w:rPr>
          </w:pPr>
          <w:hyperlink w:anchor="_Toc104382363" w:history="1">
            <w:r w:rsidR="00881CFD" w:rsidRPr="0096400F">
              <w:rPr>
                <w:rStyle w:val="Lienhypertexte"/>
                <w:noProof/>
              </w:rPr>
              <w:t>2.2 Plan d</w:t>
            </w:r>
            <w:r w:rsidR="00F9728D" w:rsidRPr="0096400F">
              <w:rPr>
                <w:rStyle w:val="Lienhypertexte"/>
                <w:noProof/>
              </w:rPr>
              <w:t>’</w:t>
            </w:r>
            <w:r w:rsidR="00881CFD" w:rsidRPr="0096400F">
              <w:rPr>
                <w:rStyle w:val="Lienhypertexte"/>
                <w:noProof/>
              </w:rPr>
              <w:t>échantillonnage</w:t>
            </w:r>
            <w:r w:rsidR="00881CFD" w:rsidRPr="0096400F">
              <w:rPr>
                <w:noProof/>
                <w:webHidden/>
              </w:rPr>
              <w:tab/>
            </w:r>
            <w:r w:rsidR="00881CFD" w:rsidRPr="0096400F">
              <w:rPr>
                <w:noProof/>
                <w:webHidden/>
              </w:rPr>
              <w:fldChar w:fldCharType="begin"/>
            </w:r>
            <w:r w:rsidR="00881CFD" w:rsidRPr="0096400F">
              <w:rPr>
                <w:noProof/>
                <w:webHidden/>
              </w:rPr>
              <w:instrText xml:space="preserve"> PAGEREF _Toc104382363 \h </w:instrText>
            </w:r>
            <w:r w:rsidR="00881CFD" w:rsidRPr="0096400F">
              <w:rPr>
                <w:noProof/>
                <w:webHidden/>
              </w:rPr>
            </w:r>
            <w:r w:rsidR="00881CFD" w:rsidRPr="009640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881CFD" w:rsidRPr="0096400F">
              <w:rPr>
                <w:noProof/>
                <w:webHidden/>
              </w:rPr>
              <w:fldChar w:fldCharType="end"/>
            </w:r>
          </w:hyperlink>
        </w:p>
        <w:p w14:paraId="39A9D88E" w14:textId="07F11BF7" w:rsidR="00881CFD" w:rsidRPr="0096400F" w:rsidRDefault="005C2603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fr-CA"/>
            </w:rPr>
          </w:pPr>
          <w:hyperlink w:anchor="_Toc104382364" w:history="1">
            <w:r w:rsidR="00881CFD" w:rsidRPr="0096400F">
              <w:rPr>
                <w:rStyle w:val="Lienhypertexte"/>
                <w:rFonts w:cstheme="minorHAnsi"/>
                <w:smallCaps/>
                <w:noProof/>
              </w:rPr>
              <w:t>3. Invitations</w:t>
            </w:r>
            <w:r w:rsidR="00881CFD" w:rsidRPr="0096400F">
              <w:rPr>
                <w:noProof/>
                <w:webHidden/>
              </w:rPr>
              <w:tab/>
            </w:r>
            <w:r w:rsidR="00881CFD" w:rsidRPr="0096400F">
              <w:rPr>
                <w:noProof/>
                <w:webHidden/>
              </w:rPr>
              <w:fldChar w:fldCharType="begin"/>
            </w:r>
            <w:r w:rsidR="00881CFD" w:rsidRPr="0096400F">
              <w:rPr>
                <w:noProof/>
                <w:webHidden/>
              </w:rPr>
              <w:instrText xml:space="preserve"> PAGEREF _Toc104382364 \h </w:instrText>
            </w:r>
            <w:r w:rsidR="00881CFD" w:rsidRPr="0096400F">
              <w:rPr>
                <w:noProof/>
                <w:webHidden/>
              </w:rPr>
            </w:r>
            <w:r w:rsidR="00881CFD" w:rsidRPr="009640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881CFD" w:rsidRPr="0096400F">
              <w:rPr>
                <w:noProof/>
                <w:webHidden/>
              </w:rPr>
              <w:fldChar w:fldCharType="end"/>
            </w:r>
          </w:hyperlink>
        </w:p>
        <w:p w14:paraId="43E59BF9" w14:textId="554E054A" w:rsidR="00881CFD" w:rsidRPr="0096400F" w:rsidRDefault="005C2603">
          <w:pPr>
            <w:pStyle w:val="TM3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fr-CA"/>
            </w:rPr>
          </w:pPr>
          <w:hyperlink w:anchor="_Toc104382365" w:history="1">
            <w:r w:rsidR="00881CFD" w:rsidRPr="0096400F">
              <w:rPr>
                <w:rStyle w:val="Lienhypertexte"/>
                <w:noProof/>
              </w:rPr>
              <w:t>3.1 Détails des invitations et des rappels par courriel et SMS</w:t>
            </w:r>
            <w:r w:rsidR="00881CFD" w:rsidRPr="0096400F">
              <w:rPr>
                <w:noProof/>
                <w:webHidden/>
              </w:rPr>
              <w:tab/>
            </w:r>
            <w:r w:rsidR="00881CFD" w:rsidRPr="0096400F">
              <w:rPr>
                <w:noProof/>
                <w:webHidden/>
              </w:rPr>
              <w:fldChar w:fldCharType="begin"/>
            </w:r>
            <w:r w:rsidR="00881CFD" w:rsidRPr="0096400F">
              <w:rPr>
                <w:noProof/>
                <w:webHidden/>
              </w:rPr>
              <w:instrText xml:space="preserve"> PAGEREF _Toc104382365 \h </w:instrText>
            </w:r>
            <w:r w:rsidR="00881CFD" w:rsidRPr="0096400F">
              <w:rPr>
                <w:noProof/>
                <w:webHidden/>
              </w:rPr>
            </w:r>
            <w:r w:rsidR="00881CFD" w:rsidRPr="009640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881CFD" w:rsidRPr="0096400F">
              <w:rPr>
                <w:noProof/>
                <w:webHidden/>
              </w:rPr>
              <w:fldChar w:fldCharType="end"/>
            </w:r>
          </w:hyperlink>
        </w:p>
        <w:p w14:paraId="5A9D77DF" w14:textId="24862E15" w:rsidR="00881CFD" w:rsidRPr="0096400F" w:rsidRDefault="005C2603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fr-CA"/>
            </w:rPr>
          </w:pPr>
          <w:hyperlink w:anchor="_Toc104382366" w:history="1">
            <w:r w:rsidR="00881CFD" w:rsidRPr="0096400F">
              <w:rPr>
                <w:rStyle w:val="Lienhypertexte"/>
                <w:rFonts w:cstheme="minorHAnsi"/>
                <w:noProof/>
              </w:rPr>
              <w:t xml:space="preserve">4. </w:t>
            </w:r>
            <w:r w:rsidR="00881CFD" w:rsidRPr="0096400F">
              <w:rPr>
                <w:rStyle w:val="Lienhypertexte"/>
                <w:noProof/>
              </w:rPr>
              <w:t>Nombre de questionnaires remplis et nombre visé</w:t>
            </w:r>
            <w:r w:rsidR="00881CFD" w:rsidRPr="0096400F">
              <w:rPr>
                <w:noProof/>
                <w:webHidden/>
              </w:rPr>
              <w:tab/>
            </w:r>
            <w:r w:rsidR="00881CFD" w:rsidRPr="0096400F">
              <w:rPr>
                <w:noProof/>
                <w:webHidden/>
              </w:rPr>
              <w:fldChar w:fldCharType="begin"/>
            </w:r>
            <w:r w:rsidR="00881CFD" w:rsidRPr="0096400F">
              <w:rPr>
                <w:noProof/>
                <w:webHidden/>
              </w:rPr>
              <w:instrText xml:space="preserve"> PAGEREF _Toc104382366 \h </w:instrText>
            </w:r>
            <w:r w:rsidR="00881CFD" w:rsidRPr="0096400F">
              <w:rPr>
                <w:noProof/>
                <w:webHidden/>
              </w:rPr>
            </w:r>
            <w:r w:rsidR="00881CFD" w:rsidRPr="009640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881CFD" w:rsidRPr="0096400F">
              <w:rPr>
                <w:noProof/>
                <w:webHidden/>
              </w:rPr>
              <w:fldChar w:fldCharType="end"/>
            </w:r>
          </w:hyperlink>
        </w:p>
        <w:p w14:paraId="660C8CBD" w14:textId="5ABD1CB7" w:rsidR="00881CFD" w:rsidRPr="0096400F" w:rsidRDefault="005C2603">
          <w:pPr>
            <w:pStyle w:val="TM3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fr-CA"/>
            </w:rPr>
          </w:pPr>
          <w:hyperlink w:anchor="_Toc104382367" w:history="1">
            <w:r w:rsidR="00881CFD" w:rsidRPr="0096400F">
              <w:rPr>
                <w:rStyle w:val="Lienhypertexte"/>
                <w:noProof/>
              </w:rPr>
              <w:t>4.1 Nombre de questionnaires remplis et nombre visé</w:t>
            </w:r>
            <w:r w:rsidR="00881CFD" w:rsidRPr="0096400F">
              <w:rPr>
                <w:noProof/>
                <w:webHidden/>
              </w:rPr>
              <w:tab/>
            </w:r>
            <w:r w:rsidR="00881CFD" w:rsidRPr="0096400F">
              <w:rPr>
                <w:noProof/>
                <w:webHidden/>
              </w:rPr>
              <w:fldChar w:fldCharType="begin"/>
            </w:r>
            <w:r w:rsidR="00881CFD" w:rsidRPr="0096400F">
              <w:rPr>
                <w:noProof/>
                <w:webHidden/>
              </w:rPr>
              <w:instrText xml:space="preserve"> PAGEREF _Toc104382367 \h </w:instrText>
            </w:r>
            <w:r w:rsidR="00881CFD" w:rsidRPr="0096400F">
              <w:rPr>
                <w:noProof/>
                <w:webHidden/>
              </w:rPr>
            </w:r>
            <w:r w:rsidR="00881CFD" w:rsidRPr="009640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881CFD" w:rsidRPr="0096400F">
              <w:rPr>
                <w:noProof/>
                <w:webHidden/>
              </w:rPr>
              <w:fldChar w:fldCharType="end"/>
            </w:r>
          </w:hyperlink>
        </w:p>
        <w:p w14:paraId="0A8009A0" w14:textId="51DF136A" w:rsidR="00881CFD" w:rsidRPr="0096400F" w:rsidRDefault="005C2603">
          <w:pPr>
            <w:pStyle w:val="TM3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fr-CA"/>
            </w:rPr>
          </w:pPr>
          <w:hyperlink w:anchor="_Toc104382368" w:history="1">
            <w:r w:rsidR="00881CFD" w:rsidRPr="0096400F">
              <w:rPr>
                <w:rStyle w:val="Lienhypertexte"/>
                <w:noProof/>
              </w:rPr>
              <w:t>4.2 Participants exclus</w:t>
            </w:r>
            <w:r w:rsidR="00881CFD" w:rsidRPr="0096400F">
              <w:rPr>
                <w:noProof/>
                <w:webHidden/>
              </w:rPr>
              <w:tab/>
            </w:r>
            <w:r w:rsidR="00881CFD" w:rsidRPr="0096400F">
              <w:rPr>
                <w:noProof/>
                <w:webHidden/>
              </w:rPr>
              <w:fldChar w:fldCharType="begin"/>
            </w:r>
            <w:r w:rsidR="00881CFD" w:rsidRPr="0096400F">
              <w:rPr>
                <w:noProof/>
                <w:webHidden/>
              </w:rPr>
              <w:instrText xml:space="preserve"> PAGEREF _Toc104382368 \h </w:instrText>
            </w:r>
            <w:r w:rsidR="00881CFD" w:rsidRPr="0096400F">
              <w:rPr>
                <w:noProof/>
                <w:webHidden/>
              </w:rPr>
            </w:r>
            <w:r w:rsidR="00881CFD" w:rsidRPr="009640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881CFD" w:rsidRPr="0096400F">
              <w:rPr>
                <w:noProof/>
                <w:webHidden/>
              </w:rPr>
              <w:fldChar w:fldCharType="end"/>
            </w:r>
          </w:hyperlink>
        </w:p>
        <w:p w14:paraId="6CFE063B" w14:textId="36308893" w:rsidR="00881CFD" w:rsidRPr="0096400F" w:rsidRDefault="005C2603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fr-CA"/>
            </w:rPr>
          </w:pPr>
          <w:hyperlink w:anchor="_Toc104382369" w:history="1">
            <w:r w:rsidR="00881CFD" w:rsidRPr="0096400F">
              <w:rPr>
                <w:rStyle w:val="Lienhypertexte"/>
                <w:rFonts w:cstheme="minorHAnsi"/>
                <w:noProof/>
              </w:rPr>
              <w:t>5. Pondération</w:t>
            </w:r>
            <w:r w:rsidR="00881CFD" w:rsidRPr="0096400F">
              <w:rPr>
                <w:noProof/>
                <w:webHidden/>
              </w:rPr>
              <w:tab/>
            </w:r>
            <w:r w:rsidR="00881CFD" w:rsidRPr="0096400F">
              <w:rPr>
                <w:noProof/>
                <w:webHidden/>
              </w:rPr>
              <w:fldChar w:fldCharType="begin"/>
            </w:r>
            <w:r w:rsidR="00881CFD" w:rsidRPr="0096400F">
              <w:rPr>
                <w:noProof/>
                <w:webHidden/>
              </w:rPr>
              <w:instrText xml:space="preserve"> PAGEREF _Toc104382369 \h </w:instrText>
            </w:r>
            <w:r w:rsidR="00881CFD" w:rsidRPr="0096400F">
              <w:rPr>
                <w:noProof/>
                <w:webHidden/>
              </w:rPr>
            </w:r>
            <w:r w:rsidR="00881CFD" w:rsidRPr="009640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881CFD" w:rsidRPr="0096400F">
              <w:rPr>
                <w:noProof/>
                <w:webHidden/>
              </w:rPr>
              <w:fldChar w:fldCharType="end"/>
            </w:r>
          </w:hyperlink>
        </w:p>
        <w:p w14:paraId="6841EDBB" w14:textId="3D21F414" w:rsidR="00881CFD" w:rsidRPr="0096400F" w:rsidRDefault="005C2603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fr-CA"/>
            </w:rPr>
          </w:pPr>
          <w:hyperlink w:anchor="_Toc104382370" w:history="1">
            <w:r w:rsidR="00881CFD" w:rsidRPr="0096400F">
              <w:rPr>
                <w:rStyle w:val="Lienhypertexte"/>
                <w:rFonts w:cstheme="minorHAnsi"/>
                <w:noProof/>
              </w:rPr>
              <w:t xml:space="preserve">6. </w:t>
            </w:r>
            <w:r w:rsidR="00881CFD" w:rsidRPr="0096400F">
              <w:rPr>
                <w:rStyle w:val="Lienhypertexte"/>
                <w:noProof/>
              </w:rPr>
              <w:t>Base de données et tableaux croisés</w:t>
            </w:r>
            <w:r w:rsidR="00881CFD" w:rsidRPr="0096400F">
              <w:rPr>
                <w:noProof/>
                <w:webHidden/>
              </w:rPr>
              <w:tab/>
            </w:r>
            <w:r w:rsidR="00881CFD" w:rsidRPr="0096400F">
              <w:rPr>
                <w:noProof/>
                <w:webHidden/>
              </w:rPr>
              <w:fldChar w:fldCharType="begin"/>
            </w:r>
            <w:r w:rsidR="00881CFD" w:rsidRPr="0096400F">
              <w:rPr>
                <w:noProof/>
                <w:webHidden/>
              </w:rPr>
              <w:instrText xml:space="preserve"> PAGEREF _Toc104382370 \h </w:instrText>
            </w:r>
            <w:r w:rsidR="00881CFD" w:rsidRPr="0096400F">
              <w:rPr>
                <w:noProof/>
                <w:webHidden/>
              </w:rPr>
            </w:r>
            <w:r w:rsidR="00881CFD" w:rsidRPr="009640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881CFD" w:rsidRPr="0096400F">
              <w:rPr>
                <w:noProof/>
                <w:webHidden/>
              </w:rPr>
              <w:fldChar w:fldCharType="end"/>
            </w:r>
          </w:hyperlink>
        </w:p>
        <w:p w14:paraId="444A1924" w14:textId="79E1E000" w:rsidR="00881CFD" w:rsidRPr="0096400F" w:rsidRDefault="005C2603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fr-CA"/>
            </w:rPr>
          </w:pPr>
          <w:hyperlink w:anchor="_Toc104382371" w:history="1">
            <w:r w:rsidR="00881CFD" w:rsidRPr="0096400F">
              <w:rPr>
                <w:rStyle w:val="Lienhypertexte"/>
                <w:rFonts w:cstheme="minorHAnsi"/>
                <w:noProof/>
              </w:rPr>
              <w:t xml:space="preserve">7. </w:t>
            </w:r>
            <w:r w:rsidR="00881CFD" w:rsidRPr="0096400F">
              <w:rPr>
                <w:rStyle w:val="Lienhypertexte"/>
                <w:noProof/>
              </w:rPr>
              <w:t>Conception du sondage</w:t>
            </w:r>
            <w:r w:rsidR="00881CFD" w:rsidRPr="0096400F">
              <w:rPr>
                <w:noProof/>
                <w:webHidden/>
              </w:rPr>
              <w:tab/>
            </w:r>
            <w:r w:rsidR="00881CFD" w:rsidRPr="0096400F">
              <w:rPr>
                <w:noProof/>
                <w:webHidden/>
              </w:rPr>
              <w:fldChar w:fldCharType="begin"/>
            </w:r>
            <w:r w:rsidR="00881CFD" w:rsidRPr="0096400F">
              <w:rPr>
                <w:noProof/>
                <w:webHidden/>
              </w:rPr>
              <w:instrText xml:space="preserve"> PAGEREF _Toc104382371 \h </w:instrText>
            </w:r>
            <w:r w:rsidR="00881CFD" w:rsidRPr="0096400F">
              <w:rPr>
                <w:noProof/>
                <w:webHidden/>
              </w:rPr>
            </w:r>
            <w:r w:rsidR="00881CFD" w:rsidRPr="009640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881CFD" w:rsidRPr="0096400F">
              <w:rPr>
                <w:noProof/>
                <w:webHidden/>
              </w:rPr>
              <w:fldChar w:fldCharType="end"/>
            </w:r>
          </w:hyperlink>
        </w:p>
        <w:p w14:paraId="69B35DBB" w14:textId="6ADFBE58" w:rsidR="00881CFD" w:rsidRPr="0096400F" w:rsidRDefault="005C2603">
          <w:pPr>
            <w:pStyle w:val="TM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fr-CA"/>
            </w:rPr>
          </w:pPr>
          <w:hyperlink w:anchor="_Toc104382372" w:history="1">
            <w:r w:rsidR="00881CFD" w:rsidRPr="0096400F">
              <w:rPr>
                <w:rStyle w:val="Lienhypertexte"/>
                <w:rFonts w:cstheme="minorHAnsi"/>
                <w:smallCaps/>
                <w:noProof/>
              </w:rPr>
              <w:t>Annexes</w:t>
            </w:r>
            <w:r w:rsidR="00881CFD" w:rsidRPr="0096400F">
              <w:rPr>
                <w:noProof/>
                <w:webHidden/>
              </w:rPr>
              <w:tab/>
            </w:r>
            <w:r w:rsidR="00881CFD" w:rsidRPr="0096400F">
              <w:rPr>
                <w:noProof/>
                <w:webHidden/>
              </w:rPr>
              <w:fldChar w:fldCharType="begin"/>
            </w:r>
            <w:r w:rsidR="00881CFD" w:rsidRPr="0096400F">
              <w:rPr>
                <w:noProof/>
                <w:webHidden/>
              </w:rPr>
              <w:instrText xml:space="preserve"> PAGEREF _Toc104382372 \h </w:instrText>
            </w:r>
            <w:r w:rsidR="00881CFD" w:rsidRPr="0096400F">
              <w:rPr>
                <w:noProof/>
                <w:webHidden/>
              </w:rPr>
            </w:r>
            <w:r w:rsidR="00881CFD" w:rsidRPr="0096400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881CFD" w:rsidRPr="0096400F">
              <w:rPr>
                <w:noProof/>
                <w:webHidden/>
              </w:rPr>
              <w:fldChar w:fldCharType="end"/>
            </w:r>
          </w:hyperlink>
        </w:p>
        <w:p w14:paraId="211FBF1A" w14:textId="5114B736" w:rsidR="00881CFD" w:rsidRPr="0096400F" w:rsidRDefault="00F9728D">
          <w:pPr>
            <w:pStyle w:val="TM3"/>
            <w:rPr>
              <w:rFonts w:asciiTheme="minorHAnsi" w:eastAsiaTheme="minorEastAsia" w:hAnsiTheme="minorHAnsi" w:cstheme="minorBidi"/>
              <w:i w:val="0"/>
              <w:iCs w:val="0"/>
              <w:noProof/>
              <w:sz w:val="22"/>
              <w:szCs w:val="22"/>
              <w:lang w:eastAsia="fr-CA"/>
            </w:rPr>
          </w:pPr>
          <w:hyperlink w:anchor="_Toc104382373" w:history="1">
            <w:r w:rsidR="00881CFD" w:rsidRPr="0096400F">
              <w:rPr>
                <w:rStyle w:val="Lienhypertexte"/>
                <w:noProof/>
              </w:rPr>
              <w:t>Annexe A</w:t>
            </w:r>
            <w:r w:rsidR="00063A67" w:rsidRPr="0096400F">
              <w:rPr>
                <w:rStyle w:val="Lienhypertexte"/>
                <w:noProof/>
              </w:rPr>
              <w:t> </w:t>
            </w:r>
            <w:r w:rsidR="00881CFD" w:rsidRPr="0096400F">
              <w:rPr>
                <w:rStyle w:val="Lienhypertexte"/>
                <w:noProof/>
              </w:rPr>
              <w:t>: Questionnaire en français</w:t>
            </w:r>
            <w:r w:rsidR="00881CFD" w:rsidRPr="0096400F">
              <w:rPr>
                <w:noProof/>
                <w:webHidden/>
              </w:rPr>
              <w:tab/>
            </w:r>
            <w:r w:rsidR="00881CFD" w:rsidRPr="0096400F">
              <w:rPr>
                <w:noProof/>
                <w:webHidden/>
              </w:rPr>
              <w:fldChar w:fldCharType="begin"/>
            </w:r>
            <w:r w:rsidR="00881CFD" w:rsidRPr="0096400F">
              <w:rPr>
                <w:noProof/>
                <w:webHidden/>
              </w:rPr>
              <w:instrText xml:space="preserve"> PAGEREF _Toc104382373 \h </w:instrText>
            </w:r>
            <w:r w:rsidR="00881CFD" w:rsidRPr="0096400F">
              <w:rPr>
                <w:noProof/>
                <w:webHidden/>
              </w:rPr>
            </w:r>
            <w:r w:rsidR="00881CFD" w:rsidRPr="0096400F">
              <w:rPr>
                <w:noProof/>
                <w:webHidden/>
              </w:rPr>
              <w:fldChar w:fldCharType="separate"/>
            </w:r>
            <w:r w:rsidR="005C2603">
              <w:rPr>
                <w:noProof/>
                <w:webHidden/>
              </w:rPr>
              <w:t>13</w:t>
            </w:r>
            <w:r w:rsidR="00881CFD" w:rsidRPr="0096400F">
              <w:rPr>
                <w:noProof/>
                <w:webHidden/>
              </w:rPr>
              <w:fldChar w:fldCharType="end"/>
            </w:r>
          </w:hyperlink>
        </w:p>
        <w:p w14:paraId="708BA7C7" w14:textId="59F31F10" w:rsidR="00DA2BB0" w:rsidRPr="0096400F" w:rsidRDefault="00DA2BB0" w:rsidP="00087323">
          <w:pPr>
            <w:spacing w:line="240" w:lineRule="auto"/>
            <w:jc w:val="left"/>
            <w:rPr>
              <w:rFonts w:asciiTheme="minorHAnsi" w:hAnsiTheme="minorHAnsi" w:cstheme="minorHAnsi"/>
            </w:rPr>
          </w:pPr>
          <w:r w:rsidRPr="0096400F">
            <w:rPr>
              <w:rFonts w:asciiTheme="minorHAnsi" w:hAnsiTheme="minorHAnsi" w:cstheme="minorHAnsi"/>
            </w:rPr>
            <w:fldChar w:fldCharType="end"/>
          </w:r>
        </w:p>
      </w:sdtContent>
    </w:sdt>
    <w:p w14:paraId="38B06F8F" w14:textId="7777777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</w:rPr>
      </w:pPr>
    </w:p>
    <w:p w14:paraId="63B49AF0" w14:textId="7777777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</w:rPr>
      </w:pPr>
    </w:p>
    <w:p w14:paraId="22A8C8CC" w14:textId="77777777" w:rsidR="00DA2BB0" w:rsidRPr="0096400F" w:rsidRDefault="00DA2BB0" w:rsidP="00087323">
      <w:pPr>
        <w:pStyle w:val="Titre1"/>
        <w:spacing w:line="240" w:lineRule="auto"/>
        <w:ind w:left="567"/>
        <w:jc w:val="left"/>
        <w:rPr>
          <w:rFonts w:asciiTheme="minorHAnsi" w:hAnsiTheme="minorHAnsi" w:cstheme="minorHAnsi"/>
        </w:rPr>
      </w:pPr>
      <w:r w:rsidRPr="0096400F">
        <w:rPr>
          <w:rFonts w:asciiTheme="minorHAnsi" w:hAnsiTheme="minorHAnsi" w:cstheme="minorHAnsi"/>
          <w:smallCaps/>
        </w:rPr>
        <w:br w:type="page"/>
      </w:r>
      <w:bookmarkStart w:id="26" w:name="_Toc224359355"/>
      <w:bookmarkStart w:id="27" w:name="_Toc511033666"/>
    </w:p>
    <w:p w14:paraId="402C0B42" w14:textId="5A898626" w:rsidR="00DA2BB0" w:rsidRPr="0096400F" w:rsidRDefault="00DA2BB0" w:rsidP="00087323">
      <w:pPr>
        <w:pStyle w:val="Titre1"/>
        <w:spacing w:line="240" w:lineRule="auto"/>
        <w:jc w:val="left"/>
        <w:rPr>
          <w:rFonts w:asciiTheme="minorHAnsi" w:hAnsiTheme="minorHAnsi" w:cstheme="minorHAnsi"/>
        </w:rPr>
      </w:pPr>
      <w:bookmarkStart w:id="28" w:name="_Toc104382355"/>
      <w:r w:rsidRPr="0096400F">
        <w:rPr>
          <w:rFonts w:asciiTheme="minorHAnsi" w:hAnsiTheme="minorHAnsi" w:cstheme="minorHAnsi"/>
        </w:rPr>
        <w:lastRenderedPageBreak/>
        <w:t xml:space="preserve">1. </w:t>
      </w:r>
      <w:r w:rsidR="00123112" w:rsidRPr="0096400F">
        <w:rPr>
          <w:rFonts w:asciiTheme="minorHAnsi" w:hAnsiTheme="minorHAnsi" w:cstheme="minorHAnsi"/>
        </w:rPr>
        <w:t>Sommaire</w:t>
      </w:r>
      <w:bookmarkEnd w:id="28"/>
    </w:p>
    <w:p w14:paraId="74B8B1F3" w14:textId="5EE67EB5" w:rsidR="00DA2BB0" w:rsidRPr="0096400F" w:rsidRDefault="00DA2BB0" w:rsidP="00DA2BB0">
      <w:pPr>
        <w:pStyle w:val="Titre3"/>
        <w:rPr>
          <w:lang w:val="fr-CA"/>
        </w:rPr>
      </w:pPr>
      <w:bookmarkStart w:id="29" w:name="_Toc104382356"/>
      <w:r w:rsidRPr="0096400F">
        <w:rPr>
          <w:lang w:val="fr-CA"/>
        </w:rPr>
        <w:t xml:space="preserve">1.1 </w:t>
      </w:r>
      <w:r w:rsidR="00123112" w:rsidRPr="0096400F">
        <w:rPr>
          <w:lang w:val="fr-CA"/>
        </w:rPr>
        <w:t>Contexte</w:t>
      </w:r>
      <w:bookmarkEnd w:id="29"/>
    </w:p>
    <w:p w14:paraId="50C62309" w14:textId="77777777" w:rsidR="00EA211F" w:rsidRPr="0096400F" w:rsidRDefault="00EA211F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30" w:name="_Hlk71536206"/>
    </w:p>
    <w:p w14:paraId="251FA2DD" w14:textId="01445052" w:rsidR="00EA211F" w:rsidRPr="0096400F" w:rsidRDefault="00EA211F" w:rsidP="00985C3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>À mesure que la pandémie de COVID-19 évolue et que les restrictions à cet égard changent, le gouvernement du Canada doit communiquer aux Canadiens des renseignements pertinents sur les voyages et leur fournir des ressources pour qu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ils puissent prendre des décisions éclairées concernant les voyages.</w:t>
      </w:r>
    </w:p>
    <w:p w14:paraId="64F346B0" w14:textId="34CA03E6" w:rsidR="00F92D2B" w:rsidRPr="0096400F" w:rsidRDefault="00F92D2B" w:rsidP="00985C3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2EDF39FC" w14:textId="25D50458" w:rsidR="00F92D2B" w:rsidRPr="0096400F" w:rsidRDefault="00F92D2B" w:rsidP="00985C3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>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après les commentaires reçus par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intermédiaire des médias sociaux, des boîtes </w:t>
      </w:r>
      <w:r w:rsidR="008F2864" w:rsidRPr="0096400F">
        <w:rPr>
          <w:rFonts w:asciiTheme="minorHAnsi" w:hAnsiTheme="minorHAnsi"/>
          <w:sz w:val="22"/>
        </w:rPr>
        <w:t>aux lettres</w:t>
      </w:r>
      <w:r w:rsidR="00F2786E" w:rsidRPr="0096400F">
        <w:rPr>
          <w:rFonts w:asciiTheme="minorHAnsi" w:hAnsiTheme="minorHAnsi"/>
          <w:sz w:val="22"/>
        </w:rPr>
        <w:t xml:space="preserve"> pour renseignements généraux</w:t>
      </w:r>
      <w:r w:rsidRPr="0096400F">
        <w:rPr>
          <w:rFonts w:asciiTheme="minorHAnsi" w:hAnsiTheme="minorHAnsi"/>
          <w:sz w:val="22"/>
        </w:rPr>
        <w:t xml:space="preserve"> et des appels aux numéros 1-800 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Affaires mondiales Canada (AMC) et du Secrétariat du Conseil du Trésor</w:t>
      </w:r>
      <w:r w:rsidR="00063A67" w:rsidRPr="0096400F">
        <w:rPr>
          <w:rFonts w:asciiTheme="minorHAnsi" w:hAnsiTheme="minorHAnsi"/>
          <w:sz w:val="22"/>
        </w:rPr>
        <w:t xml:space="preserve"> du Canada</w:t>
      </w:r>
      <w:r w:rsidRPr="0096400F">
        <w:rPr>
          <w:rFonts w:asciiTheme="minorHAnsi" w:hAnsiTheme="minorHAnsi"/>
          <w:sz w:val="22"/>
        </w:rPr>
        <w:t> (SCT), les Canadiens ont de la difficulté à trouver et à comprendre les renseignements sur les voyages qui s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appliquent à leur situation pendant la pandémie. Un grand nombre de demandes de renseignements, 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appels et de courriels adressés aux services de renseignements généraux 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AMC compren</w:t>
      </w:r>
      <w:r w:rsidR="00FC55C0" w:rsidRPr="0096400F">
        <w:rPr>
          <w:rFonts w:asciiTheme="minorHAnsi" w:hAnsiTheme="minorHAnsi"/>
          <w:sz w:val="22"/>
        </w:rPr>
        <w:t>ai</w:t>
      </w:r>
      <w:r w:rsidRPr="0096400F">
        <w:rPr>
          <w:rFonts w:asciiTheme="minorHAnsi" w:hAnsiTheme="minorHAnsi"/>
          <w:sz w:val="22"/>
        </w:rPr>
        <w:t>ent des questions liées à la quarantaine et à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isolement. La stratégie globale de la campagne publicitaire vise à </w:t>
      </w:r>
      <w:r w:rsidR="008B7C07" w:rsidRPr="0096400F">
        <w:rPr>
          <w:rFonts w:asciiTheme="minorHAnsi" w:hAnsiTheme="minorHAnsi"/>
          <w:sz w:val="22"/>
        </w:rPr>
        <w:t>faire en sorte</w:t>
      </w:r>
      <w:r w:rsidRPr="0096400F">
        <w:rPr>
          <w:rFonts w:asciiTheme="minorHAnsi" w:hAnsiTheme="minorHAnsi"/>
          <w:sz w:val="22"/>
        </w:rPr>
        <w:t xml:space="preserve"> que les Canadiens disposent de tous les renseignements et ressources à jour dont ils ont besoin pour prendre des décisions prudentes en matière de voyage</w:t>
      </w:r>
      <w:r w:rsidR="005E1F41" w:rsidRPr="0096400F">
        <w:rPr>
          <w:rFonts w:asciiTheme="minorHAnsi" w:hAnsiTheme="minorHAnsi"/>
          <w:sz w:val="22"/>
        </w:rPr>
        <w:t>,</w:t>
      </w:r>
      <w:r w:rsidRPr="0096400F">
        <w:rPr>
          <w:rFonts w:asciiTheme="minorHAnsi" w:hAnsiTheme="minorHAnsi"/>
          <w:sz w:val="22"/>
        </w:rPr>
        <w:t xml:space="preserve"> en les incitant à consulter le site se trouvant à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adresse https://voyage.gc.ca/voyage-covid. </w:t>
      </w:r>
      <w:r w:rsidR="00063A67" w:rsidRPr="0096400F">
        <w:rPr>
          <w:rFonts w:asciiTheme="minorHAnsi" w:hAnsiTheme="minorHAnsi"/>
          <w:sz w:val="22"/>
        </w:rPr>
        <w:t xml:space="preserve">Ce site Web, </w:t>
      </w:r>
      <w:r w:rsidRPr="0096400F">
        <w:rPr>
          <w:rFonts w:asciiTheme="minorHAnsi" w:hAnsiTheme="minorHAnsi"/>
          <w:sz w:val="22"/>
        </w:rPr>
        <w:t xml:space="preserve">mis en ligne le 10 juillet 2020, est la plateforme sur laquelle sont publiés tous les renseignements du gouvernement liés aux voyages et aux frontières. Un ensemble de stratégies médiatiques </w:t>
      </w:r>
      <w:r w:rsidR="0086643B" w:rsidRPr="0096400F">
        <w:rPr>
          <w:rFonts w:asciiTheme="minorHAnsi" w:hAnsiTheme="minorHAnsi"/>
          <w:sz w:val="22"/>
        </w:rPr>
        <w:t xml:space="preserve">comprenant à la fois des méthodes de référencement payant et des méthodes de référencement </w:t>
      </w:r>
      <w:r w:rsidR="00EF46EB" w:rsidRPr="0096400F">
        <w:rPr>
          <w:rFonts w:asciiTheme="minorHAnsi" w:hAnsiTheme="minorHAnsi"/>
          <w:sz w:val="22"/>
        </w:rPr>
        <w:t>naturel</w:t>
      </w:r>
      <w:r w:rsidR="0086643B" w:rsidRPr="0096400F">
        <w:rPr>
          <w:rFonts w:asciiTheme="minorHAnsi" w:hAnsiTheme="minorHAnsi"/>
          <w:sz w:val="22"/>
        </w:rPr>
        <w:t xml:space="preserve"> </w:t>
      </w:r>
      <w:r w:rsidRPr="0096400F">
        <w:rPr>
          <w:rFonts w:asciiTheme="minorHAnsi" w:hAnsiTheme="minorHAnsi"/>
          <w:sz w:val="22"/>
        </w:rPr>
        <w:t>ont été mises en œuvre sur différents canaux de diffusion numériques afin de promouvoir les ressources dont les Canadiens ont besoin pour prendre des décisions prudentes en matière de voyage.</w:t>
      </w:r>
    </w:p>
    <w:p w14:paraId="6ABAEF91" w14:textId="77777777" w:rsidR="00EA66AC" w:rsidRPr="0096400F" w:rsidRDefault="00EA66AC" w:rsidP="00985C3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48DC7038" w14:textId="10501647" w:rsidR="00EA66AC" w:rsidRPr="0096400F" w:rsidRDefault="00EA66AC" w:rsidP="00985C3B">
      <w:pPr>
        <w:spacing w:line="240" w:lineRule="auto"/>
        <w:jc w:val="left"/>
        <w:rPr>
          <w:rFonts w:asciiTheme="minorHAnsi" w:hAnsiTheme="minorHAnsi"/>
          <w:sz w:val="22"/>
        </w:rPr>
      </w:pPr>
      <w:r w:rsidRPr="0096400F">
        <w:rPr>
          <w:rFonts w:asciiTheme="minorHAnsi" w:hAnsiTheme="minorHAnsi"/>
          <w:sz w:val="22"/>
        </w:rPr>
        <w:t>Le site permet de rappeler aux Canadiens</w:t>
      </w:r>
      <w:r w:rsidR="008F2864" w:rsidRPr="0096400F">
        <w:rPr>
          <w:rFonts w:asciiTheme="minorHAnsi" w:hAnsiTheme="minorHAnsi"/>
          <w:sz w:val="22"/>
        </w:rPr>
        <w:t xml:space="preserve"> quels sont</w:t>
      </w:r>
      <w:r w:rsidRPr="0096400F">
        <w:rPr>
          <w:rFonts w:asciiTheme="minorHAnsi" w:hAnsiTheme="minorHAnsi"/>
          <w:sz w:val="22"/>
        </w:rPr>
        <w:t xml:space="preserve"> les avertissements aux voyageurs à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étranger et de faire connaître les outils, les conseils et les services 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assistance à la disposition des Canadiens pour leur permettre de prendre des décisions éclairées. </w:t>
      </w:r>
      <w:r w:rsidR="004071FD" w:rsidRPr="0096400F">
        <w:rPr>
          <w:rFonts w:asciiTheme="minorHAnsi" w:hAnsiTheme="minorHAnsi"/>
          <w:sz w:val="22"/>
        </w:rPr>
        <w:t xml:space="preserve">Il donne également accès à de l’information </w:t>
      </w:r>
      <w:r w:rsidRPr="0096400F">
        <w:rPr>
          <w:rFonts w:asciiTheme="minorHAnsi" w:hAnsiTheme="minorHAnsi"/>
          <w:sz w:val="22"/>
        </w:rPr>
        <w:t>sur la manière 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assurer leur sécurité s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ils décident de voyager à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étranger. Il renseigne les ressortissants étrangers et les citoyens canadiens sur les restrictions 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entrée, sur ce qu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ils doivent savoir avant de voyager au Canada ou de quitter le pays, et sur ce à quoi ils peuvent s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attendre à la frontière. Les renseignements les plus récents diffusés par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Agence de la santé publique du Canada (ASPC)/Santé Canada sont également publiés sur ce site.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ASPC/Santé</w:t>
      </w:r>
      <w:r w:rsidR="00AB2BE9" w:rsidRPr="0096400F">
        <w:rPr>
          <w:rFonts w:asciiTheme="minorHAnsi" w:hAnsiTheme="minorHAnsi"/>
          <w:sz w:val="22"/>
        </w:rPr>
        <w:t> </w:t>
      </w:r>
      <w:r w:rsidRPr="0096400F">
        <w:rPr>
          <w:rFonts w:asciiTheme="minorHAnsi" w:hAnsiTheme="minorHAnsi"/>
          <w:sz w:val="22"/>
        </w:rPr>
        <w:t>Canada mène une campagne publicitaire de 1,5 million de dollars pour promouvoir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application </w:t>
      </w:r>
      <w:proofErr w:type="spellStart"/>
      <w:r w:rsidRPr="0096400F">
        <w:rPr>
          <w:rFonts w:asciiTheme="minorHAnsi" w:hAnsiTheme="minorHAnsi"/>
          <w:sz w:val="22"/>
        </w:rPr>
        <w:t>ArriveCAN</w:t>
      </w:r>
      <w:proofErr w:type="spellEnd"/>
      <w:r w:rsidRPr="0096400F">
        <w:rPr>
          <w:rFonts w:asciiTheme="minorHAnsi" w:hAnsiTheme="minorHAnsi"/>
          <w:sz w:val="22"/>
        </w:rPr>
        <w:t>, un outil essentiel à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appui des activités de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Agence des services frontaliers du Canada (ASFC).</w:t>
      </w:r>
    </w:p>
    <w:p w14:paraId="39D559A2" w14:textId="77777777" w:rsidR="00EA66AC" w:rsidRPr="0096400F" w:rsidRDefault="00EA66AC" w:rsidP="00985C3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1DA757FF" w14:textId="10B1DAB6" w:rsidR="00985C3B" w:rsidRPr="0096400F" w:rsidRDefault="00C07190" w:rsidP="00985C3B">
      <w:pPr>
        <w:spacing w:line="240" w:lineRule="auto"/>
        <w:jc w:val="left"/>
        <w:rPr>
          <w:rFonts w:asciiTheme="minorHAnsi" w:hAnsiTheme="minorHAnsi"/>
          <w:sz w:val="22"/>
        </w:rPr>
      </w:pPr>
      <w:r w:rsidRPr="0096400F">
        <w:rPr>
          <w:rFonts w:asciiTheme="minorHAnsi" w:hAnsiTheme="minorHAnsi"/>
          <w:sz w:val="22"/>
        </w:rPr>
        <w:t>Affaires mondiales Canada a lancé une campagne publicitaire pour communiquer de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information sur la manière de voyager en toute sécurité ainsi que sur les mesures </w:t>
      </w:r>
      <w:r w:rsidR="00C354A1" w:rsidRPr="0096400F">
        <w:rPr>
          <w:rFonts w:asciiTheme="minorHAnsi" w:hAnsiTheme="minorHAnsi"/>
          <w:sz w:val="22"/>
        </w:rPr>
        <w:t xml:space="preserve">en vigueur </w:t>
      </w:r>
      <w:r w:rsidRPr="0096400F">
        <w:rPr>
          <w:rFonts w:asciiTheme="minorHAnsi" w:hAnsiTheme="minorHAnsi"/>
          <w:sz w:val="22"/>
        </w:rPr>
        <w:t>aux frontières pendant la pandémie. Les commentaires recueillis à la suite de la campagne sur les voyages et les frontières permettront 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orienter les prochaines campagnes publicitaires menées dans le contexte de la pandémie de COVID-19. </w:t>
      </w:r>
      <w:r w:rsidR="00AB2BE9" w:rsidRPr="0096400F">
        <w:rPr>
          <w:rFonts w:asciiTheme="minorHAnsi" w:hAnsiTheme="minorHAnsi"/>
          <w:sz w:val="22"/>
        </w:rPr>
        <w:t xml:space="preserve">La présente étude </w:t>
      </w:r>
      <w:r w:rsidR="00DE5C94" w:rsidRPr="0096400F">
        <w:rPr>
          <w:rFonts w:asciiTheme="minorHAnsi" w:hAnsiTheme="minorHAnsi"/>
          <w:sz w:val="22"/>
        </w:rPr>
        <w:t>a permis de recueillir des commentaires sur les campagnes publicitaires numériques créatives</w:t>
      </w:r>
      <w:r w:rsidR="00AB2BE9" w:rsidRPr="0096400F">
        <w:rPr>
          <w:rFonts w:asciiTheme="minorHAnsi" w:hAnsiTheme="minorHAnsi"/>
          <w:sz w:val="22"/>
        </w:rPr>
        <w:t xml:space="preserve"> </w:t>
      </w:r>
      <w:r w:rsidR="00DE5C94" w:rsidRPr="0096400F">
        <w:rPr>
          <w:rFonts w:asciiTheme="minorHAnsi" w:hAnsiTheme="minorHAnsi"/>
          <w:sz w:val="22"/>
        </w:rPr>
        <w:t xml:space="preserve">et </w:t>
      </w:r>
      <w:r w:rsidR="008F2864" w:rsidRPr="0096400F">
        <w:rPr>
          <w:rFonts w:asciiTheme="minorHAnsi" w:hAnsiTheme="minorHAnsi"/>
          <w:sz w:val="22"/>
        </w:rPr>
        <w:t xml:space="preserve">sur </w:t>
      </w:r>
      <w:r w:rsidR="00DE5C94" w:rsidRPr="0096400F">
        <w:rPr>
          <w:rFonts w:asciiTheme="minorHAnsi" w:hAnsiTheme="minorHAnsi"/>
          <w:sz w:val="22"/>
        </w:rPr>
        <w:t>les résultats à court terme</w:t>
      </w:r>
      <w:r w:rsidR="008F2864" w:rsidRPr="0096400F">
        <w:rPr>
          <w:rFonts w:asciiTheme="minorHAnsi" w:hAnsiTheme="minorHAnsi"/>
          <w:sz w:val="22"/>
        </w:rPr>
        <w:t xml:space="preserve"> de ces campagnes</w:t>
      </w:r>
      <w:r w:rsidR="00DE5C94" w:rsidRPr="0096400F">
        <w:rPr>
          <w:rFonts w:asciiTheme="minorHAnsi" w:hAnsiTheme="minorHAnsi"/>
          <w:sz w:val="22"/>
        </w:rPr>
        <w:t>.</w:t>
      </w:r>
      <w:r w:rsidRPr="0096400F">
        <w:rPr>
          <w:rFonts w:asciiTheme="minorHAnsi" w:hAnsiTheme="minorHAnsi"/>
          <w:sz w:val="22"/>
        </w:rPr>
        <w:t xml:space="preserve"> Les résultats aideront AMC à s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assurer que les messages importants </w:t>
      </w:r>
      <w:r w:rsidR="00AB2BE9" w:rsidRPr="0096400F">
        <w:rPr>
          <w:rFonts w:asciiTheme="minorHAnsi" w:hAnsiTheme="minorHAnsi"/>
          <w:sz w:val="22"/>
        </w:rPr>
        <w:t xml:space="preserve">sont communiqués aux Canadiens de manière efficace </w:t>
      </w:r>
      <w:r w:rsidRPr="0096400F">
        <w:rPr>
          <w:rFonts w:asciiTheme="minorHAnsi" w:hAnsiTheme="minorHAnsi"/>
          <w:sz w:val="22"/>
        </w:rPr>
        <w:t>dans le cadre de campagnes publicitaires à venir. Les détails concernant chacune des campagnes figurent ci-dessous</w:t>
      </w:r>
      <w:r w:rsidR="00EF46EB" w:rsidRPr="0096400F">
        <w:rPr>
          <w:rFonts w:asciiTheme="minorHAnsi" w:hAnsiTheme="minorHAnsi"/>
          <w:sz w:val="22"/>
        </w:rPr>
        <w:t>.</w:t>
      </w:r>
    </w:p>
    <w:p w14:paraId="725C0EA6" w14:textId="2044228F" w:rsidR="00DA2BB0" w:rsidRPr="0096400F" w:rsidRDefault="00985C3B" w:rsidP="00DA2BB0">
      <w:pPr>
        <w:spacing w:line="240" w:lineRule="auto"/>
        <w:jc w:val="left"/>
        <w:rPr>
          <w:rFonts w:asciiTheme="minorHAnsi" w:hAnsiTheme="minorHAnsi"/>
          <w:sz w:val="22"/>
        </w:rPr>
      </w:pPr>
      <w:r w:rsidRPr="0096400F">
        <w:rPr>
          <w:rFonts w:asciiTheme="minorHAnsi" w:hAnsiTheme="minorHAnsi"/>
          <w:sz w:val="22"/>
        </w:rPr>
        <w:br w:type="page"/>
      </w:r>
    </w:p>
    <w:p w14:paraId="50AAE8CB" w14:textId="444569F5" w:rsidR="00DA2BB0" w:rsidRPr="0096400F" w:rsidRDefault="008828BE" w:rsidP="00087323">
      <w:p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6400F">
        <w:rPr>
          <w:rFonts w:asciiTheme="minorHAnsi" w:hAnsiTheme="minorHAnsi" w:cstheme="minorHAnsi"/>
          <w:b/>
          <w:bCs/>
          <w:sz w:val="22"/>
          <w:szCs w:val="22"/>
          <w:u w:val="single"/>
        </w:rPr>
        <w:lastRenderedPageBreak/>
        <w:t>Publicité</w:t>
      </w:r>
      <w:r w:rsidR="00DA2BB0" w:rsidRPr="0096400F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1</w:t>
      </w:r>
    </w:p>
    <w:p w14:paraId="3BFFDEDF" w14:textId="621CD0B2" w:rsidR="002F75AE" w:rsidRPr="0096400F" w:rsidRDefault="008E5157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noProof/>
          <w:lang w:val="en-CA" w:eastAsia="en-CA"/>
        </w:rPr>
        <w:drawing>
          <wp:anchor distT="0" distB="0" distL="114300" distR="114300" simplePos="0" relativeHeight="251664384" behindDoc="0" locked="0" layoutInCell="1" allowOverlap="1" wp14:anchorId="5C17BD63" wp14:editId="4E8BA572">
            <wp:simplePos x="0" y="0"/>
            <wp:positionH relativeFrom="margin">
              <wp:align>left</wp:align>
            </wp:positionH>
            <wp:positionV relativeFrom="paragraph">
              <wp:posOffset>191135</wp:posOffset>
            </wp:positionV>
            <wp:extent cx="1904400" cy="1904400"/>
            <wp:effectExtent l="0" t="0" r="635" b="635"/>
            <wp:wrapTopAndBottom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0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DAE66" w14:textId="77777777" w:rsidR="000D5593" w:rsidRPr="0096400F" w:rsidRDefault="000D5593" w:rsidP="00087323">
      <w:p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4B660F5" w14:textId="302BEBCC" w:rsidR="00DA2BB0" w:rsidRPr="0096400F" w:rsidRDefault="007078A4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Période de diffusion </w:t>
      </w:r>
      <w:r w:rsidR="00DA2BB0" w:rsidRPr="0096400F">
        <w:rPr>
          <w:rFonts w:asciiTheme="minorHAnsi" w:hAnsiTheme="minorHAnsi" w:cstheme="minorHAnsi"/>
          <w:sz w:val="22"/>
          <w:szCs w:val="22"/>
        </w:rPr>
        <w:t>:</w:t>
      </w:r>
    </w:p>
    <w:p w14:paraId="63B24708" w14:textId="3E0654EB" w:rsidR="00DA2BB0" w:rsidRPr="0096400F" w:rsidRDefault="00EF46EB" w:rsidP="00087323">
      <w:pPr>
        <w:pStyle w:val="Paragraphedeliste"/>
        <w:numPr>
          <w:ilvl w:val="0"/>
          <w:numId w:val="26"/>
        </w:numPr>
        <w:spacing w:line="240" w:lineRule="auto"/>
        <w:rPr>
          <w:rFonts w:cstheme="minorHAnsi"/>
          <w:lang w:val="fr-CA"/>
        </w:rPr>
      </w:pPr>
      <w:r w:rsidRPr="0096400F">
        <w:rPr>
          <w:rFonts w:cstheme="minorHAnsi"/>
          <w:lang w:val="fr-CA"/>
        </w:rPr>
        <w:t xml:space="preserve">Du </w:t>
      </w:r>
      <w:r w:rsidR="00135C2B" w:rsidRPr="0096400F">
        <w:rPr>
          <w:rFonts w:cstheme="minorHAnsi"/>
          <w:lang w:val="fr-CA"/>
        </w:rPr>
        <w:t xml:space="preserve">13 </w:t>
      </w:r>
      <w:r w:rsidR="009E6F1C" w:rsidRPr="0096400F">
        <w:rPr>
          <w:rFonts w:cstheme="minorHAnsi"/>
          <w:lang w:val="fr-CA"/>
        </w:rPr>
        <w:t>o</w:t>
      </w:r>
      <w:r w:rsidR="00DA2BB0" w:rsidRPr="0096400F">
        <w:rPr>
          <w:rFonts w:cstheme="minorHAnsi"/>
          <w:lang w:val="fr-CA"/>
        </w:rPr>
        <w:t>ctob</w:t>
      </w:r>
      <w:r w:rsidR="00135C2B" w:rsidRPr="0096400F">
        <w:rPr>
          <w:rFonts w:cstheme="minorHAnsi"/>
          <w:lang w:val="fr-CA"/>
        </w:rPr>
        <w:t>re</w:t>
      </w:r>
      <w:r w:rsidR="00DA2BB0" w:rsidRPr="0096400F">
        <w:rPr>
          <w:rFonts w:cstheme="minorHAnsi"/>
          <w:lang w:val="fr-CA"/>
        </w:rPr>
        <w:t xml:space="preserve"> 2021</w:t>
      </w:r>
      <w:r w:rsidRPr="0096400F">
        <w:rPr>
          <w:rFonts w:cstheme="minorHAnsi"/>
          <w:lang w:val="fr-CA"/>
        </w:rPr>
        <w:t xml:space="preserve"> au 31 mars 2022</w:t>
      </w:r>
    </w:p>
    <w:p w14:paraId="495BE84E" w14:textId="34CC050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Plat</w:t>
      </w:r>
      <w:r w:rsidR="00C9188F" w:rsidRPr="0096400F">
        <w:rPr>
          <w:rFonts w:asciiTheme="minorHAnsi" w:hAnsiTheme="minorHAnsi" w:cstheme="minorHAnsi"/>
          <w:sz w:val="22"/>
          <w:szCs w:val="22"/>
        </w:rPr>
        <w:t>e</w:t>
      </w:r>
      <w:r w:rsidRPr="0096400F">
        <w:rPr>
          <w:rFonts w:asciiTheme="minorHAnsi" w:hAnsiTheme="minorHAnsi" w:cstheme="minorHAnsi"/>
          <w:sz w:val="22"/>
          <w:szCs w:val="22"/>
        </w:rPr>
        <w:t>form</w:t>
      </w:r>
      <w:r w:rsidR="00C9188F" w:rsidRPr="0096400F">
        <w:rPr>
          <w:rFonts w:asciiTheme="minorHAnsi" w:hAnsiTheme="minorHAnsi" w:cstheme="minorHAnsi"/>
          <w:sz w:val="22"/>
          <w:szCs w:val="22"/>
        </w:rPr>
        <w:t>e</w:t>
      </w:r>
      <w:r w:rsidRPr="0096400F">
        <w:rPr>
          <w:rFonts w:asciiTheme="minorHAnsi" w:hAnsiTheme="minorHAnsi" w:cstheme="minorHAnsi"/>
          <w:sz w:val="22"/>
          <w:szCs w:val="22"/>
        </w:rPr>
        <w:t>s</w:t>
      </w:r>
      <w:r w:rsidR="00EF46EB" w:rsidRPr="0096400F">
        <w:rPr>
          <w:rFonts w:asciiTheme="minorHAnsi" w:hAnsiTheme="minorHAnsi" w:cstheme="minorHAnsi"/>
          <w:sz w:val="22"/>
          <w:szCs w:val="22"/>
        </w:rPr>
        <w:t> </w:t>
      </w:r>
      <w:r w:rsidRPr="0096400F">
        <w:rPr>
          <w:rFonts w:asciiTheme="minorHAnsi" w:hAnsiTheme="minorHAnsi" w:cstheme="minorHAnsi"/>
          <w:sz w:val="22"/>
          <w:szCs w:val="22"/>
        </w:rPr>
        <w:t>:</w:t>
      </w:r>
    </w:p>
    <w:p w14:paraId="65EBCF7A" w14:textId="132FD530" w:rsidR="00DA2BB0" w:rsidRPr="0096400F" w:rsidRDefault="00DA2BB0" w:rsidP="00087323">
      <w:pPr>
        <w:pStyle w:val="Paragraphedeliste"/>
        <w:numPr>
          <w:ilvl w:val="0"/>
          <w:numId w:val="26"/>
        </w:numPr>
        <w:spacing w:line="240" w:lineRule="auto"/>
        <w:rPr>
          <w:rFonts w:cstheme="minorHAnsi"/>
          <w:lang w:val="fr-CA"/>
        </w:rPr>
      </w:pPr>
      <w:r w:rsidRPr="0096400F">
        <w:rPr>
          <w:rFonts w:cstheme="minorHAnsi"/>
          <w:lang w:val="fr-CA"/>
        </w:rPr>
        <w:t>Facebook/Instagram/</w:t>
      </w:r>
      <w:r w:rsidR="005F519A" w:rsidRPr="0096400F">
        <w:rPr>
          <w:rFonts w:cstheme="minorHAnsi"/>
          <w:lang w:val="fr-CA"/>
        </w:rPr>
        <w:t>moteurs de recherche</w:t>
      </w:r>
    </w:p>
    <w:p w14:paraId="22835EAD" w14:textId="47FFA667" w:rsidR="00DA2BB0" w:rsidRPr="0096400F" w:rsidRDefault="005F519A" w:rsidP="00087323">
      <w:p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6400F">
        <w:rPr>
          <w:rFonts w:asciiTheme="minorHAnsi" w:hAnsiTheme="minorHAnsi" w:cstheme="minorHAnsi"/>
          <w:b/>
          <w:bCs/>
          <w:sz w:val="22"/>
          <w:szCs w:val="22"/>
          <w:u w:val="single"/>
        </w:rPr>
        <w:t>Publicité</w:t>
      </w:r>
      <w:r w:rsidR="00DA2BB0" w:rsidRPr="0096400F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2</w:t>
      </w:r>
    </w:p>
    <w:p w14:paraId="0BD8C182" w14:textId="359FA98A" w:rsidR="000D5593" w:rsidRPr="0096400F" w:rsidRDefault="000D5593" w:rsidP="00087323">
      <w:p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6400F">
        <w:rPr>
          <w:noProof/>
          <w:lang w:val="en-CA" w:eastAsia="en-CA"/>
        </w:rPr>
        <w:drawing>
          <wp:anchor distT="0" distB="0" distL="114300" distR="114300" simplePos="0" relativeHeight="251665408" behindDoc="0" locked="0" layoutInCell="1" allowOverlap="1" wp14:anchorId="1BC5FCEB" wp14:editId="4937F118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1904365" cy="1904365"/>
            <wp:effectExtent l="0" t="0" r="635" b="635"/>
            <wp:wrapTopAndBottom/>
            <wp:docPr id="2" name="Picture 2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3E725" w14:textId="7BB3C694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057372D" w14:textId="73D43099" w:rsidR="00DA2BB0" w:rsidRPr="0096400F" w:rsidRDefault="007078A4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Période de diffusion </w:t>
      </w:r>
      <w:r w:rsidR="00DA2BB0" w:rsidRPr="0096400F">
        <w:rPr>
          <w:rFonts w:asciiTheme="minorHAnsi" w:hAnsiTheme="minorHAnsi" w:cstheme="minorHAnsi"/>
          <w:sz w:val="22"/>
          <w:szCs w:val="22"/>
        </w:rPr>
        <w:t>:</w:t>
      </w:r>
    </w:p>
    <w:p w14:paraId="5CECB727" w14:textId="31C6A3ED" w:rsidR="00DA2BB0" w:rsidRPr="0096400F" w:rsidRDefault="00EF46EB" w:rsidP="00087323">
      <w:pPr>
        <w:pStyle w:val="Paragraphedeliste"/>
        <w:numPr>
          <w:ilvl w:val="0"/>
          <w:numId w:val="26"/>
        </w:numPr>
        <w:spacing w:line="240" w:lineRule="auto"/>
        <w:rPr>
          <w:rFonts w:cstheme="minorHAnsi"/>
          <w:lang w:val="fr-CA"/>
        </w:rPr>
      </w:pPr>
      <w:r w:rsidRPr="0096400F">
        <w:rPr>
          <w:rFonts w:cstheme="minorHAnsi"/>
          <w:lang w:val="fr-CA"/>
        </w:rPr>
        <w:t xml:space="preserve">Du </w:t>
      </w:r>
      <w:r w:rsidR="00732963" w:rsidRPr="0096400F">
        <w:rPr>
          <w:rFonts w:cstheme="minorHAnsi"/>
          <w:lang w:val="fr-CA"/>
        </w:rPr>
        <w:t>13 o</w:t>
      </w:r>
      <w:r w:rsidR="00DA2BB0" w:rsidRPr="0096400F">
        <w:rPr>
          <w:rFonts w:cstheme="minorHAnsi"/>
          <w:lang w:val="fr-CA"/>
        </w:rPr>
        <w:t>ctob</w:t>
      </w:r>
      <w:r w:rsidR="00732963" w:rsidRPr="0096400F">
        <w:rPr>
          <w:rFonts w:cstheme="minorHAnsi"/>
          <w:lang w:val="fr-CA"/>
        </w:rPr>
        <w:t>re</w:t>
      </w:r>
      <w:r w:rsidR="00DA2BB0" w:rsidRPr="0096400F">
        <w:rPr>
          <w:rFonts w:cstheme="minorHAnsi"/>
          <w:lang w:val="fr-CA"/>
        </w:rPr>
        <w:t xml:space="preserve"> 2021 </w:t>
      </w:r>
      <w:r w:rsidRPr="0096400F">
        <w:rPr>
          <w:rFonts w:cstheme="minorHAnsi"/>
          <w:lang w:val="fr-CA"/>
        </w:rPr>
        <w:t xml:space="preserve">au </w:t>
      </w:r>
      <w:r w:rsidR="00732963" w:rsidRPr="0096400F">
        <w:rPr>
          <w:rFonts w:cstheme="minorHAnsi"/>
          <w:lang w:val="fr-CA"/>
        </w:rPr>
        <w:t>31</w:t>
      </w:r>
      <w:r w:rsidR="00DA2BB0" w:rsidRPr="0096400F">
        <w:rPr>
          <w:rFonts w:cstheme="minorHAnsi"/>
          <w:lang w:val="fr-CA"/>
        </w:rPr>
        <w:t xml:space="preserve"> </w:t>
      </w:r>
      <w:r w:rsidR="00794586" w:rsidRPr="0096400F">
        <w:rPr>
          <w:rFonts w:cstheme="minorHAnsi"/>
          <w:lang w:val="fr-CA"/>
        </w:rPr>
        <w:t>mars</w:t>
      </w:r>
      <w:r w:rsidR="00DA2BB0" w:rsidRPr="0096400F">
        <w:rPr>
          <w:rFonts w:cstheme="minorHAnsi"/>
          <w:lang w:val="fr-CA"/>
        </w:rPr>
        <w:t xml:space="preserve"> 2022</w:t>
      </w:r>
    </w:p>
    <w:p w14:paraId="003B2C1D" w14:textId="2C8B9C35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Plat</w:t>
      </w:r>
      <w:r w:rsidR="00794586" w:rsidRPr="0096400F">
        <w:rPr>
          <w:rFonts w:asciiTheme="minorHAnsi" w:hAnsiTheme="minorHAnsi" w:cstheme="minorHAnsi"/>
          <w:sz w:val="22"/>
          <w:szCs w:val="22"/>
        </w:rPr>
        <w:t>e</w:t>
      </w:r>
      <w:r w:rsidRPr="0096400F">
        <w:rPr>
          <w:rFonts w:asciiTheme="minorHAnsi" w:hAnsiTheme="minorHAnsi" w:cstheme="minorHAnsi"/>
          <w:sz w:val="22"/>
          <w:szCs w:val="22"/>
        </w:rPr>
        <w:t>fo</w:t>
      </w:r>
      <w:r w:rsidR="00794586" w:rsidRPr="0096400F">
        <w:rPr>
          <w:rFonts w:asciiTheme="minorHAnsi" w:hAnsiTheme="minorHAnsi" w:cstheme="minorHAnsi"/>
          <w:sz w:val="22"/>
          <w:szCs w:val="22"/>
        </w:rPr>
        <w:t>r</w:t>
      </w:r>
      <w:r w:rsidRPr="0096400F">
        <w:rPr>
          <w:rFonts w:asciiTheme="minorHAnsi" w:hAnsiTheme="minorHAnsi" w:cstheme="minorHAnsi"/>
          <w:sz w:val="22"/>
          <w:szCs w:val="22"/>
        </w:rPr>
        <w:t>m</w:t>
      </w:r>
      <w:r w:rsidR="00794586" w:rsidRPr="0096400F">
        <w:rPr>
          <w:rFonts w:asciiTheme="minorHAnsi" w:hAnsiTheme="minorHAnsi" w:cstheme="minorHAnsi"/>
          <w:sz w:val="22"/>
          <w:szCs w:val="22"/>
        </w:rPr>
        <w:t>e</w:t>
      </w:r>
      <w:r w:rsidRPr="0096400F">
        <w:rPr>
          <w:rFonts w:asciiTheme="minorHAnsi" w:hAnsiTheme="minorHAnsi" w:cstheme="minorHAnsi"/>
          <w:sz w:val="22"/>
          <w:szCs w:val="22"/>
        </w:rPr>
        <w:t>s</w:t>
      </w:r>
      <w:r w:rsidR="00EF46EB" w:rsidRPr="0096400F">
        <w:rPr>
          <w:rFonts w:asciiTheme="minorHAnsi" w:hAnsiTheme="minorHAnsi" w:cstheme="minorHAnsi"/>
          <w:sz w:val="22"/>
          <w:szCs w:val="22"/>
        </w:rPr>
        <w:t> </w:t>
      </w:r>
      <w:r w:rsidRPr="0096400F">
        <w:rPr>
          <w:rFonts w:asciiTheme="minorHAnsi" w:hAnsiTheme="minorHAnsi" w:cstheme="minorHAnsi"/>
          <w:sz w:val="22"/>
          <w:szCs w:val="22"/>
        </w:rPr>
        <w:t>:</w:t>
      </w:r>
    </w:p>
    <w:p w14:paraId="7917F8F2" w14:textId="686F74D8" w:rsidR="00DA2BB0" w:rsidRPr="0096400F" w:rsidRDefault="00DA2BB0" w:rsidP="00087323">
      <w:pPr>
        <w:pStyle w:val="Paragraphedeliste"/>
        <w:numPr>
          <w:ilvl w:val="0"/>
          <w:numId w:val="26"/>
        </w:numPr>
        <w:spacing w:line="240" w:lineRule="auto"/>
        <w:rPr>
          <w:rFonts w:cstheme="minorHAnsi"/>
          <w:lang w:val="fr-CA"/>
        </w:rPr>
      </w:pPr>
      <w:r w:rsidRPr="0096400F">
        <w:rPr>
          <w:rFonts w:cstheme="minorHAnsi"/>
          <w:lang w:val="fr-CA"/>
        </w:rPr>
        <w:t>Facebook/Instagram/</w:t>
      </w:r>
      <w:r w:rsidR="00794586" w:rsidRPr="0096400F">
        <w:rPr>
          <w:rFonts w:cstheme="minorHAnsi"/>
          <w:lang w:val="fr-CA"/>
        </w:rPr>
        <w:t>moteurs de recherche</w:t>
      </w:r>
    </w:p>
    <w:p w14:paraId="27B666C2" w14:textId="77777777" w:rsidR="00DA2BB0" w:rsidRPr="0096400F" w:rsidRDefault="00DA2BB0" w:rsidP="00DA2BB0">
      <w:pPr>
        <w:spacing w:line="240" w:lineRule="auto"/>
        <w:jc w:val="left"/>
        <w:rPr>
          <w:rFonts w:asciiTheme="minorHAnsi" w:eastAsiaTheme="minorEastAsia" w:hAnsiTheme="minorHAnsi" w:cstheme="minorHAnsi"/>
          <w:sz w:val="22"/>
          <w:szCs w:val="22"/>
          <w:lang w:eastAsia="en-US"/>
        </w:rPr>
      </w:pPr>
      <w:r w:rsidRPr="0096400F">
        <w:rPr>
          <w:rFonts w:asciiTheme="minorHAnsi" w:hAnsiTheme="minorHAnsi" w:cstheme="minorHAnsi"/>
        </w:rPr>
        <w:br w:type="page"/>
      </w:r>
    </w:p>
    <w:p w14:paraId="1B90F8AB" w14:textId="053D2B7E" w:rsidR="00DA2BB0" w:rsidRPr="0096400F" w:rsidRDefault="000D5593" w:rsidP="00087323">
      <w:p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6400F">
        <w:rPr>
          <w:noProof/>
          <w:lang w:val="en-CA" w:eastAsia="en-CA"/>
        </w:rPr>
        <w:lastRenderedPageBreak/>
        <w:drawing>
          <wp:anchor distT="0" distB="0" distL="114300" distR="114300" simplePos="0" relativeHeight="251666432" behindDoc="0" locked="0" layoutInCell="1" allowOverlap="1" wp14:anchorId="31F1F803" wp14:editId="3A684728">
            <wp:simplePos x="0" y="0"/>
            <wp:positionH relativeFrom="margin">
              <wp:align>left</wp:align>
            </wp:positionH>
            <wp:positionV relativeFrom="paragraph">
              <wp:posOffset>357505</wp:posOffset>
            </wp:positionV>
            <wp:extent cx="1904365" cy="1904365"/>
            <wp:effectExtent l="0" t="0" r="635" b="635"/>
            <wp:wrapTopAndBottom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586" w:rsidRPr="0096400F">
        <w:rPr>
          <w:rFonts w:asciiTheme="minorHAnsi" w:hAnsiTheme="minorHAnsi" w:cstheme="minorHAnsi"/>
          <w:b/>
          <w:bCs/>
          <w:sz w:val="22"/>
          <w:szCs w:val="22"/>
          <w:u w:val="single"/>
        </w:rPr>
        <w:t>Publicité</w:t>
      </w:r>
      <w:r w:rsidR="00DA2BB0" w:rsidRPr="0096400F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3</w:t>
      </w:r>
    </w:p>
    <w:p w14:paraId="16BA3095" w14:textId="77777777" w:rsidR="000D5593" w:rsidRPr="0096400F" w:rsidRDefault="000D5593" w:rsidP="00087323">
      <w:p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23A089F2" w14:textId="27F8323F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60D8C9E0" w14:textId="0186732F" w:rsidR="00DA2BB0" w:rsidRPr="0096400F" w:rsidRDefault="007078A4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Périodes de diffusion </w:t>
      </w:r>
      <w:r w:rsidR="00DA2BB0" w:rsidRPr="0096400F">
        <w:rPr>
          <w:rFonts w:asciiTheme="minorHAnsi" w:hAnsiTheme="minorHAnsi" w:cstheme="minorHAnsi"/>
          <w:sz w:val="22"/>
          <w:szCs w:val="22"/>
        </w:rPr>
        <w:t>:</w:t>
      </w:r>
    </w:p>
    <w:p w14:paraId="77C582B8" w14:textId="1DFD907E" w:rsidR="00DA2BB0" w:rsidRPr="0096400F" w:rsidRDefault="00EF46EB" w:rsidP="00087323">
      <w:pPr>
        <w:pStyle w:val="Paragraphedeliste"/>
        <w:numPr>
          <w:ilvl w:val="0"/>
          <w:numId w:val="26"/>
        </w:numPr>
        <w:spacing w:line="240" w:lineRule="auto"/>
        <w:rPr>
          <w:rFonts w:cstheme="minorHAnsi"/>
          <w:lang w:val="fr-CA"/>
        </w:rPr>
      </w:pPr>
      <w:r w:rsidRPr="0096400F">
        <w:rPr>
          <w:rFonts w:cstheme="minorHAnsi"/>
          <w:lang w:val="fr-CA"/>
        </w:rPr>
        <w:t xml:space="preserve">Du </w:t>
      </w:r>
      <w:r w:rsidR="00746B26" w:rsidRPr="0096400F">
        <w:rPr>
          <w:rFonts w:cstheme="minorHAnsi"/>
          <w:lang w:val="fr-CA"/>
        </w:rPr>
        <w:t>13 o</w:t>
      </w:r>
      <w:r w:rsidR="00DA2BB0" w:rsidRPr="0096400F">
        <w:rPr>
          <w:rFonts w:cstheme="minorHAnsi"/>
          <w:lang w:val="fr-CA"/>
        </w:rPr>
        <w:t>ctob</w:t>
      </w:r>
      <w:r w:rsidR="00746B26" w:rsidRPr="0096400F">
        <w:rPr>
          <w:rFonts w:cstheme="minorHAnsi"/>
          <w:lang w:val="fr-CA"/>
        </w:rPr>
        <w:t>re</w:t>
      </w:r>
      <w:r w:rsidR="00DA2BB0" w:rsidRPr="0096400F">
        <w:rPr>
          <w:rFonts w:cstheme="minorHAnsi"/>
          <w:lang w:val="fr-CA"/>
        </w:rPr>
        <w:t xml:space="preserve"> 2021 </w:t>
      </w:r>
      <w:r w:rsidRPr="0096400F">
        <w:rPr>
          <w:rFonts w:cstheme="minorHAnsi"/>
          <w:lang w:val="fr-CA"/>
        </w:rPr>
        <w:t xml:space="preserve">au </w:t>
      </w:r>
      <w:r w:rsidR="00746B26" w:rsidRPr="0096400F">
        <w:rPr>
          <w:rFonts w:cstheme="minorHAnsi"/>
          <w:lang w:val="fr-CA"/>
        </w:rPr>
        <w:t>31 décembre</w:t>
      </w:r>
      <w:r w:rsidR="00DA2BB0" w:rsidRPr="0096400F">
        <w:rPr>
          <w:rFonts w:cstheme="minorHAnsi"/>
          <w:lang w:val="fr-CA"/>
        </w:rPr>
        <w:t xml:space="preserve"> 2021</w:t>
      </w:r>
    </w:p>
    <w:p w14:paraId="6F34BFB5" w14:textId="0EECF91C" w:rsidR="00DA2BB0" w:rsidRPr="0096400F" w:rsidRDefault="00EF46EB" w:rsidP="00087323">
      <w:pPr>
        <w:pStyle w:val="Paragraphedeliste"/>
        <w:numPr>
          <w:ilvl w:val="0"/>
          <w:numId w:val="26"/>
        </w:numPr>
        <w:spacing w:line="240" w:lineRule="auto"/>
        <w:rPr>
          <w:rFonts w:cstheme="minorHAnsi"/>
          <w:lang w:val="fr-CA"/>
        </w:rPr>
      </w:pPr>
      <w:r w:rsidRPr="0096400F">
        <w:rPr>
          <w:rFonts w:cstheme="minorHAnsi"/>
          <w:lang w:val="fr-CA"/>
        </w:rPr>
        <w:t xml:space="preserve">Du </w:t>
      </w:r>
      <w:r w:rsidR="00746B26" w:rsidRPr="0096400F">
        <w:rPr>
          <w:rFonts w:cstheme="minorHAnsi"/>
          <w:lang w:val="fr-CA"/>
        </w:rPr>
        <w:t>1</w:t>
      </w:r>
      <w:r w:rsidR="00746B26" w:rsidRPr="0096400F">
        <w:rPr>
          <w:rFonts w:cstheme="minorHAnsi"/>
          <w:vertAlign w:val="superscript"/>
          <w:lang w:val="fr-CA"/>
        </w:rPr>
        <w:t>er</w:t>
      </w:r>
      <w:r w:rsidRPr="0096400F">
        <w:rPr>
          <w:rFonts w:cstheme="minorHAnsi"/>
          <w:lang w:val="fr-CA"/>
        </w:rPr>
        <w:t> </w:t>
      </w:r>
      <w:r w:rsidR="00746B26" w:rsidRPr="0096400F">
        <w:rPr>
          <w:rFonts w:cstheme="minorHAnsi"/>
          <w:lang w:val="fr-CA"/>
        </w:rPr>
        <w:t xml:space="preserve">mars </w:t>
      </w:r>
      <w:r w:rsidR="00DA2BB0" w:rsidRPr="0096400F">
        <w:rPr>
          <w:rFonts w:cstheme="minorHAnsi"/>
          <w:lang w:val="fr-CA"/>
        </w:rPr>
        <w:t xml:space="preserve">2022 </w:t>
      </w:r>
      <w:r w:rsidRPr="0096400F">
        <w:rPr>
          <w:rFonts w:cstheme="minorHAnsi"/>
          <w:lang w:val="fr-CA"/>
        </w:rPr>
        <w:t xml:space="preserve">au </w:t>
      </w:r>
      <w:r w:rsidR="00FF3E36" w:rsidRPr="0096400F">
        <w:rPr>
          <w:rFonts w:cstheme="minorHAnsi"/>
          <w:lang w:val="fr-CA"/>
        </w:rPr>
        <w:t>3</w:t>
      </w:r>
      <w:r w:rsidR="00746B26" w:rsidRPr="0096400F">
        <w:rPr>
          <w:rFonts w:cstheme="minorHAnsi"/>
          <w:lang w:val="fr-CA"/>
        </w:rPr>
        <w:t>1</w:t>
      </w:r>
      <w:r w:rsidR="00FF3E36" w:rsidRPr="0096400F">
        <w:rPr>
          <w:rFonts w:cstheme="minorHAnsi"/>
          <w:lang w:val="fr-CA"/>
        </w:rPr>
        <w:t xml:space="preserve"> mars</w:t>
      </w:r>
      <w:r w:rsidR="00DA2BB0" w:rsidRPr="0096400F">
        <w:rPr>
          <w:rFonts w:cstheme="minorHAnsi"/>
          <w:lang w:val="fr-CA"/>
        </w:rPr>
        <w:t xml:space="preserve"> 2022</w:t>
      </w:r>
    </w:p>
    <w:p w14:paraId="55AB6E20" w14:textId="1F8E1575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Plat</w:t>
      </w:r>
      <w:r w:rsidR="00FF3E36" w:rsidRPr="0096400F">
        <w:rPr>
          <w:rFonts w:asciiTheme="minorHAnsi" w:hAnsiTheme="minorHAnsi" w:cstheme="minorHAnsi"/>
          <w:sz w:val="22"/>
          <w:szCs w:val="22"/>
        </w:rPr>
        <w:t>e</w:t>
      </w:r>
      <w:r w:rsidRPr="0096400F">
        <w:rPr>
          <w:rFonts w:asciiTheme="minorHAnsi" w:hAnsiTheme="minorHAnsi" w:cstheme="minorHAnsi"/>
          <w:sz w:val="22"/>
          <w:szCs w:val="22"/>
        </w:rPr>
        <w:t>form</w:t>
      </w:r>
      <w:r w:rsidR="00FF3E36" w:rsidRPr="0096400F">
        <w:rPr>
          <w:rFonts w:asciiTheme="minorHAnsi" w:hAnsiTheme="minorHAnsi" w:cstheme="minorHAnsi"/>
          <w:sz w:val="22"/>
          <w:szCs w:val="22"/>
        </w:rPr>
        <w:t>e</w:t>
      </w:r>
      <w:r w:rsidRPr="0096400F">
        <w:rPr>
          <w:rFonts w:asciiTheme="minorHAnsi" w:hAnsiTheme="minorHAnsi" w:cstheme="minorHAnsi"/>
          <w:sz w:val="22"/>
          <w:szCs w:val="22"/>
        </w:rPr>
        <w:t>s</w:t>
      </w:r>
      <w:r w:rsidR="00EF46EB" w:rsidRPr="0096400F">
        <w:rPr>
          <w:rFonts w:asciiTheme="minorHAnsi" w:hAnsiTheme="minorHAnsi" w:cstheme="minorHAnsi"/>
          <w:sz w:val="22"/>
          <w:szCs w:val="22"/>
        </w:rPr>
        <w:t> </w:t>
      </w:r>
      <w:r w:rsidRPr="0096400F">
        <w:rPr>
          <w:rFonts w:asciiTheme="minorHAnsi" w:hAnsiTheme="minorHAnsi" w:cstheme="minorHAnsi"/>
          <w:sz w:val="22"/>
          <w:szCs w:val="22"/>
        </w:rPr>
        <w:t>:</w:t>
      </w:r>
    </w:p>
    <w:p w14:paraId="2CACA6B4" w14:textId="4CC19AEB" w:rsidR="00DA2BB0" w:rsidRPr="0096400F" w:rsidRDefault="00DA2BB0" w:rsidP="00087323">
      <w:pPr>
        <w:pStyle w:val="Paragraphedeliste"/>
        <w:numPr>
          <w:ilvl w:val="0"/>
          <w:numId w:val="26"/>
        </w:numPr>
        <w:spacing w:line="240" w:lineRule="auto"/>
        <w:rPr>
          <w:rFonts w:cstheme="minorHAnsi"/>
          <w:lang w:val="fr-CA"/>
        </w:rPr>
      </w:pPr>
      <w:r w:rsidRPr="0096400F">
        <w:rPr>
          <w:rFonts w:cstheme="minorHAnsi"/>
          <w:lang w:val="fr-CA"/>
        </w:rPr>
        <w:t>Facebook/Instagram/</w:t>
      </w:r>
      <w:r w:rsidR="00F21FFB" w:rsidRPr="0096400F">
        <w:rPr>
          <w:rFonts w:cstheme="minorHAnsi"/>
          <w:lang w:val="fr-CA"/>
        </w:rPr>
        <w:t>moteurs de recherche</w:t>
      </w:r>
    </w:p>
    <w:p w14:paraId="76842280" w14:textId="7FEB8CC0" w:rsidR="00DA2BB0" w:rsidRPr="0096400F" w:rsidRDefault="00F21FFB" w:rsidP="00087323">
      <w:p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6400F">
        <w:rPr>
          <w:rFonts w:asciiTheme="minorHAnsi" w:hAnsiTheme="minorHAnsi" w:cstheme="minorHAnsi"/>
          <w:b/>
          <w:bCs/>
          <w:sz w:val="22"/>
          <w:szCs w:val="22"/>
          <w:u w:val="single"/>
        </w:rPr>
        <w:t>Publicité</w:t>
      </w:r>
      <w:r w:rsidR="00DA2BB0" w:rsidRPr="0096400F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4</w:t>
      </w:r>
    </w:p>
    <w:p w14:paraId="755C9076" w14:textId="75411225" w:rsidR="000D5593" w:rsidRPr="0096400F" w:rsidRDefault="000D5593" w:rsidP="00087323">
      <w:p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96400F">
        <w:rPr>
          <w:noProof/>
          <w:lang w:val="en-CA" w:eastAsia="en-CA"/>
        </w:rPr>
        <w:drawing>
          <wp:anchor distT="0" distB="0" distL="114300" distR="114300" simplePos="0" relativeHeight="251667456" behindDoc="0" locked="0" layoutInCell="1" allowOverlap="1" wp14:anchorId="13D20BAE" wp14:editId="5C62168B">
            <wp:simplePos x="0" y="0"/>
            <wp:positionH relativeFrom="margin">
              <wp:align>left</wp:align>
            </wp:positionH>
            <wp:positionV relativeFrom="paragraph">
              <wp:posOffset>177800</wp:posOffset>
            </wp:positionV>
            <wp:extent cx="2284730" cy="1904365"/>
            <wp:effectExtent l="0" t="0" r="1270" b="635"/>
            <wp:wrapTopAndBottom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C83E8" w14:textId="768C08F8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34CD3B6A" w14:textId="78924C3E" w:rsidR="00DA2BB0" w:rsidRPr="0096400F" w:rsidRDefault="007078A4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Période de diffusion </w:t>
      </w:r>
      <w:r w:rsidR="00DA2BB0" w:rsidRPr="0096400F">
        <w:rPr>
          <w:rFonts w:asciiTheme="minorHAnsi" w:hAnsiTheme="minorHAnsi" w:cstheme="minorHAnsi"/>
          <w:sz w:val="22"/>
          <w:szCs w:val="22"/>
        </w:rPr>
        <w:t>:</w:t>
      </w:r>
    </w:p>
    <w:p w14:paraId="406D2D12" w14:textId="1F83F125" w:rsidR="00DA2BB0" w:rsidRPr="0096400F" w:rsidRDefault="00B86378" w:rsidP="00087323">
      <w:pPr>
        <w:pStyle w:val="Paragraphedeliste"/>
        <w:numPr>
          <w:ilvl w:val="0"/>
          <w:numId w:val="26"/>
        </w:numPr>
        <w:spacing w:line="240" w:lineRule="auto"/>
        <w:rPr>
          <w:rFonts w:cstheme="minorHAnsi"/>
          <w:lang w:val="fr-CA"/>
        </w:rPr>
      </w:pPr>
      <w:r w:rsidRPr="0096400F">
        <w:rPr>
          <w:rFonts w:cstheme="minorHAnsi"/>
          <w:lang w:val="fr-CA"/>
        </w:rPr>
        <w:t xml:space="preserve">Du </w:t>
      </w:r>
      <w:r w:rsidR="00F21FFB" w:rsidRPr="0096400F">
        <w:rPr>
          <w:rFonts w:cstheme="minorHAnsi"/>
          <w:lang w:val="fr-CA"/>
        </w:rPr>
        <w:t>23 décembre</w:t>
      </w:r>
      <w:r w:rsidR="00DA2BB0" w:rsidRPr="0096400F">
        <w:rPr>
          <w:rFonts w:cstheme="minorHAnsi"/>
          <w:lang w:val="fr-CA"/>
        </w:rPr>
        <w:t xml:space="preserve"> 2021 </w:t>
      </w:r>
      <w:r w:rsidRPr="0096400F">
        <w:rPr>
          <w:rFonts w:cstheme="minorHAnsi"/>
          <w:lang w:val="fr-CA"/>
        </w:rPr>
        <w:t xml:space="preserve">au </w:t>
      </w:r>
      <w:r w:rsidR="00F21FFB" w:rsidRPr="0096400F">
        <w:rPr>
          <w:rFonts w:cstheme="minorHAnsi"/>
          <w:lang w:val="fr-CA"/>
        </w:rPr>
        <w:t>28 février</w:t>
      </w:r>
      <w:r w:rsidR="00DA2BB0" w:rsidRPr="0096400F">
        <w:rPr>
          <w:rFonts w:cstheme="minorHAnsi"/>
          <w:lang w:val="fr-CA"/>
        </w:rPr>
        <w:t xml:space="preserve"> 2022</w:t>
      </w:r>
    </w:p>
    <w:p w14:paraId="3766E408" w14:textId="23C6CD6B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Plat</w:t>
      </w:r>
      <w:r w:rsidR="00F21FFB" w:rsidRPr="0096400F">
        <w:rPr>
          <w:rFonts w:asciiTheme="minorHAnsi" w:hAnsiTheme="minorHAnsi" w:cstheme="minorHAnsi"/>
          <w:sz w:val="22"/>
          <w:szCs w:val="22"/>
        </w:rPr>
        <w:t>e</w:t>
      </w:r>
      <w:r w:rsidRPr="0096400F">
        <w:rPr>
          <w:rFonts w:asciiTheme="minorHAnsi" w:hAnsiTheme="minorHAnsi" w:cstheme="minorHAnsi"/>
          <w:sz w:val="22"/>
          <w:szCs w:val="22"/>
        </w:rPr>
        <w:t>form</w:t>
      </w:r>
      <w:r w:rsidR="00F21FFB" w:rsidRPr="0096400F">
        <w:rPr>
          <w:rFonts w:asciiTheme="minorHAnsi" w:hAnsiTheme="minorHAnsi" w:cstheme="minorHAnsi"/>
          <w:sz w:val="22"/>
          <w:szCs w:val="22"/>
        </w:rPr>
        <w:t>e</w:t>
      </w:r>
      <w:r w:rsidRPr="0096400F">
        <w:rPr>
          <w:rFonts w:asciiTheme="minorHAnsi" w:hAnsiTheme="minorHAnsi" w:cstheme="minorHAnsi"/>
          <w:sz w:val="22"/>
          <w:szCs w:val="22"/>
        </w:rPr>
        <w:t>s</w:t>
      </w:r>
      <w:r w:rsidR="00B86378" w:rsidRPr="0096400F">
        <w:rPr>
          <w:rFonts w:asciiTheme="minorHAnsi" w:hAnsiTheme="minorHAnsi" w:cstheme="minorHAnsi"/>
          <w:sz w:val="22"/>
          <w:szCs w:val="22"/>
        </w:rPr>
        <w:t> </w:t>
      </w:r>
      <w:r w:rsidRPr="0096400F">
        <w:rPr>
          <w:rFonts w:asciiTheme="minorHAnsi" w:hAnsiTheme="minorHAnsi" w:cstheme="minorHAnsi"/>
          <w:sz w:val="22"/>
          <w:szCs w:val="22"/>
        </w:rPr>
        <w:t>:</w:t>
      </w:r>
    </w:p>
    <w:p w14:paraId="0146CE3E" w14:textId="3AFE5A74" w:rsidR="00DA2BB0" w:rsidRPr="0096400F" w:rsidRDefault="00DA2BB0" w:rsidP="00087323">
      <w:pPr>
        <w:pStyle w:val="Paragraphedeliste"/>
        <w:numPr>
          <w:ilvl w:val="0"/>
          <w:numId w:val="26"/>
        </w:numPr>
        <w:spacing w:line="240" w:lineRule="auto"/>
        <w:rPr>
          <w:rFonts w:cstheme="minorHAnsi"/>
          <w:lang w:val="fr-CA"/>
        </w:rPr>
      </w:pPr>
      <w:r w:rsidRPr="0096400F">
        <w:rPr>
          <w:rFonts w:cstheme="minorHAnsi"/>
          <w:lang w:val="fr-CA"/>
        </w:rPr>
        <w:t>Facebook/</w:t>
      </w:r>
      <w:r w:rsidR="00F21FFB" w:rsidRPr="0096400F">
        <w:rPr>
          <w:rFonts w:cstheme="minorHAnsi"/>
          <w:lang w:val="fr-CA"/>
        </w:rPr>
        <w:t>moteurs de recherche</w:t>
      </w:r>
    </w:p>
    <w:p w14:paraId="1462D101" w14:textId="77777777" w:rsidR="00DA2BB0" w:rsidRPr="0096400F" w:rsidRDefault="00DA2BB0" w:rsidP="00DA2BB0">
      <w:pPr>
        <w:spacing w:line="240" w:lineRule="auto"/>
        <w:jc w:val="left"/>
        <w:rPr>
          <w:rFonts w:asciiTheme="minorHAnsi" w:eastAsiaTheme="minorEastAsia" w:hAnsiTheme="minorHAnsi" w:cstheme="minorHAnsi"/>
          <w:sz w:val="22"/>
          <w:szCs w:val="22"/>
          <w:lang w:eastAsia="en-US"/>
        </w:rPr>
      </w:pPr>
      <w:r w:rsidRPr="0096400F">
        <w:rPr>
          <w:rFonts w:asciiTheme="minorHAnsi" w:hAnsiTheme="minorHAnsi" w:cstheme="minorHAnsi"/>
        </w:rPr>
        <w:br w:type="page"/>
      </w:r>
      <w:bookmarkEnd w:id="30"/>
    </w:p>
    <w:p w14:paraId="2DF8DAD9" w14:textId="48ED8C3B" w:rsidR="00DA2BB0" w:rsidRPr="0096400F" w:rsidRDefault="00DA2BB0" w:rsidP="00DA2BB0">
      <w:pPr>
        <w:pStyle w:val="Titre3"/>
        <w:rPr>
          <w:lang w:val="fr-CA"/>
        </w:rPr>
      </w:pPr>
      <w:bookmarkStart w:id="31" w:name="_Toc104382357"/>
      <w:r w:rsidRPr="0096400F">
        <w:rPr>
          <w:lang w:val="fr-CA"/>
        </w:rPr>
        <w:lastRenderedPageBreak/>
        <w:t xml:space="preserve">1.2 </w:t>
      </w:r>
      <w:r w:rsidR="00F21FFB" w:rsidRPr="0096400F">
        <w:rPr>
          <w:lang w:val="fr-CA"/>
        </w:rPr>
        <w:t>Objectif</w:t>
      </w:r>
      <w:bookmarkEnd w:id="31"/>
    </w:p>
    <w:p w14:paraId="3EF080C0" w14:textId="77777777" w:rsidR="00DA2BB0" w:rsidRPr="0096400F" w:rsidRDefault="00DA2BB0" w:rsidP="00985C3B">
      <w:pPr>
        <w:spacing w:line="240" w:lineRule="auto"/>
        <w:jc w:val="left"/>
        <w:rPr>
          <w:rFonts w:asciiTheme="minorHAnsi" w:hAnsiTheme="minorHAnsi" w:cstheme="minorHAnsi"/>
        </w:rPr>
      </w:pPr>
    </w:p>
    <w:p w14:paraId="2B8813A4" w14:textId="7F182590" w:rsidR="00DA2BB0" w:rsidRPr="0096400F" w:rsidRDefault="00B86378" w:rsidP="00985C3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32" w:name="_Hlk71535521"/>
      <w:r w:rsidRPr="0096400F">
        <w:rPr>
          <w:rFonts w:asciiTheme="minorHAnsi" w:hAnsiTheme="minorHAnsi"/>
          <w:sz w:val="22"/>
        </w:rPr>
        <w:t xml:space="preserve">La présente étude quantitative </w:t>
      </w:r>
      <w:r w:rsidR="003C0595" w:rsidRPr="0096400F">
        <w:rPr>
          <w:rFonts w:asciiTheme="minorHAnsi" w:hAnsiTheme="minorHAnsi"/>
          <w:sz w:val="22"/>
        </w:rPr>
        <w:t>a pour objectif de recueillir les commentaires de Canadiens afin de</w:t>
      </w:r>
      <w:r w:rsidRPr="0096400F">
        <w:rPr>
          <w:rFonts w:asciiTheme="minorHAnsi" w:hAnsiTheme="minorHAnsi"/>
          <w:sz w:val="22"/>
        </w:rPr>
        <w:t> </w:t>
      </w:r>
      <w:r w:rsidR="00DA2BB0" w:rsidRPr="0096400F">
        <w:rPr>
          <w:rFonts w:asciiTheme="minorHAnsi" w:hAnsiTheme="minorHAnsi" w:cstheme="minorHAnsi"/>
          <w:sz w:val="22"/>
          <w:szCs w:val="22"/>
        </w:rPr>
        <w:t>:</w:t>
      </w:r>
    </w:p>
    <w:p w14:paraId="1E663A1F" w14:textId="6229BF32" w:rsidR="00DA2BB0" w:rsidRPr="0096400F" w:rsidRDefault="009F7907" w:rsidP="00985C3B">
      <w:pPr>
        <w:numPr>
          <w:ilvl w:val="0"/>
          <w:numId w:val="19"/>
        </w:num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m</w:t>
      </w:r>
      <w:r w:rsidR="00DA2BB0" w:rsidRPr="0096400F">
        <w:rPr>
          <w:rFonts w:asciiTheme="minorHAnsi" w:hAnsiTheme="minorHAnsi" w:cstheme="minorHAnsi"/>
          <w:sz w:val="22"/>
          <w:szCs w:val="22"/>
        </w:rPr>
        <w:t>e</w:t>
      </w:r>
      <w:r w:rsidRPr="0096400F">
        <w:rPr>
          <w:rFonts w:asciiTheme="minorHAnsi" w:hAnsiTheme="minorHAnsi" w:cstheme="minorHAnsi"/>
          <w:sz w:val="22"/>
          <w:szCs w:val="22"/>
        </w:rPr>
        <w:t>surer la sensibili</w:t>
      </w:r>
      <w:r w:rsidR="00763C7A" w:rsidRPr="0096400F">
        <w:rPr>
          <w:rFonts w:asciiTheme="minorHAnsi" w:hAnsiTheme="minorHAnsi" w:cstheme="minorHAnsi"/>
          <w:sz w:val="22"/>
          <w:szCs w:val="22"/>
        </w:rPr>
        <w:t>s</w:t>
      </w:r>
      <w:r w:rsidRPr="0096400F">
        <w:rPr>
          <w:rFonts w:asciiTheme="minorHAnsi" w:hAnsiTheme="minorHAnsi" w:cstheme="minorHAnsi"/>
          <w:sz w:val="22"/>
          <w:szCs w:val="22"/>
        </w:rPr>
        <w:t>ation du public au sujet de cette campagne</w:t>
      </w:r>
      <w:r w:rsidR="00DA2BB0" w:rsidRPr="0096400F">
        <w:rPr>
          <w:rFonts w:asciiTheme="minorHAnsi" w:hAnsiTheme="minorHAnsi" w:cstheme="minorHAnsi"/>
          <w:sz w:val="22"/>
          <w:szCs w:val="22"/>
        </w:rPr>
        <w:t>;</w:t>
      </w:r>
    </w:p>
    <w:p w14:paraId="52D06BEF" w14:textId="0AC98AD6" w:rsidR="00DA2BB0" w:rsidRPr="0096400F" w:rsidRDefault="009A26B1" w:rsidP="00985C3B">
      <w:pPr>
        <w:numPr>
          <w:ilvl w:val="0"/>
          <w:numId w:val="19"/>
        </w:num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>comprendre dans quelle mesure le public se souvient de la campagne</w:t>
      </w:r>
      <w:r w:rsidR="00DA2BB0" w:rsidRPr="0096400F">
        <w:rPr>
          <w:rFonts w:asciiTheme="minorHAnsi" w:hAnsiTheme="minorHAnsi" w:cstheme="minorHAnsi"/>
          <w:sz w:val="22"/>
          <w:szCs w:val="22"/>
        </w:rPr>
        <w:t>;</w:t>
      </w:r>
    </w:p>
    <w:p w14:paraId="20C9A444" w14:textId="51DA1330" w:rsidR="00DA2BB0" w:rsidRPr="0096400F" w:rsidRDefault="00E522D9" w:rsidP="00985C3B">
      <w:pPr>
        <w:numPr>
          <w:ilvl w:val="0"/>
          <w:numId w:val="19"/>
        </w:num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 xml:space="preserve">évaluer la pertinence de la campagne pour </w:t>
      </w:r>
      <w:r w:rsidR="00B86378" w:rsidRPr="0096400F">
        <w:rPr>
          <w:rFonts w:asciiTheme="minorHAnsi" w:hAnsiTheme="minorHAnsi"/>
          <w:sz w:val="22"/>
        </w:rPr>
        <w:t>chaque personne</w:t>
      </w:r>
      <w:r w:rsidR="00DA2BB0" w:rsidRPr="0096400F">
        <w:rPr>
          <w:rFonts w:asciiTheme="minorHAnsi" w:hAnsiTheme="minorHAnsi" w:cstheme="minorHAnsi"/>
          <w:sz w:val="22"/>
          <w:szCs w:val="22"/>
        </w:rPr>
        <w:t>;</w:t>
      </w:r>
    </w:p>
    <w:p w14:paraId="72AF8284" w14:textId="690B82C0" w:rsidR="00DA2BB0" w:rsidRPr="0096400F" w:rsidRDefault="00BD2D04" w:rsidP="00985C3B">
      <w:pPr>
        <w:numPr>
          <w:ilvl w:val="0"/>
          <w:numId w:val="19"/>
        </w:num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>comprendre si le public souhaite en savoir plus sur les restrictions de voyage</w:t>
      </w:r>
      <w:r w:rsidR="00DA2BB0" w:rsidRPr="0096400F">
        <w:rPr>
          <w:rFonts w:asciiTheme="minorHAnsi" w:hAnsiTheme="minorHAnsi" w:cstheme="minorHAnsi"/>
          <w:sz w:val="22"/>
          <w:szCs w:val="22"/>
        </w:rPr>
        <w:t>.</w:t>
      </w:r>
    </w:p>
    <w:p w14:paraId="522EFC89" w14:textId="7777777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6F9AF3E6" w14:textId="7D35EB20" w:rsidR="00DA2BB0" w:rsidRPr="0096400F" w:rsidRDefault="00DA2BB0" w:rsidP="00DA2BB0">
      <w:pPr>
        <w:pStyle w:val="Titre3"/>
        <w:rPr>
          <w:lang w:val="fr-CA"/>
        </w:rPr>
      </w:pPr>
      <w:bookmarkStart w:id="33" w:name="_Toc104382358"/>
      <w:bookmarkStart w:id="34" w:name="_Hlk68096116"/>
      <w:bookmarkEnd w:id="32"/>
      <w:r w:rsidRPr="0096400F">
        <w:rPr>
          <w:lang w:val="fr-CA"/>
        </w:rPr>
        <w:t xml:space="preserve">1.3 </w:t>
      </w:r>
      <w:r w:rsidR="00BD2D04" w:rsidRPr="0096400F">
        <w:rPr>
          <w:lang w:val="fr-CA"/>
        </w:rPr>
        <w:t>Méthodologie</w:t>
      </w:r>
      <w:bookmarkEnd w:id="33"/>
    </w:p>
    <w:p w14:paraId="268BC07B" w14:textId="7777777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</w:rPr>
      </w:pPr>
    </w:p>
    <w:p w14:paraId="516F920C" w14:textId="11E3A4C1" w:rsidR="00EA6C3D" w:rsidRPr="0096400F" w:rsidRDefault="00B86378" w:rsidP="00EA6C3D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 xml:space="preserve">La présente étude </w:t>
      </w:r>
      <w:r w:rsidR="00EA6C3D" w:rsidRPr="0096400F">
        <w:rPr>
          <w:rFonts w:asciiTheme="minorHAnsi" w:hAnsiTheme="minorHAnsi" w:cstheme="minorHAnsi"/>
          <w:sz w:val="22"/>
          <w:szCs w:val="22"/>
        </w:rPr>
        <w:t>a été réalisée du 4 au 27 avril 2022, sous la forme d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="00EA6C3D" w:rsidRPr="0096400F">
        <w:rPr>
          <w:rFonts w:asciiTheme="minorHAnsi" w:hAnsiTheme="minorHAnsi" w:cstheme="minorHAnsi"/>
          <w:sz w:val="22"/>
          <w:szCs w:val="22"/>
        </w:rPr>
        <w:t xml:space="preserve">un sondage </w:t>
      </w:r>
      <w:r w:rsidRPr="0096400F">
        <w:rPr>
          <w:rFonts w:asciiTheme="minorHAnsi" w:hAnsiTheme="minorHAnsi" w:cstheme="minorHAnsi"/>
          <w:sz w:val="22"/>
          <w:szCs w:val="22"/>
        </w:rPr>
        <w:t xml:space="preserve">mené à la suite de la campagne, en se servant </w:t>
      </w:r>
      <w:r w:rsidR="00EA6C3D" w:rsidRPr="0096400F">
        <w:rPr>
          <w:rFonts w:asciiTheme="minorHAnsi" w:hAnsiTheme="minorHAnsi" w:cstheme="minorHAnsi"/>
          <w:sz w:val="22"/>
          <w:szCs w:val="22"/>
        </w:rPr>
        <w:t>de l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="00EA6C3D" w:rsidRPr="0096400F">
        <w:rPr>
          <w:rFonts w:asciiTheme="minorHAnsi" w:hAnsiTheme="minorHAnsi" w:cstheme="minorHAnsi"/>
          <w:sz w:val="22"/>
          <w:szCs w:val="22"/>
        </w:rPr>
        <w:t xml:space="preserve">Échantillon populationnel aléatoire (EPA) </w:t>
      </w:r>
      <w:r w:rsidRPr="0096400F">
        <w:rPr>
          <w:rFonts w:asciiTheme="minorHAnsi" w:hAnsiTheme="minorHAnsi" w:cstheme="minorHAnsi"/>
          <w:sz w:val="22"/>
          <w:szCs w:val="22"/>
        </w:rPr>
        <w:t>mis au point par Advanis</w:t>
      </w:r>
      <w:r w:rsidR="00EA6C3D" w:rsidRPr="0096400F">
        <w:rPr>
          <w:rFonts w:asciiTheme="minorHAnsi" w:hAnsiTheme="minorHAnsi" w:cstheme="minorHAnsi"/>
          <w:sz w:val="22"/>
          <w:szCs w:val="22"/>
        </w:rPr>
        <w:t>. Advanis a r</w:t>
      </w:r>
      <w:r w:rsidR="00085805" w:rsidRPr="0096400F">
        <w:rPr>
          <w:rFonts w:asciiTheme="minorHAnsi" w:hAnsiTheme="minorHAnsi" w:cstheme="minorHAnsi"/>
          <w:sz w:val="22"/>
          <w:szCs w:val="22"/>
        </w:rPr>
        <w:t>assemblé</w:t>
      </w:r>
      <w:r w:rsidR="00EA6C3D" w:rsidRPr="0096400F">
        <w:rPr>
          <w:rFonts w:asciiTheme="minorHAnsi" w:hAnsiTheme="minorHAnsi" w:cstheme="minorHAnsi"/>
          <w:sz w:val="22"/>
          <w:szCs w:val="22"/>
        </w:rPr>
        <w:t xml:space="preserve"> un échantillon probabiliste de 2</w:t>
      </w:r>
      <w:r w:rsidRPr="0096400F">
        <w:rPr>
          <w:rFonts w:asciiTheme="minorHAnsi" w:hAnsiTheme="minorHAnsi" w:cstheme="minorHAnsi"/>
          <w:sz w:val="22"/>
          <w:szCs w:val="22"/>
        </w:rPr>
        <w:t> </w:t>
      </w:r>
      <w:r w:rsidR="00EA6C3D" w:rsidRPr="0096400F">
        <w:rPr>
          <w:rFonts w:asciiTheme="minorHAnsi" w:hAnsiTheme="minorHAnsi" w:cstheme="minorHAnsi"/>
          <w:sz w:val="22"/>
          <w:szCs w:val="22"/>
        </w:rPr>
        <w:t>000</w:t>
      </w:r>
      <w:r w:rsidRPr="0096400F">
        <w:rPr>
          <w:rFonts w:asciiTheme="minorHAnsi" w:hAnsiTheme="minorHAnsi" w:cstheme="minorHAnsi"/>
          <w:sz w:val="22"/>
          <w:szCs w:val="22"/>
        </w:rPr>
        <w:t> </w:t>
      </w:r>
      <w:r w:rsidR="00EA6C3D" w:rsidRPr="0096400F">
        <w:rPr>
          <w:rFonts w:asciiTheme="minorHAnsi" w:hAnsiTheme="minorHAnsi" w:cstheme="minorHAnsi"/>
          <w:sz w:val="22"/>
          <w:szCs w:val="22"/>
        </w:rPr>
        <w:t>adultes canadiens âgés de 18</w:t>
      </w:r>
      <w:r w:rsidRPr="0096400F">
        <w:rPr>
          <w:rFonts w:asciiTheme="minorHAnsi" w:hAnsiTheme="minorHAnsi" w:cstheme="minorHAnsi"/>
          <w:sz w:val="22"/>
          <w:szCs w:val="22"/>
        </w:rPr>
        <w:t> </w:t>
      </w:r>
      <w:r w:rsidR="00EA6C3D" w:rsidRPr="0096400F">
        <w:rPr>
          <w:rFonts w:asciiTheme="minorHAnsi" w:hAnsiTheme="minorHAnsi" w:cstheme="minorHAnsi"/>
          <w:sz w:val="22"/>
          <w:szCs w:val="22"/>
        </w:rPr>
        <w:t>ans ou plus, tirés de la population générale. Les participants ont été invités par courriel ou par SMS à prendre part à un</w:t>
      </w:r>
      <w:r w:rsidR="00840568" w:rsidRPr="0096400F">
        <w:rPr>
          <w:rFonts w:asciiTheme="minorHAnsi" w:hAnsiTheme="minorHAnsi" w:cstheme="minorHAnsi"/>
          <w:sz w:val="22"/>
          <w:szCs w:val="22"/>
        </w:rPr>
        <w:t xml:space="preserve"> sondage</w:t>
      </w:r>
      <w:r w:rsidR="00EA6C3D" w:rsidRPr="0096400F">
        <w:rPr>
          <w:rFonts w:asciiTheme="minorHAnsi" w:hAnsiTheme="minorHAnsi" w:cstheme="minorHAnsi"/>
          <w:sz w:val="22"/>
          <w:szCs w:val="22"/>
        </w:rPr>
        <w:t xml:space="preserve"> en ligne. L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="00EA6C3D" w:rsidRPr="0096400F">
        <w:rPr>
          <w:rFonts w:asciiTheme="minorHAnsi" w:hAnsiTheme="minorHAnsi" w:cstheme="minorHAnsi"/>
          <w:sz w:val="22"/>
          <w:szCs w:val="22"/>
        </w:rPr>
        <w:t>étude a été réalisée à partir d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="00EA6C3D" w:rsidRPr="0096400F">
        <w:rPr>
          <w:rFonts w:asciiTheme="minorHAnsi" w:hAnsiTheme="minorHAnsi" w:cstheme="minorHAnsi"/>
          <w:sz w:val="22"/>
          <w:szCs w:val="22"/>
        </w:rPr>
        <w:t>un échantillon aléatoire et ne peut être extrapolée à la population générale qu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="00EA6C3D" w:rsidRPr="0096400F">
        <w:rPr>
          <w:rFonts w:asciiTheme="minorHAnsi" w:hAnsiTheme="minorHAnsi" w:cstheme="minorHAnsi"/>
          <w:sz w:val="22"/>
          <w:szCs w:val="22"/>
        </w:rPr>
        <w:t>à l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="00EA6C3D" w:rsidRPr="0096400F">
        <w:rPr>
          <w:rFonts w:asciiTheme="minorHAnsi" w:hAnsiTheme="minorHAnsi" w:cstheme="minorHAnsi"/>
          <w:sz w:val="22"/>
          <w:szCs w:val="22"/>
        </w:rPr>
        <w:t>échelle nationale.</w:t>
      </w:r>
    </w:p>
    <w:p w14:paraId="4042A4A9" w14:textId="77777777" w:rsidR="00EA6C3D" w:rsidRPr="0096400F" w:rsidRDefault="00EA6C3D" w:rsidP="00EA6C3D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3E3D8DD6" w14:textId="3E0432C1" w:rsidR="00DA2BB0" w:rsidRPr="0096400F" w:rsidRDefault="00DA2BB0" w:rsidP="00DA2BB0">
      <w:pPr>
        <w:pStyle w:val="Titre3"/>
        <w:rPr>
          <w:lang w:val="fr-CA"/>
        </w:rPr>
      </w:pPr>
      <w:bookmarkStart w:id="35" w:name="_Toc104382359"/>
      <w:r w:rsidRPr="0096400F">
        <w:rPr>
          <w:lang w:val="fr-CA"/>
        </w:rPr>
        <w:t xml:space="preserve">1.4 </w:t>
      </w:r>
      <w:r w:rsidR="00EA6C3D" w:rsidRPr="0096400F">
        <w:rPr>
          <w:lang w:val="fr-CA"/>
        </w:rPr>
        <w:t>Valeur du contrat</w:t>
      </w:r>
      <w:bookmarkEnd w:id="35"/>
    </w:p>
    <w:p w14:paraId="5A7712F9" w14:textId="7777777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</w:rPr>
      </w:pPr>
    </w:p>
    <w:p w14:paraId="251FB832" w14:textId="4B8348C8" w:rsidR="00DA2BB0" w:rsidRPr="0096400F" w:rsidRDefault="001833FD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La valeur du contrat, pour cette étude, était de</w:t>
      </w:r>
      <w:r w:rsidR="00DA2BB0" w:rsidRPr="0096400F">
        <w:rPr>
          <w:rFonts w:asciiTheme="minorHAnsi" w:hAnsiTheme="minorHAnsi" w:cstheme="minorHAnsi"/>
          <w:sz w:val="22"/>
          <w:szCs w:val="22"/>
        </w:rPr>
        <w:t xml:space="preserve"> </w:t>
      </w:r>
      <w:r w:rsidR="006F47E3" w:rsidRPr="0096400F">
        <w:rPr>
          <w:rFonts w:asciiTheme="minorHAnsi" w:hAnsiTheme="minorHAnsi" w:cstheme="minorHAnsi"/>
          <w:bCs/>
          <w:sz w:val="22"/>
          <w:szCs w:val="22"/>
        </w:rPr>
        <w:t xml:space="preserve">24 961,49 $ </w:t>
      </w:r>
      <w:r w:rsidR="00DA2BB0" w:rsidRPr="0096400F">
        <w:rPr>
          <w:rFonts w:asciiTheme="minorHAnsi" w:hAnsiTheme="minorHAnsi" w:cstheme="minorHAnsi"/>
          <w:bCs/>
          <w:sz w:val="22"/>
          <w:szCs w:val="22"/>
        </w:rPr>
        <w:t>(</w:t>
      </w:r>
      <w:r w:rsidR="006F47E3" w:rsidRPr="0096400F">
        <w:rPr>
          <w:rFonts w:asciiTheme="minorHAnsi" w:hAnsiTheme="minorHAnsi" w:cstheme="minorHAnsi"/>
          <w:bCs/>
          <w:sz w:val="22"/>
          <w:szCs w:val="22"/>
        </w:rPr>
        <w:t xml:space="preserve">comprenant </w:t>
      </w:r>
      <w:r w:rsidR="004E1490" w:rsidRPr="0096400F">
        <w:rPr>
          <w:rFonts w:asciiTheme="minorHAnsi" w:hAnsiTheme="minorHAnsi" w:cstheme="minorHAnsi"/>
          <w:bCs/>
          <w:sz w:val="22"/>
          <w:szCs w:val="22"/>
        </w:rPr>
        <w:t>la TV</w:t>
      </w:r>
      <w:r w:rsidR="00085805" w:rsidRPr="0096400F">
        <w:rPr>
          <w:rFonts w:asciiTheme="minorHAnsi" w:hAnsiTheme="minorHAnsi" w:cstheme="minorHAnsi"/>
          <w:bCs/>
          <w:sz w:val="22"/>
          <w:szCs w:val="22"/>
        </w:rPr>
        <w:t>H</w:t>
      </w:r>
      <w:r w:rsidR="00DA2BB0" w:rsidRPr="0096400F">
        <w:rPr>
          <w:rFonts w:asciiTheme="minorHAnsi" w:hAnsiTheme="minorHAnsi" w:cstheme="minorHAnsi"/>
          <w:bCs/>
          <w:sz w:val="22"/>
          <w:szCs w:val="22"/>
        </w:rPr>
        <w:t>).</w:t>
      </w:r>
    </w:p>
    <w:p w14:paraId="4CEA128E" w14:textId="7777777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4AD6BADC" w14:textId="67A2E969" w:rsidR="00DA2BB0" w:rsidRPr="0096400F" w:rsidRDefault="00DA2BB0" w:rsidP="00DA2BB0">
      <w:pPr>
        <w:pStyle w:val="Titre3"/>
        <w:rPr>
          <w:lang w:val="fr-CA"/>
        </w:rPr>
      </w:pPr>
      <w:bookmarkStart w:id="36" w:name="_Toc104382360"/>
      <w:r w:rsidRPr="0096400F">
        <w:rPr>
          <w:lang w:val="fr-CA"/>
        </w:rPr>
        <w:t xml:space="preserve">1.5 </w:t>
      </w:r>
      <w:r w:rsidR="004729BE" w:rsidRPr="0096400F">
        <w:rPr>
          <w:lang w:val="fr-CA"/>
        </w:rPr>
        <w:t>Exigence de neutralité politique</w:t>
      </w:r>
      <w:bookmarkEnd w:id="36"/>
    </w:p>
    <w:p w14:paraId="2ACB6BA1" w14:textId="7777777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</w:rPr>
      </w:pPr>
    </w:p>
    <w:p w14:paraId="37A8D090" w14:textId="77777777" w:rsidR="00CC39A5" w:rsidRPr="0096400F" w:rsidRDefault="00CC39A5" w:rsidP="00985C3B">
      <w:pPr>
        <w:spacing w:line="240" w:lineRule="auto"/>
        <w:jc w:val="left"/>
        <w:rPr>
          <w:rFonts w:asciiTheme="minorHAnsi" w:hAnsiTheme="minorHAnsi" w:cstheme="minorHAnsi"/>
          <w:b/>
          <w:bCs/>
          <w:sz w:val="22"/>
          <w:szCs w:val="22"/>
        </w:rPr>
      </w:pPr>
      <w:r w:rsidRPr="0096400F">
        <w:rPr>
          <w:rFonts w:asciiTheme="minorHAnsi" w:hAnsiTheme="minorHAnsi"/>
          <w:b/>
          <w:sz w:val="22"/>
        </w:rPr>
        <w:t>Attestation de neutralité politique</w:t>
      </w:r>
    </w:p>
    <w:p w14:paraId="2F6C83F4" w14:textId="05F901BA" w:rsidR="00C55462" w:rsidRPr="0096400F" w:rsidRDefault="00C55462" w:rsidP="00985C3B">
      <w:pPr>
        <w:shd w:val="clear" w:color="auto" w:fill="FFFFFF"/>
        <w:spacing w:before="92" w:after="92" w:line="240" w:lineRule="auto"/>
        <w:ind w:right="92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>J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atteste, par les présentes, à titre 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agent principal 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Advanis,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entière conformité des produits livrables aux exigences en matière de neutralité politique du gouvernement du Canada énoncées dans la Politique sur les communications et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image de marque </w:t>
      </w:r>
      <w:r w:rsidR="006F47E3" w:rsidRPr="0096400F">
        <w:rPr>
          <w:rFonts w:asciiTheme="minorHAnsi" w:hAnsiTheme="minorHAnsi"/>
          <w:sz w:val="22"/>
        </w:rPr>
        <w:t>ainsi que dans la Directive</w:t>
      </w:r>
      <w:r w:rsidRPr="0096400F">
        <w:rPr>
          <w:rFonts w:asciiTheme="minorHAnsi" w:hAnsiTheme="minorHAnsi"/>
          <w:sz w:val="22"/>
        </w:rPr>
        <w:t xml:space="preserve"> sur la gestion des communications.</w:t>
      </w:r>
    </w:p>
    <w:p w14:paraId="710F01C7" w14:textId="3C207056" w:rsidR="00C55462" w:rsidRPr="0096400F" w:rsidRDefault="00C55462" w:rsidP="00985C3B">
      <w:pPr>
        <w:shd w:val="clear" w:color="auto" w:fill="FFFFFF"/>
        <w:spacing w:before="92" w:after="92" w:line="240" w:lineRule="auto"/>
        <w:ind w:right="92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>Plus particulièrement, les produits livrables ne comprennent pas de renseignements sur les intentions de vote aux élections, les préférences quant aux partis politiques, les positions des partis ou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évaluation de la performance 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un parti politique ou de ses dirigeants.</w:t>
      </w:r>
    </w:p>
    <w:p w14:paraId="0569303F" w14:textId="77777777" w:rsidR="00C55462" w:rsidRPr="0096400F" w:rsidRDefault="00C55462" w:rsidP="00985C3B">
      <w:pPr>
        <w:shd w:val="clear" w:color="auto" w:fill="FFFFFF"/>
        <w:spacing w:before="92" w:after="92" w:line="240" w:lineRule="auto"/>
        <w:ind w:right="92"/>
        <w:jc w:val="left"/>
        <w:rPr>
          <w:rFonts w:asciiTheme="minorHAnsi" w:hAnsiTheme="minorHAnsi" w:cstheme="minorHAnsi"/>
          <w:sz w:val="22"/>
          <w:szCs w:val="22"/>
        </w:rPr>
      </w:pPr>
    </w:p>
    <w:p w14:paraId="3F5C8BA4" w14:textId="37E67A32" w:rsidR="00DA2BB0" w:rsidRPr="0096400F" w:rsidRDefault="00DA2BB0" w:rsidP="00985C3B">
      <w:pPr>
        <w:shd w:val="clear" w:color="auto" w:fill="FFFFFF"/>
        <w:spacing w:before="92" w:after="92" w:line="240" w:lineRule="auto"/>
        <w:ind w:right="92"/>
        <w:jc w:val="left"/>
        <w:rPr>
          <w:rFonts w:asciiTheme="minorHAnsi" w:hAnsiTheme="minorHAnsi" w:cstheme="minorHAnsi"/>
          <w:color w:val="000000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Si</w:t>
      </w:r>
      <w:r w:rsidR="00137323" w:rsidRPr="0096400F">
        <w:rPr>
          <w:rFonts w:asciiTheme="minorHAnsi" w:hAnsiTheme="minorHAnsi" w:cstheme="minorHAnsi"/>
          <w:sz w:val="22"/>
          <w:szCs w:val="22"/>
        </w:rPr>
        <w:t>gné</w:t>
      </w:r>
      <w:r w:rsidR="006F47E3" w:rsidRPr="0096400F">
        <w:rPr>
          <w:rFonts w:asciiTheme="minorHAnsi" w:hAnsiTheme="minorHAnsi" w:cstheme="minorHAnsi"/>
          <w:sz w:val="22"/>
          <w:szCs w:val="22"/>
        </w:rPr>
        <w:t> </w:t>
      </w:r>
      <w:r w:rsidRPr="0096400F">
        <w:rPr>
          <w:rFonts w:asciiTheme="minorHAnsi" w:hAnsiTheme="minorHAnsi" w:cstheme="minorHAnsi"/>
          <w:sz w:val="22"/>
          <w:szCs w:val="22"/>
        </w:rPr>
        <w:t>:</w:t>
      </w:r>
      <w:r w:rsidRPr="0096400F">
        <w:rPr>
          <w:rFonts w:asciiTheme="minorHAnsi" w:hAnsiTheme="minorHAnsi" w:cstheme="minorHAnsi"/>
          <w:i/>
          <w:color w:val="17365D"/>
          <w:sz w:val="22"/>
          <w:szCs w:val="22"/>
        </w:rPr>
        <w:t xml:space="preserve"> </w:t>
      </w:r>
      <w:r w:rsidRPr="0096400F">
        <w:rPr>
          <w:rFonts w:asciiTheme="minorHAnsi" w:hAnsiTheme="minorHAnsi" w:cstheme="minorHAnsi"/>
          <w:noProof/>
          <w:color w:val="000000"/>
          <w:sz w:val="22"/>
          <w:szCs w:val="22"/>
          <w:lang w:val="en-CA" w:eastAsia="en-CA"/>
        </w:rPr>
        <w:drawing>
          <wp:inline distT="0" distB="0" distL="0" distR="0" wp14:anchorId="71F499A3" wp14:editId="4FB6F035">
            <wp:extent cx="1604596" cy="397081"/>
            <wp:effectExtent l="19050" t="0" r="0" b="0"/>
            <wp:docPr id="40" name="Image 21" descr="Capture d’écran 2015-12-14 à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pture d’écran 2015-12-14 à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071" cy="398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65F5B5" w14:textId="77777777" w:rsidR="00DA2BB0" w:rsidRPr="0096400F" w:rsidRDefault="00DA2BB0" w:rsidP="00985C3B">
      <w:pPr>
        <w:shd w:val="clear" w:color="auto" w:fill="FFFFFF"/>
        <w:spacing w:before="92" w:after="92" w:line="240" w:lineRule="auto"/>
        <w:ind w:right="92"/>
        <w:jc w:val="left"/>
        <w:rPr>
          <w:rFonts w:asciiTheme="minorHAnsi" w:hAnsiTheme="minorHAnsi" w:cstheme="minorHAnsi"/>
          <w:color w:val="000000"/>
          <w:sz w:val="22"/>
          <w:szCs w:val="22"/>
        </w:rPr>
      </w:pPr>
    </w:p>
    <w:p w14:paraId="4E900682" w14:textId="4B6974A1" w:rsidR="00DA2BB0" w:rsidRPr="0096400F" w:rsidRDefault="00DA2BB0" w:rsidP="00985C3B">
      <w:pPr>
        <w:shd w:val="clear" w:color="auto" w:fill="FFFFFF"/>
        <w:spacing w:before="92" w:after="92" w:line="240" w:lineRule="auto"/>
        <w:ind w:right="92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 xml:space="preserve">Nicolas </w:t>
      </w:r>
      <w:proofErr w:type="spellStart"/>
      <w:r w:rsidRPr="0096400F">
        <w:rPr>
          <w:rFonts w:asciiTheme="minorHAnsi" w:hAnsiTheme="minorHAnsi" w:cstheme="minorHAnsi"/>
          <w:sz w:val="22"/>
          <w:szCs w:val="22"/>
        </w:rPr>
        <w:t>Toutant</w:t>
      </w:r>
      <w:proofErr w:type="spellEnd"/>
      <w:r w:rsidRPr="0096400F">
        <w:rPr>
          <w:rFonts w:asciiTheme="minorHAnsi" w:hAnsiTheme="minorHAnsi" w:cstheme="minorHAnsi"/>
          <w:sz w:val="22"/>
          <w:szCs w:val="22"/>
        </w:rPr>
        <w:t xml:space="preserve">, </w:t>
      </w:r>
      <w:r w:rsidR="001E0906" w:rsidRPr="0096400F">
        <w:rPr>
          <w:rFonts w:asciiTheme="minorHAnsi" w:hAnsiTheme="minorHAnsi"/>
          <w:sz w:val="22"/>
        </w:rPr>
        <w:t xml:space="preserve">vice-président, </w:t>
      </w:r>
      <w:r w:rsidR="00655E53" w:rsidRPr="0096400F">
        <w:rPr>
          <w:rFonts w:asciiTheme="minorHAnsi" w:hAnsiTheme="minorHAnsi"/>
          <w:sz w:val="22"/>
        </w:rPr>
        <w:t xml:space="preserve">Recherche </w:t>
      </w:r>
      <w:r w:rsidR="001E0906" w:rsidRPr="0096400F">
        <w:rPr>
          <w:rFonts w:asciiTheme="minorHAnsi" w:hAnsiTheme="minorHAnsi"/>
          <w:sz w:val="22"/>
        </w:rPr>
        <w:t>et évaluation</w:t>
      </w:r>
    </w:p>
    <w:bookmarkEnd w:id="34"/>
    <w:p w14:paraId="06567655" w14:textId="7777777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</w:rPr>
      </w:pPr>
    </w:p>
    <w:p w14:paraId="3E064AD5" w14:textId="77777777" w:rsidR="00DA2BB0" w:rsidRPr="0096400F" w:rsidRDefault="00DA2BB0" w:rsidP="00DA2BB0">
      <w:pPr>
        <w:spacing w:line="240" w:lineRule="auto"/>
        <w:jc w:val="left"/>
        <w:rPr>
          <w:rFonts w:asciiTheme="minorHAnsi" w:hAnsiTheme="minorHAnsi" w:cstheme="minorHAnsi"/>
          <w:b/>
          <w:bCs/>
          <w:smallCaps/>
          <w:kern w:val="32"/>
          <w:sz w:val="32"/>
          <w:szCs w:val="32"/>
        </w:rPr>
      </w:pPr>
      <w:r w:rsidRPr="0096400F">
        <w:rPr>
          <w:rFonts w:asciiTheme="minorHAnsi" w:hAnsiTheme="minorHAnsi" w:cstheme="minorHAnsi"/>
          <w:smallCaps/>
        </w:rPr>
        <w:br w:type="page"/>
      </w:r>
    </w:p>
    <w:p w14:paraId="1271B0D0" w14:textId="023F1DCB" w:rsidR="00DA2BB0" w:rsidRPr="0096400F" w:rsidRDefault="00DA2BB0" w:rsidP="00087323">
      <w:pPr>
        <w:pStyle w:val="Titre1"/>
        <w:spacing w:line="240" w:lineRule="auto"/>
        <w:jc w:val="left"/>
        <w:rPr>
          <w:rFonts w:asciiTheme="minorHAnsi" w:hAnsiTheme="minorHAnsi" w:cstheme="minorHAnsi"/>
          <w:smallCaps/>
        </w:rPr>
      </w:pPr>
      <w:bookmarkStart w:id="37" w:name="_Toc104382361"/>
      <w:r w:rsidRPr="0096400F">
        <w:rPr>
          <w:rFonts w:asciiTheme="minorHAnsi" w:hAnsiTheme="minorHAnsi" w:cstheme="minorHAnsi"/>
          <w:smallCaps/>
        </w:rPr>
        <w:t xml:space="preserve">2. </w:t>
      </w:r>
      <w:bookmarkStart w:id="38" w:name="_Toc167700307"/>
      <w:bookmarkStart w:id="39" w:name="_Toc168197611"/>
      <w:bookmarkStart w:id="40" w:name="_Toc168224413"/>
      <w:bookmarkStart w:id="41" w:name="_Toc168303252"/>
      <w:bookmarkStart w:id="42" w:name="_Toc168306112"/>
      <w:bookmarkStart w:id="43" w:name="_Toc168389826"/>
      <w:bookmarkStart w:id="44" w:name="_Toc168389980"/>
      <w:bookmarkStart w:id="45" w:name="_Toc188758048"/>
      <w:bookmarkEnd w:id="26"/>
      <w:bookmarkEnd w:id="27"/>
      <w:r w:rsidR="0007058E" w:rsidRPr="0096400F">
        <w:rPr>
          <w:rFonts w:asciiTheme="minorHAnsi" w:hAnsiTheme="minorHAnsi" w:cstheme="minorHAnsi"/>
          <w:smallCaps/>
        </w:rPr>
        <w:t>ÉCHANTILLONNAGE</w:t>
      </w:r>
      <w:bookmarkEnd w:id="37"/>
    </w:p>
    <w:p w14:paraId="2E98D077" w14:textId="2BB41204" w:rsidR="00DA2BB0" w:rsidRPr="0096400F" w:rsidRDefault="00DA2BB0" w:rsidP="00DA2BB0">
      <w:pPr>
        <w:pStyle w:val="Titre3"/>
        <w:rPr>
          <w:lang w:val="fr-CA"/>
        </w:rPr>
      </w:pPr>
      <w:bookmarkStart w:id="46" w:name="_Toc224359356"/>
      <w:bookmarkStart w:id="47" w:name="_Toc511033667"/>
      <w:bookmarkStart w:id="48" w:name="_Toc104382362"/>
      <w:r w:rsidRPr="0096400F">
        <w:rPr>
          <w:lang w:val="fr-CA"/>
        </w:rPr>
        <w:t xml:space="preserve">2.1 </w:t>
      </w:r>
      <w:bookmarkEnd w:id="46"/>
      <w:bookmarkEnd w:id="47"/>
      <w:r w:rsidR="001316B1" w:rsidRPr="0096400F">
        <w:rPr>
          <w:lang w:val="fr-CA"/>
        </w:rPr>
        <w:t>Caractéristiques du projet</w:t>
      </w:r>
      <w:bookmarkEnd w:id="48"/>
    </w:p>
    <w:p w14:paraId="378221D9" w14:textId="7777777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</w:rPr>
      </w:pPr>
    </w:p>
    <w:p w14:paraId="12BCD218" w14:textId="5B8868F9" w:rsidR="0001796F" w:rsidRPr="0096400F" w:rsidRDefault="0001796F" w:rsidP="00DC294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49" w:name="_Hlk71537314"/>
      <w:r w:rsidRPr="0096400F">
        <w:rPr>
          <w:rFonts w:asciiTheme="minorHAnsi" w:hAnsiTheme="minorHAnsi"/>
          <w:sz w:val="22"/>
        </w:rPr>
        <w:t>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étude a permis de mesurer si la population cible connaissait les publicités, si elle s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en souvenait, de même que leur incidence. Plus précisément,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étude visait à évaluer :</w:t>
      </w:r>
    </w:p>
    <w:p w14:paraId="7CD10AA5" w14:textId="714E4919" w:rsidR="00DA2BB0" w:rsidRPr="0096400F" w:rsidRDefault="0010471C" w:rsidP="00DC294B">
      <w:pPr>
        <w:pStyle w:val="Paragraphedeliste"/>
        <w:numPr>
          <w:ilvl w:val="0"/>
          <w:numId w:val="20"/>
        </w:numPr>
        <w:spacing w:line="240" w:lineRule="auto"/>
        <w:rPr>
          <w:rFonts w:eastAsia="Calibri" w:cstheme="minorHAnsi"/>
          <w:lang w:val="fr-CA"/>
        </w:rPr>
      </w:pPr>
      <w:r w:rsidRPr="0096400F">
        <w:rPr>
          <w:lang w:val="fr-CA"/>
        </w:rPr>
        <w:t>les taux de rappel spontané et de rappel assisté des publicités</w:t>
      </w:r>
      <w:r w:rsidR="00DA2BB0" w:rsidRPr="0096400F">
        <w:rPr>
          <w:rFonts w:eastAsia="Calibri" w:cstheme="minorHAnsi"/>
          <w:lang w:val="fr-CA"/>
        </w:rPr>
        <w:t>;</w:t>
      </w:r>
    </w:p>
    <w:p w14:paraId="7A9257DF" w14:textId="51ACCD3C" w:rsidR="00DA2BB0" w:rsidRPr="0096400F" w:rsidRDefault="00001229" w:rsidP="00DC294B">
      <w:pPr>
        <w:pStyle w:val="Paragraphedeliste"/>
        <w:numPr>
          <w:ilvl w:val="0"/>
          <w:numId w:val="20"/>
        </w:numPr>
        <w:spacing w:line="240" w:lineRule="auto"/>
        <w:rPr>
          <w:rFonts w:eastAsia="Calibri" w:cstheme="minorHAnsi"/>
          <w:lang w:val="fr-CA"/>
        </w:rPr>
      </w:pPr>
      <w:r w:rsidRPr="0096400F">
        <w:rPr>
          <w:lang w:val="fr-CA"/>
        </w:rPr>
        <w:t>la connaissance de la campagne</w:t>
      </w:r>
      <w:r w:rsidR="00DA2BB0" w:rsidRPr="0096400F">
        <w:rPr>
          <w:rFonts w:eastAsia="Calibri" w:cstheme="minorHAnsi"/>
          <w:lang w:val="fr-CA"/>
        </w:rPr>
        <w:t>;</w:t>
      </w:r>
    </w:p>
    <w:p w14:paraId="5B41F0A2" w14:textId="20F37F47" w:rsidR="00DA2BB0" w:rsidRPr="0096400F" w:rsidRDefault="005F4797" w:rsidP="00DC294B">
      <w:pPr>
        <w:pStyle w:val="Paragraphedeliste"/>
        <w:numPr>
          <w:ilvl w:val="0"/>
          <w:numId w:val="20"/>
        </w:numPr>
        <w:spacing w:line="240" w:lineRule="auto"/>
        <w:rPr>
          <w:rFonts w:eastAsia="Calibri" w:cstheme="minorHAnsi"/>
          <w:lang w:val="fr-CA"/>
        </w:rPr>
      </w:pPr>
      <w:r w:rsidRPr="0096400F">
        <w:rPr>
          <w:lang w:val="fr-CA"/>
        </w:rPr>
        <w:t>les messages perçus dans les publicités et leur pertinence pour les Canadiens</w:t>
      </w:r>
      <w:r w:rsidR="00DA2BB0" w:rsidRPr="0096400F">
        <w:rPr>
          <w:rFonts w:eastAsia="Calibri" w:cstheme="minorHAnsi"/>
          <w:lang w:val="fr-CA"/>
        </w:rPr>
        <w:t>;</w:t>
      </w:r>
    </w:p>
    <w:bookmarkEnd w:id="49"/>
    <w:p w14:paraId="64CD5C4D" w14:textId="1C1860A2" w:rsidR="00D902E7" w:rsidRPr="0096400F" w:rsidRDefault="002E7DE8" w:rsidP="00DC294B">
      <w:pPr>
        <w:pStyle w:val="Paragraphedeliste"/>
        <w:numPr>
          <w:ilvl w:val="0"/>
          <w:numId w:val="20"/>
        </w:numPr>
        <w:spacing w:line="240" w:lineRule="auto"/>
        <w:rPr>
          <w:rFonts w:cstheme="minorHAnsi"/>
          <w:lang w:val="fr-CA"/>
        </w:rPr>
      </w:pPr>
      <w:r w:rsidRPr="0096400F">
        <w:rPr>
          <w:lang w:val="fr-CA"/>
        </w:rPr>
        <w:t>la volonté du public d</w:t>
      </w:r>
      <w:r w:rsidR="00F9728D" w:rsidRPr="0096400F">
        <w:rPr>
          <w:lang w:val="fr-CA"/>
        </w:rPr>
        <w:t>’</w:t>
      </w:r>
      <w:r w:rsidRPr="0096400F">
        <w:rPr>
          <w:lang w:val="fr-CA"/>
        </w:rPr>
        <w:t>en apprendre plus sur les restrictions de voyage.</w:t>
      </w:r>
      <w:bookmarkStart w:id="50" w:name="_Toc22435935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3ABD98CA" w14:textId="3866813D" w:rsidR="00D902E7" w:rsidRPr="0096400F" w:rsidRDefault="00D902E7" w:rsidP="00DC294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 xml:space="preserve">Le sondage </w:t>
      </w:r>
      <w:r w:rsidR="00655E53" w:rsidRPr="0096400F">
        <w:rPr>
          <w:rFonts w:asciiTheme="minorHAnsi" w:hAnsiTheme="minorHAnsi"/>
          <w:sz w:val="22"/>
        </w:rPr>
        <w:t xml:space="preserve">réalisé à la suite de la campagne </w:t>
      </w:r>
      <w:r w:rsidRPr="0096400F">
        <w:rPr>
          <w:rFonts w:asciiTheme="minorHAnsi" w:hAnsiTheme="minorHAnsi"/>
          <w:sz w:val="22"/>
        </w:rPr>
        <w:t xml:space="preserve">a été mené du 4 avril au </w:t>
      </w:r>
      <w:r w:rsidR="00050E45" w:rsidRPr="0096400F">
        <w:rPr>
          <w:rFonts w:asciiTheme="minorHAnsi" w:hAnsiTheme="minorHAnsi"/>
          <w:sz w:val="22"/>
        </w:rPr>
        <w:t>27</w:t>
      </w:r>
      <w:r w:rsidRPr="0096400F">
        <w:rPr>
          <w:rFonts w:asciiTheme="minorHAnsi" w:hAnsiTheme="minorHAnsi"/>
          <w:sz w:val="22"/>
        </w:rPr>
        <w:t> avril 202</w:t>
      </w:r>
      <w:r w:rsidR="00050E45" w:rsidRPr="0096400F">
        <w:rPr>
          <w:rFonts w:asciiTheme="minorHAnsi" w:hAnsiTheme="minorHAnsi"/>
          <w:sz w:val="22"/>
        </w:rPr>
        <w:t>2</w:t>
      </w:r>
      <w:r w:rsidRPr="0096400F">
        <w:rPr>
          <w:rFonts w:asciiTheme="minorHAnsi" w:hAnsiTheme="minorHAnsi"/>
          <w:sz w:val="22"/>
        </w:rPr>
        <w:t>. Aucun sondage n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a été effectué avant la campagne. </w:t>
      </w:r>
      <w:r w:rsidRPr="0096400F">
        <w:rPr>
          <w:rFonts w:asciiTheme="minorHAnsi" w:hAnsiTheme="minorHAnsi" w:cstheme="minorHAnsi"/>
          <w:sz w:val="22"/>
          <w:szCs w:val="22"/>
        </w:rPr>
        <w:t>Les Canadiens invités à répondre au sondage provenaient de l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Pr="0096400F">
        <w:rPr>
          <w:rFonts w:asciiTheme="minorHAnsi" w:hAnsiTheme="minorHAnsi" w:cstheme="minorHAnsi"/>
          <w:sz w:val="22"/>
          <w:szCs w:val="22"/>
        </w:rPr>
        <w:t>Échantillon populationnel aléatoire (EPA) d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Pr="0096400F">
        <w:rPr>
          <w:rFonts w:asciiTheme="minorHAnsi" w:hAnsiTheme="minorHAnsi" w:cstheme="minorHAnsi"/>
          <w:sz w:val="22"/>
          <w:szCs w:val="22"/>
        </w:rPr>
        <w:t>Advanis, une source d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Pr="0096400F">
        <w:rPr>
          <w:rFonts w:asciiTheme="minorHAnsi" w:hAnsiTheme="minorHAnsi" w:cstheme="minorHAnsi"/>
          <w:sz w:val="22"/>
          <w:szCs w:val="22"/>
        </w:rPr>
        <w:t>échantillon</w:t>
      </w:r>
      <w:r w:rsidR="00010ED6" w:rsidRPr="0096400F">
        <w:rPr>
          <w:rFonts w:asciiTheme="minorHAnsi" w:hAnsiTheme="minorHAnsi" w:cstheme="minorHAnsi"/>
          <w:sz w:val="22"/>
          <w:szCs w:val="22"/>
        </w:rPr>
        <w:t>s</w:t>
      </w:r>
      <w:r w:rsidRPr="0096400F">
        <w:rPr>
          <w:rFonts w:asciiTheme="minorHAnsi" w:hAnsiTheme="minorHAnsi" w:cstheme="minorHAnsi"/>
          <w:sz w:val="22"/>
          <w:szCs w:val="22"/>
        </w:rPr>
        <w:t xml:space="preserve"> représentat</w:t>
      </w:r>
      <w:r w:rsidR="00010ED6" w:rsidRPr="0096400F">
        <w:rPr>
          <w:rFonts w:asciiTheme="minorHAnsi" w:hAnsiTheme="minorHAnsi" w:cstheme="minorHAnsi"/>
          <w:sz w:val="22"/>
          <w:szCs w:val="22"/>
        </w:rPr>
        <w:t>i</w:t>
      </w:r>
      <w:r w:rsidRPr="0096400F">
        <w:rPr>
          <w:rFonts w:asciiTheme="minorHAnsi" w:hAnsiTheme="minorHAnsi" w:cstheme="minorHAnsi"/>
          <w:sz w:val="22"/>
          <w:szCs w:val="22"/>
        </w:rPr>
        <w:t>f</w:t>
      </w:r>
      <w:r w:rsidR="0046069D" w:rsidRPr="0096400F">
        <w:rPr>
          <w:rFonts w:asciiTheme="minorHAnsi" w:hAnsiTheme="minorHAnsi" w:cstheme="minorHAnsi"/>
          <w:sz w:val="22"/>
          <w:szCs w:val="22"/>
        </w:rPr>
        <w:t>s</w:t>
      </w:r>
      <w:r w:rsidRPr="0096400F">
        <w:rPr>
          <w:rFonts w:asciiTheme="minorHAnsi" w:hAnsiTheme="minorHAnsi" w:cstheme="minorHAnsi"/>
          <w:sz w:val="22"/>
          <w:szCs w:val="22"/>
        </w:rPr>
        <w:t xml:space="preserve"> recruté</w:t>
      </w:r>
      <w:r w:rsidR="0046069D" w:rsidRPr="0096400F">
        <w:rPr>
          <w:rFonts w:asciiTheme="minorHAnsi" w:hAnsiTheme="minorHAnsi" w:cstheme="minorHAnsi"/>
          <w:sz w:val="22"/>
          <w:szCs w:val="22"/>
        </w:rPr>
        <w:t>s</w:t>
      </w:r>
      <w:r w:rsidRPr="0096400F">
        <w:rPr>
          <w:rFonts w:asciiTheme="minorHAnsi" w:hAnsiTheme="minorHAnsi" w:cstheme="minorHAnsi"/>
          <w:sz w:val="22"/>
          <w:szCs w:val="22"/>
        </w:rPr>
        <w:t xml:space="preserve"> en ayant recours à l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Pr="0096400F">
        <w:rPr>
          <w:rFonts w:asciiTheme="minorHAnsi" w:hAnsiTheme="minorHAnsi" w:cstheme="minorHAnsi"/>
          <w:sz w:val="22"/>
          <w:szCs w:val="22"/>
        </w:rPr>
        <w:t xml:space="preserve">échantillonnage </w:t>
      </w:r>
      <w:r w:rsidR="00655E53" w:rsidRPr="0096400F">
        <w:rPr>
          <w:rFonts w:asciiTheme="minorHAnsi" w:hAnsiTheme="minorHAnsi" w:cstheme="minorHAnsi"/>
          <w:sz w:val="22"/>
          <w:szCs w:val="22"/>
        </w:rPr>
        <w:t>probabiliste</w:t>
      </w:r>
      <w:r w:rsidRPr="0096400F">
        <w:rPr>
          <w:rFonts w:asciiTheme="minorHAnsi" w:hAnsiTheme="minorHAnsi" w:cstheme="minorHAnsi"/>
          <w:sz w:val="22"/>
          <w:szCs w:val="22"/>
        </w:rPr>
        <w:t>.</w:t>
      </w:r>
      <w:r w:rsidRPr="0096400F">
        <w:rPr>
          <w:rFonts w:asciiTheme="minorHAnsi" w:hAnsiTheme="minorHAnsi"/>
          <w:sz w:val="22"/>
        </w:rPr>
        <w:t xml:space="preserve"> En tout, 2 </w:t>
      </w:r>
      <w:r w:rsidR="00B47DFA" w:rsidRPr="0096400F">
        <w:rPr>
          <w:rFonts w:asciiTheme="minorHAnsi" w:hAnsiTheme="minorHAnsi"/>
          <w:sz w:val="22"/>
        </w:rPr>
        <w:t>072</w:t>
      </w:r>
      <w:r w:rsidRPr="0096400F">
        <w:rPr>
          <w:rFonts w:asciiTheme="minorHAnsi" w:hAnsiTheme="minorHAnsi"/>
          <w:sz w:val="22"/>
        </w:rPr>
        <w:t> personnes ont répondu au sondage</w:t>
      </w:r>
      <w:r w:rsidR="00B47DFA" w:rsidRPr="0096400F">
        <w:rPr>
          <w:rFonts w:asciiTheme="minorHAnsi" w:hAnsiTheme="minorHAnsi"/>
          <w:sz w:val="22"/>
        </w:rPr>
        <w:t>;</w:t>
      </w:r>
      <w:r w:rsidRPr="0096400F">
        <w:rPr>
          <w:rFonts w:asciiTheme="minorHAnsi" w:hAnsiTheme="minorHAnsi"/>
          <w:sz w:val="22"/>
        </w:rPr>
        <w:t xml:space="preserve"> le taux de réponse était de 2</w:t>
      </w:r>
      <w:r w:rsidR="00B47DFA" w:rsidRPr="0096400F">
        <w:rPr>
          <w:rFonts w:asciiTheme="minorHAnsi" w:hAnsiTheme="minorHAnsi"/>
          <w:sz w:val="22"/>
        </w:rPr>
        <w:t>0,09</w:t>
      </w:r>
      <w:r w:rsidRPr="0096400F">
        <w:rPr>
          <w:rFonts w:asciiTheme="minorHAnsi" w:hAnsiTheme="minorHAnsi"/>
          <w:sz w:val="22"/>
        </w:rPr>
        <w:t> % et la marge 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erreur de 2 % (19 fois sur 20 à un intervalle de confiance de 95 %).</w:t>
      </w:r>
    </w:p>
    <w:p w14:paraId="4A758888" w14:textId="7777777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1A03AC3D" w14:textId="431E3036" w:rsidR="00DA2BB0" w:rsidRPr="0096400F" w:rsidRDefault="00DA2BB0" w:rsidP="00DA2BB0">
      <w:pPr>
        <w:pStyle w:val="Titre3"/>
        <w:rPr>
          <w:lang w:val="fr-CA"/>
        </w:rPr>
      </w:pPr>
      <w:bookmarkStart w:id="51" w:name="_Toc511033668"/>
      <w:bookmarkStart w:id="52" w:name="_Toc104382363"/>
      <w:r w:rsidRPr="0096400F">
        <w:rPr>
          <w:lang w:val="fr-CA"/>
        </w:rPr>
        <w:t xml:space="preserve">2.2 </w:t>
      </w:r>
      <w:bookmarkEnd w:id="50"/>
      <w:bookmarkEnd w:id="51"/>
      <w:r w:rsidR="00DB1566" w:rsidRPr="0096400F">
        <w:rPr>
          <w:lang w:val="fr-CA"/>
        </w:rPr>
        <w:t>Plan d</w:t>
      </w:r>
      <w:r w:rsidR="00F9728D" w:rsidRPr="0096400F">
        <w:rPr>
          <w:lang w:val="fr-CA"/>
        </w:rPr>
        <w:t>’</w:t>
      </w:r>
      <w:r w:rsidR="00DB1566" w:rsidRPr="0096400F">
        <w:rPr>
          <w:lang w:val="fr-CA"/>
        </w:rPr>
        <w:t>échantillonnage</w:t>
      </w:r>
      <w:bookmarkEnd w:id="52"/>
    </w:p>
    <w:p w14:paraId="63250CAF" w14:textId="77777777" w:rsidR="00730663" w:rsidRPr="0096400F" w:rsidRDefault="00730663" w:rsidP="00DC294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53" w:name="_Hlk68093462"/>
    </w:p>
    <w:p w14:paraId="4E1462B2" w14:textId="67DB39C3" w:rsidR="00730663" w:rsidRPr="0096400F" w:rsidRDefault="00730663" w:rsidP="00DC294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 xml:space="preserve">La population cible dans le cadre de ce projet était </w:t>
      </w:r>
      <w:r w:rsidR="00566891" w:rsidRPr="0096400F">
        <w:rPr>
          <w:rFonts w:asciiTheme="minorHAnsi" w:hAnsiTheme="minorHAnsi"/>
          <w:sz w:val="22"/>
        </w:rPr>
        <w:t>d</w:t>
      </w:r>
      <w:r w:rsidRPr="0096400F">
        <w:rPr>
          <w:rFonts w:asciiTheme="minorHAnsi" w:hAnsiTheme="minorHAnsi"/>
          <w:sz w:val="22"/>
        </w:rPr>
        <w:t>es Canadiens, de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ensemble des provinces et des territoires, âgés de 18 ans et plus. </w:t>
      </w:r>
      <w:r w:rsidR="008E2FD9" w:rsidRPr="0096400F">
        <w:rPr>
          <w:rFonts w:asciiTheme="minorHAnsi" w:hAnsiTheme="minorHAnsi"/>
          <w:sz w:val="22"/>
        </w:rPr>
        <w:t>Le nombre de questionnaires remplis qui était visé pour ce sondage post-campagne était de 2 000 (adultes canadiens)</w:t>
      </w:r>
      <w:r w:rsidRPr="0096400F">
        <w:rPr>
          <w:rFonts w:asciiTheme="minorHAnsi" w:hAnsiTheme="minorHAnsi"/>
          <w:sz w:val="22"/>
        </w:rPr>
        <w:t>.</w:t>
      </w:r>
    </w:p>
    <w:p w14:paraId="7F1B1D34" w14:textId="77777777" w:rsidR="00730663" w:rsidRPr="0096400F" w:rsidRDefault="00730663" w:rsidP="00DC294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4E3C4C3A" w14:textId="76A1A326" w:rsidR="00730663" w:rsidRPr="0096400F" w:rsidRDefault="00730663" w:rsidP="00DC294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>Des questions d</w:t>
      </w:r>
      <w:r w:rsidR="005A21FC" w:rsidRPr="0096400F">
        <w:rPr>
          <w:rFonts w:asciiTheme="minorHAnsi" w:hAnsiTheme="minorHAnsi"/>
          <w:sz w:val="22"/>
        </w:rPr>
        <w:t>e</w:t>
      </w:r>
      <w:r w:rsidRPr="0096400F">
        <w:rPr>
          <w:rFonts w:asciiTheme="minorHAnsi" w:hAnsiTheme="minorHAnsi"/>
          <w:sz w:val="22"/>
        </w:rPr>
        <w:t xml:space="preserve"> sondage ont permis 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exclure les réponses des personnes de moins de 18 ans, des personnes qui ne vivaient pas au Canada et des personnes qui travaillaient pour </w:t>
      </w:r>
      <w:r w:rsidR="00FC767D" w:rsidRPr="0096400F">
        <w:rPr>
          <w:rFonts w:asciiTheme="minorHAnsi" w:hAnsiTheme="minorHAnsi"/>
          <w:sz w:val="22"/>
        </w:rPr>
        <w:t>une société spécialisée en étude de marché</w:t>
      </w:r>
      <w:r w:rsidRPr="0096400F">
        <w:rPr>
          <w:rFonts w:asciiTheme="minorHAnsi" w:hAnsiTheme="minorHAnsi"/>
          <w:sz w:val="22"/>
        </w:rPr>
        <w:t>, un magazine ou un quotidien, une agence de publicité ou de conception graphique, un parti politique, une station radiophonique ou de télévision, une firme de relations publiques</w:t>
      </w:r>
      <w:r w:rsidR="005053FC" w:rsidRPr="0096400F">
        <w:rPr>
          <w:rFonts w:asciiTheme="minorHAnsi" w:hAnsiTheme="minorHAnsi"/>
          <w:sz w:val="22"/>
        </w:rPr>
        <w:t xml:space="preserve">, </w:t>
      </w:r>
      <w:r w:rsidRPr="0096400F">
        <w:rPr>
          <w:rFonts w:asciiTheme="minorHAnsi" w:hAnsiTheme="minorHAnsi"/>
          <w:sz w:val="22"/>
        </w:rPr>
        <w:t>le gouvernement fédéral ou un gouvernement provincial.</w:t>
      </w:r>
    </w:p>
    <w:p w14:paraId="6B524455" w14:textId="77777777" w:rsidR="00730663" w:rsidRPr="0096400F" w:rsidRDefault="00730663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025DB71B" w14:textId="77777777" w:rsidR="00DA2BB0" w:rsidRPr="0096400F" w:rsidRDefault="00DA2BB0" w:rsidP="00DA2BB0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br w:type="page"/>
      </w:r>
    </w:p>
    <w:bookmarkEnd w:id="53"/>
    <w:p w14:paraId="60463BEE" w14:textId="7777777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21DB5FBA" w14:textId="32BE01D1" w:rsidR="00A06874" w:rsidRPr="0096400F" w:rsidRDefault="00DA2BB0" w:rsidP="00A06874">
      <w:pPr>
        <w:pStyle w:val="Lgende"/>
        <w:keepNext/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Table</w:t>
      </w:r>
      <w:r w:rsidR="00A06874" w:rsidRPr="0096400F">
        <w:rPr>
          <w:rFonts w:asciiTheme="minorHAnsi" w:hAnsiTheme="minorHAnsi" w:cstheme="minorHAnsi"/>
          <w:sz w:val="22"/>
          <w:szCs w:val="22"/>
        </w:rPr>
        <w:t>au</w:t>
      </w:r>
      <w:r w:rsidRPr="0096400F">
        <w:rPr>
          <w:rFonts w:asciiTheme="minorHAnsi" w:hAnsiTheme="minorHAnsi" w:cstheme="minorHAnsi"/>
          <w:sz w:val="22"/>
          <w:szCs w:val="22"/>
        </w:rPr>
        <w:t xml:space="preserve"> 1</w:t>
      </w:r>
      <w:r w:rsidR="00FC767D" w:rsidRPr="0096400F">
        <w:rPr>
          <w:rFonts w:asciiTheme="minorHAnsi" w:hAnsiTheme="minorHAnsi" w:cstheme="minorHAnsi"/>
          <w:sz w:val="22"/>
          <w:szCs w:val="22"/>
        </w:rPr>
        <w:t> </w:t>
      </w:r>
      <w:r w:rsidRPr="0096400F">
        <w:rPr>
          <w:rFonts w:asciiTheme="minorHAnsi" w:hAnsiTheme="minorHAnsi" w:cstheme="minorHAnsi"/>
          <w:sz w:val="22"/>
          <w:szCs w:val="22"/>
        </w:rPr>
        <w:t xml:space="preserve">: </w:t>
      </w:r>
      <w:r w:rsidR="00A06874" w:rsidRPr="0096400F">
        <w:rPr>
          <w:rFonts w:asciiTheme="minorHAnsi" w:hAnsiTheme="minorHAnsi"/>
          <w:sz w:val="22"/>
        </w:rPr>
        <w:t>Plan d</w:t>
      </w:r>
      <w:r w:rsidR="00F9728D" w:rsidRPr="0096400F">
        <w:rPr>
          <w:rFonts w:asciiTheme="minorHAnsi" w:hAnsiTheme="minorHAnsi"/>
          <w:sz w:val="22"/>
        </w:rPr>
        <w:t>’</w:t>
      </w:r>
      <w:r w:rsidR="00A06874" w:rsidRPr="0096400F">
        <w:rPr>
          <w:rFonts w:asciiTheme="minorHAnsi" w:hAnsiTheme="minorHAnsi"/>
          <w:sz w:val="22"/>
        </w:rPr>
        <w:t>échantillonnage par province/région du Canada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25"/>
        <w:gridCol w:w="3010"/>
        <w:gridCol w:w="3571"/>
      </w:tblGrid>
      <w:tr w:rsidR="00DA2BB0" w:rsidRPr="0096400F" w14:paraId="66D2B0E3" w14:textId="77777777" w:rsidTr="00F9728D">
        <w:trPr>
          <w:trHeight w:val="74"/>
        </w:trPr>
        <w:tc>
          <w:tcPr>
            <w:tcW w:w="1502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298465CA" w14:textId="271E16E2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  <w:t>R</w:t>
            </w:r>
            <w:r w:rsidR="00A06874" w:rsidRPr="0096400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  <w:t>é</w:t>
            </w:r>
            <w:r w:rsidRPr="0096400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  <w:t>gion</w:t>
            </w:r>
          </w:p>
        </w:tc>
        <w:tc>
          <w:tcPr>
            <w:tcW w:w="1600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5741C3C9" w14:textId="5903ACEB" w:rsidR="00DA2BB0" w:rsidRPr="0096400F" w:rsidRDefault="0090495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6400F">
              <w:rPr>
                <w:rFonts w:asciiTheme="minorHAnsi" w:hAnsiTheme="minorHAnsi"/>
                <w:b/>
                <w:color w:val="000000"/>
                <w:sz w:val="22"/>
              </w:rPr>
              <w:t>Pourcentage de la population</w:t>
            </w:r>
          </w:p>
        </w:tc>
        <w:tc>
          <w:tcPr>
            <w:tcW w:w="1898" w:type="pct"/>
            <w:tcBorders>
              <w:top w:val="sing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1100CD5A" w14:textId="2ED85052" w:rsidR="00DA2BB0" w:rsidRPr="0096400F" w:rsidRDefault="006C5573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6400F">
              <w:rPr>
                <w:rFonts w:asciiTheme="minorHAnsi" w:hAnsiTheme="minorHAnsi"/>
                <w:b/>
                <w:color w:val="000000"/>
                <w:sz w:val="22"/>
              </w:rPr>
              <w:t>Taille d</w:t>
            </w:r>
            <w:r w:rsidR="00F9728D" w:rsidRPr="0096400F">
              <w:rPr>
                <w:rFonts w:asciiTheme="minorHAnsi" w:hAnsiTheme="minorHAnsi"/>
                <w:b/>
                <w:color w:val="000000"/>
                <w:sz w:val="22"/>
              </w:rPr>
              <w:t>’</w:t>
            </w:r>
            <w:r w:rsidRPr="0096400F">
              <w:rPr>
                <w:rFonts w:asciiTheme="minorHAnsi" w:hAnsiTheme="minorHAnsi"/>
                <w:b/>
                <w:color w:val="000000"/>
                <w:sz w:val="22"/>
              </w:rPr>
              <w:t>échantillon</w:t>
            </w:r>
            <w:r w:rsidR="00444679" w:rsidRPr="0096400F">
              <w:rPr>
                <w:rFonts w:asciiTheme="minorHAnsi" w:hAnsiTheme="minorHAnsi"/>
                <w:b/>
                <w:color w:val="000000"/>
                <w:sz w:val="22"/>
              </w:rPr>
              <w:t xml:space="preserve"> </w:t>
            </w:r>
            <w:r w:rsidR="00AC1FBA" w:rsidRPr="0096400F">
              <w:rPr>
                <w:rFonts w:asciiTheme="minorHAnsi" w:hAnsiTheme="minorHAnsi"/>
                <w:b/>
                <w:color w:val="000000"/>
                <w:sz w:val="22"/>
              </w:rPr>
              <w:t>visée</w:t>
            </w:r>
          </w:p>
        </w:tc>
      </w:tr>
      <w:tr w:rsidR="00DA2BB0" w:rsidRPr="0096400F" w14:paraId="5A97C6A0" w14:textId="77777777" w:rsidTr="00F9728D">
        <w:trPr>
          <w:trHeight w:val="363"/>
        </w:trPr>
        <w:tc>
          <w:tcPr>
            <w:tcW w:w="1502" w:type="pct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BD8E156" w14:textId="5BD679AB" w:rsidR="00DA2BB0" w:rsidRPr="0096400F" w:rsidRDefault="000104B1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6400F">
              <w:rPr>
                <w:rFonts w:asciiTheme="minorHAnsi" w:hAnsiTheme="minorHAnsi"/>
                <w:b/>
                <w:color w:val="000000"/>
                <w:sz w:val="22"/>
              </w:rPr>
              <w:t>T.-N.-L.</w:t>
            </w:r>
          </w:p>
        </w:tc>
        <w:tc>
          <w:tcPr>
            <w:tcW w:w="1600" w:type="pct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A49772A" w14:textId="5DA4FCBE" w:rsidR="00DA2BB0" w:rsidRPr="0096400F" w:rsidRDefault="00FC767D" w:rsidP="00FC767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1,4 %</w:t>
            </w:r>
          </w:p>
        </w:tc>
        <w:tc>
          <w:tcPr>
            <w:tcW w:w="1898" w:type="pct"/>
            <w:tcBorders>
              <w:top w:val="doub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F6D2E58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28</w:t>
            </w:r>
          </w:p>
        </w:tc>
      </w:tr>
      <w:tr w:rsidR="00DA2BB0" w:rsidRPr="0096400F" w14:paraId="48F0BE46" w14:textId="77777777" w:rsidTr="00F9728D">
        <w:trPr>
          <w:trHeight w:val="315"/>
        </w:trPr>
        <w:tc>
          <w:tcPr>
            <w:tcW w:w="150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BABCE1B" w14:textId="66387793" w:rsidR="00DA2BB0" w:rsidRPr="0096400F" w:rsidRDefault="00886DEE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6400F">
              <w:rPr>
                <w:rFonts w:asciiTheme="minorHAnsi" w:hAnsiTheme="minorHAnsi"/>
                <w:b/>
                <w:color w:val="000000"/>
                <w:sz w:val="22"/>
              </w:rPr>
              <w:t>Î.-P.-É.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90E9D73" w14:textId="1B8E9755" w:rsidR="00DA2BB0" w:rsidRPr="0096400F" w:rsidRDefault="00FC767D" w:rsidP="00FC767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0,45 %</w:t>
            </w:r>
          </w:p>
        </w:tc>
        <w:tc>
          <w:tcPr>
            <w:tcW w:w="18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0BB3519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9</w:t>
            </w:r>
          </w:p>
        </w:tc>
      </w:tr>
      <w:tr w:rsidR="00DA2BB0" w:rsidRPr="0096400F" w14:paraId="5A4DBD36" w14:textId="77777777" w:rsidTr="00F9728D">
        <w:trPr>
          <w:trHeight w:val="315"/>
        </w:trPr>
        <w:tc>
          <w:tcPr>
            <w:tcW w:w="150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6C05420" w14:textId="64DFB40C" w:rsidR="00DA2BB0" w:rsidRPr="0096400F" w:rsidRDefault="00F05FC9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6400F">
              <w:rPr>
                <w:rFonts w:asciiTheme="minorHAnsi" w:hAnsiTheme="minorHAnsi"/>
                <w:b/>
                <w:color w:val="000000"/>
                <w:sz w:val="22"/>
              </w:rPr>
              <w:t>N.-É.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B684185" w14:textId="7E702D75" w:rsidR="00DA2BB0" w:rsidRPr="0096400F" w:rsidRDefault="00FC767D" w:rsidP="00FC767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2,6 %</w:t>
            </w:r>
          </w:p>
        </w:tc>
        <w:tc>
          <w:tcPr>
            <w:tcW w:w="18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9A64263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52</w:t>
            </w:r>
          </w:p>
        </w:tc>
      </w:tr>
      <w:tr w:rsidR="00DA2BB0" w:rsidRPr="0096400F" w14:paraId="3E87B673" w14:textId="77777777" w:rsidTr="00F9728D">
        <w:trPr>
          <w:trHeight w:val="315"/>
        </w:trPr>
        <w:tc>
          <w:tcPr>
            <w:tcW w:w="150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3609402" w14:textId="345286E5" w:rsidR="00DA2BB0" w:rsidRPr="0096400F" w:rsidRDefault="00516BD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6400F">
              <w:rPr>
                <w:rFonts w:asciiTheme="minorHAnsi" w:hAnsiTheme="minorHAnsi"/>
                <w:b/>
                <w:color w:val="000000"/>
                <w:sz w:val="22"/>
              </w:rPr>
              <w:t>N.-B.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B1B174C" w14:textId="28358F4F" w:rsidR="00DA2BB0" w:rsidRPr="0096400F" w:rsidRDefault="00FC767D" w:rsidP="00FC767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2,1 %</w:t>
            </w:r>
          </w:p>
        </w:tc>
        <w:tc>
          <w:tcPr>
            <w:tcW w:w="18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959A124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42</w:t>
            </w:r>
          </w:p>
        </w:tc>
      </w:tr>
      <w:tr w:rsidR="00DA2BB0" w:rsidRPr="0096400F" w14:paraId="60C2DCB1" w14:textId="77777777" w:rsidTr="00F9728D">
        <w:trPr>
          <w:trHeight w:val="315"/>
        </w:trPr>
        <w:tc>
          <w:tcPr>
            <w:tcW w:w="150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76F217B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  <w:t>QC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D64655D" w14:textId="60BA6D92" w:rsidR="00DA2BB0" w:rsidRPr="0096400F" w:rsidRDefault="00FC767D" w:rsidP="00FC767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22,9 %</w:t>
            </w:r>
          </w:p>
        </w:tc>
        <w:tc>
          <w:tcPr>
            <w:tcW w:w="18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F91A064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458</w:t>
            </w:r>
          </w:p>
        </w:tc>
      </w:tr>
      <w:tr w:rsidR="00DA2BB0" w:rsidRPr="0096400F" w14:paraId="25CC8B59" w14:textId="77777777" w:rsidTr="00F9728D">
        <w:trPr>
          <w:trHeight w:val="315"/>
        </w:trPr>
        <w:tc>
          <w:tcPr>
            <w:tcW w:w="150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E994D44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  <w:t>ON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A35F0CF" w14:textId="3C60E8B9" w:rsidR="00DA2BB0" w:rsidRPr="0096400F" w:rsidRDefault="00FC767D" w:rsidP="00FC767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38,7 %</w:t>
            </w:r>
          </w:p>
        </w:tc>
        <w:tc>
          <w:tcPr>
            <w:tcW w:w="18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2641D81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774</w:t>
            </w:r>
          </w:p>
        </w:tc>
      </w:tr>
      <w:tr w:rsidR="00DA2BB0" w:rsidRPr="0096400F" w14:paraId="36EDAA35" w14:textId="77777777" w:rsidTr="00F9728D">
        <w:trPr>
          <w:trHeight w:val="315"/>
        </w:trPr>
        <w:tc>
          <w:tcPr>
            <w:tcW w:w="150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30A92A0" w14:textId="33685BC0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  <w:t>M</w:t>
            </w:r>
            <w:r w:rsidR="002E7521" w:rsidRPr="0096400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  <w:t>AN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7A7CDEE" w14:textId="3719E6DF" w:rsidR="00DA2BB0" w:rsidRPr="0096400F" w:rsidRDefault="00FC767D" w:rsidP="00FC767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3,6 %</w:t>
            </w:r>
          </w:p>
        </w:tc>
        <w:tc>
          <w:tcPr>
            <w:tcW w:w="18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B93FA14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72</w:t>
            </w:r>
          </w:p>
        </w:tc>
      </w:tr>
      <w:tr w:rsidR="00DA2BB0" w:rsidRPr="0096400F" w14:paraId="418AC450" w14:textId="77777777" w:rsidTr="00F9728D">
        <w:trPr>
          <w:trHeight w:val="315"/>
        </w:trPr>
        <w:tc>
          <w:tcPr>
            <w:tcW w:w="150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6A77E08" w14:textId="3A8D1B01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  <w:t>S</w:t>
            </w:r>
            <w:r w:rsidR="002E7521" w:rsidRPr="0096400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  <w:t>ASK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29ADD62" w14:textId="00E5207F" w:rsidR="00DA2BB0" w:rsidRPr="0096400F" w:rsidRDefault="00FC767D" w:rsidP="00FC767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3,2 %</w:t>
            </w:r>
          </w:p>
        </w:tc>
        <w:tc>
          <w:tcPr>
            <w:tcW w:w="18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A2BE8B2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64</w:t>
            </w:r>
          </w:p>
        </w:tc>
      </w:tr>
      <w:tr w:rsidR="00DA2BB0" w:rsidRPr="0096400F" w14:paraId="1EEA62D5" w14:textId="77777777" w:rsidTr="00F9728D">
        <w:trPr>
          <w:trHeight w:val="315"/>
        </w:trPr>
        <w:tc>
          <w:tcPr>
            <w:tcW w:w="150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39A0E21" w14:textId="66927DD9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  <w:t>A</w:t>
            </w:r>
            <w:r w:rsidR="002E7521" w:rsidRPr="0096400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  <w:t>LB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81CAC07" w14:textId="1E2E4426" w:rsidR="00DA2BB0" w:rsidRPr="0096400F" w:rsidRDefault="00FC767D" w:rsidP="00FC767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11,6 %</w:t>
            </w:r>
          </w:p>
        </w:tc>
        <w:tc>
          <w:tcPr>
            <w:tcW w:w="18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F00708C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232</w:t>
            </w:r>
          </w:p>
        </w:tc>
      </w:tr>
      <w:tr w:rsidR="00DA2BB0" w:rsidRPr="0096400F" w14:paraId="3D12670D" w14:textId="77777777" w:rsidTr="00F9728D">
        <w:trPr>
          <w:trHeight w:val="315"/>
        </w:trPr>
        <w:tc>
          <w:tcPr>
            <w:tcW w:w="150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0DE5328" w14:textId="304B5F9F" w:rsidR="00DA2BB0" w:rsidRPr="0096400F" w:rsidRDefault="005A0965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6400F">
              <w:rPr>
                <w:rFonts w:asciiTheme="minorHAnsi" w:hAnsiTheme="minorHAnsi"/>
                <w:b/>
                <w:color w:val="000000"/>
                <w:sz w:val="22"/>
              </w:rPr>
              <w:t>C.-B.</w:t>
            </w:r>
          </w:p>
        </w:tc>
        <w:tc>
          <w:tcPr>
            <w:tcW w:w="16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C28EDD7" w14:textId="10F42AC8" w:rsidR="00DA2BB0" w:rsidRPr="0096400F" w:rsidRDefault="00FC767D" w:rsidP="00FC767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13,1 %</w:t>
            </w:r>
          </w:p>
        </w:tc>
        <w:tc>
          <w:tcPr>
            <w:tcW w:w="189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9390F73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262</w:t>
            </w:r>
          </w:p>
        </w:tc>
      </w:tr>
      <w:tr w:rsidR="00DA2BB0" w:rsidRPr="0096400F" w14:paraId="0AB48462" w14:textId="77777777" w:rsidTr="00F9728D">
        <w:trPr>
          <w:trHeight w:val="315"/>
        </w:trPr>
        <w:tc>
          <w:tcPr>
            <w:tcW w:w="1502" w:type="pct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06082103" w14:textId="2215602F" w:rsidR="00DA2BB0" w:rsidRPr="0096400F" w:rsidRDefault="001A1492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6400F">
              <w:rPr>
                <w:rFonts w:asciiTheme="minorHAnsi" w:hAnsiTheme="minorHAnsi"/>
                <w:b/>
                <w:color w:val="000000"/>
                <w:sz w:val="22"/>
              </w:rPr>
              <w:t>Territoires</w:t>
            </w:r>
          </w:p>
        </w:tc>
        <w:tc>
          <w:tcPr>
            <w:tcW w:w="1600" w:type="pct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00E727EA" w14:textId="084ABEF0" w:rsidR="00DA2BB0" w:rsidRPr="0096400F" w:rsidRDefault="00FC767D" w:rsidP="00FC767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0,35 %</w:t>
            </w:r>
          </w:p>
        </w:tc>
        <w:tc>
          <w:tcPr>
            <w:tcW w:w="1898" w:type="pct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3EF2FBD9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</w:rPr>
              <w:t>7</w:t>
            </w:r>
          </w:p>
        </w:tc>
      </w:tr>
      <w:tr w:rsidR="00DA2BB0" w:rsidRPr="0096400F" w14:paraId="70EFC963" w14:textId="77777777" w:rsidTr="00F9728D">
        <w:trPr>
          <w:trHeight w:val="315"/>
        </w:trPr>
        <w:tc>
          <w:tcPr>
            <w:tcW w:w="1502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4A476CA8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600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312046B1" w14:textId="26C1DB00" w:rsidR="00DA2BB0" w:rsidRPr="0096400F" w:rsidRDefault="00FC767D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  <w:t>100 %</w:t>
            </w:r>
          </w:p>
        </w:tc>
        <w:tc>
          <w:tcPr>
            <w:tcW w:w="1898" w:type="pc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</w:tcPr>
          <w:p w14:paraId="3E44D017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6400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</w:rPr>
              <w:t>2000</w:t>
            </w:r>
          </w:p>
        </w:tc>
      </w:tr>
    </w:tbl>
    <w:p w14:paraId="3A0DBC4C" w14:textId="7777777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</w:rPr>
      </w:pPr>
      <w:bookmarkStart w:id="54" w:name="_Toc224359360"/>
    </w:p>
    <w:p w14:paraId="3BFD87A7" w14:textId="77777777" w:rsidR="00DA2BB0" w:rsidRPr="0096400F" w:rsidRDefault="00DA2BB0" w:rsidP="00087323">
      <w:pPr>
        <w:pStyle w:val="Titre1"/>
        <w:spacing w:line="240" w:lineRule="auto"/>
        <w:jc w:val="left"/>
        <w:rPr>
          <w:rFonts w:asciiTheme="minorHAnsi" w:hAnsiTheme="minorHAnsi" w:cstheme="minorHAnsi"/>
          <w:smallCaps/>
        </w:rPr>
      </w:pPr>
      <w:bookmarkStart w:id="55" w:name="_Toc104382364"/>
      <w:r w:rsidRPr="0096400F">
        <w:rPr>
          <w:rFonts w:asciiTheme="minorHAnsi" w:hAnsiTheme="minorHAnsi" w:cstheme="minorHAnsi"/>
          <w:smallCaps/>
        </w:rPr>
        <w:t>3. Invitations</w:t>
      </w:r>
      <w:bookmarkEnd w:id="55"/>
    </w:p>
    <w:p w14:paraId="0849D58F" w14:textId="7EDF4912" w:rsidR="00DA2BB0" w:rsidRPr="0096400F" w:rsidRDefault="00DA2BB0" w:rsidP="00DA2BB0">
      <w:pPr>
        <w:pStyle w:val="Titre3"/>
        <w:rPr>
          <w:lang w:val="fr-CA"/>
        </w:rPr>
      </w:pPr>
      <w:bookmarkStart w:id="56" w:name="_Toc511033670"/>
      <w:bookmarkStart w:id="57" w:name="_Toc104382365"/>
      <w:r w:rsidRPr="0096400F">
        <w:rPr>
          <w:lang w:val="fr-CA"/>
        </w:rPr>
        <w:t xml:space="preserve">3.1 </w:t>
      </w:r>
      <w:bookmarkEnd w:id="56"/>
      <w:r w:rsidR="006F6781" w:rsidRPr="0096400F">
        <w:rPr>
          <w:lang w:val="fr-CA"/>
        </w:rPr>
        <w:t xml:space="preserve">Détails des invitations et des rappels par courriel et </w:t>
      </w:r>
      <w:r w:rsidR="00FF476A" w:rsidRPr="0096400F">
        <w:rPr>
          <w:lang w:val="fr-CA"/>
        </w:rPr>
        <w:t>SMS</w:t>
      </w:r>
      <w:bookmarkEnd w:id="57"/>
    </w:p>
    <w:p w14:paraId="3A3B0455" w14:textId="77777777" w:rsidR="00ED5F06" w:rsidRPr="0096400F" w:rsidRDefault="00ED5F06" w:rsidP="00DC294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58" w:name="_Hlk68093513"/>
    </w:p>
    <w:p w14:paraId="3FC92361" w14:textId="599616B4" w:rsidR="00ED5F06" w:rsidRPr="0096400F" w:rsidRDefault="00ED5F06" w:rsidP="00DC294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 xml:space="preserve">Des invitations ont été envoyées par </w:t>
      </w:r>
      <w:r w:rsidR="00E83284" w:rsidRPr="0096400F">
        <w:rPr>
          <w:rFonts w:asciiTheme="minorHAnsi" w:hAnsiTheme="minorHAnsi"/>
          <w:sz w:val="22"/>
        </w:rPr>
        <w:t>SMS</w:t>
      </w:r>
      <w:r w:rsidRPr="0096400F">
        <w:rPr>
          <w:rFonts w:asciiTheme="minorHAnsi" w:hAnsiTheme="minorHAnsi"/>
          <w:sz w:val="22"/>
        </w:rPr>
        <w:t xml:space="preserve"> et regroupées par province pour veiller à ce qu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elles soient envoyées à des heures appropriées dans chaque fuseau horaire.</w:t>
      </w:r>
    </w:p>
    <w:bookmarkEnd w:id="58"/>
    <w:p w14:paraId="53877855" w14:textId="77777777" w:rsidR="00FD0C8F" w:rsidRPr="0096400F" w:rsidRDefault="00FD0C8F" w:rsidP="00DC294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58E3FCA8" w14:textId="118C08A2" w:rsidR="00FD0C8F" w:rsidRPr="0096400F" w:rsidRDefault="00FD0C8F" w:rsidP="00087323">
      <w:pPr>
        <w:spacing w:line="240" w:lineRule="auto"/>
        <w:jc w:val="left"/>
        <w:rPr>
          <w:rFonts w:asciiTheme="minorHAnsi" w:hAnsiTheme="minorHAnsi"/>
          <w:sz w:val="22"/>
        </w:rPr>
      </w:pPr>
      <w:r w:rsidRPr="0096400F">
        <w:rPr>
          <w:rFonts w:asciiTheme="minorHAnsi" w:hAnsiTheme="minorHAnsi"/>
          <w:sz w:val="22"/>
        </w:rPr>
        <w:t>Un message de rappel a été envoyé trois jours après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envoi de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invitation initiale aux personnes qui n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avaient pas rempli le questionnaire ou qui n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avaient pas été exclues du sondage. Jusqu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à deux messages de rappel ont été envoyés</w:t>
      </w:r>
      <w:r w:rsidR="001F39D5" w:rsidRPr="0096400F">
        <w:rPr>
          <w:rFonts w:asciiTheme="minorHAnsi" w:hAnsiTheme="minorHAnsi"/>
          <w:sz w:val="22"/>
        </w:rPr>
        <w:t>, sauf en Ontario</w:t>
      </w:r>
      <w:r w:rsidR="00C11E68" w:rsidRPr="0096400F">
        <w:rPr>
          <w:rFonts w:asciiTheme="minorHAnsi" w:hAnsiTheme="minorHAnsi"/>
          <w:sz w:val="22"/>
        </w:rPr>
        <w:t xml:space="preserve">, où les </w:t>
      </w:r>
      <w:r w:rsidR="00DA420A" w:rsidRPr="0096400F">
        <w:rPr>
          <w:rFonts w:asciiTheme="minorHAnsi" w:hAnsiTheme="minorHAnsi"/>
          <w:sz w:val="22"/>
        </w:rPr>
        <w:t>répondants éventuels ont reçu</w:t>
      </w:r>
      <w:r w:rsidR="00444679" w:rsidRPr="0096400F">
        <w:rPr>
          <w:rFonts w:asciiTheme="minorHAnsi" w:hAnsiTheme="minorHAnsi"/>
          <w:sz w:val="22"/>
        </w:rPr>
        <w:t xml:space="preserve"> jusqu</w:t>
      </w:r>
      <w:r w:rsidR="00F9728D" w:rsidRPr="0096400F">
        <w:rPr>
          <w:rFonts w:asciiTheme="minorHAnsi" w:hAnsiTheme="minorHAnsi"/>
          <w:sz w:val="22"/>
        </w:rPr>
        <w:t>’</w:t>
      </w:r>
      <w:r w:rsidR="00444679" w:rsidRPr="0096400F">
        <w:rPr>
          <w:rFonts w:asciiTheme="minorHAnsi" w:hAnsiTheme="minorHAnsi"/>
          <w:sz w:val="22"/>
        </w:rPr>
        <w:t>à</w:t>
      </w:r>
      <w:r w:rsidR="00DA420A" w:rsidRPr="0096400F">
        <w:rPr>
          <w:rFonts w:asciiTheme="minorHAnsi" w:hAnsiTheme="minorHAnsi"/>
          <w:sz w:val="22"/>
        </w:rPr>
        <w:t xml:space="preserve"> </w:t>
      </w:r>
      <w:r w:rsidR="009102C5" w:rsidRPr="0096400F">
        <w:rPr>
          <w:rFonts w:asciiTheme="minorHAnsi" w:hAnsiTheme="minorHAnsi"/>
          <w:sz w:val="22"/>
        </w:rPr>
        <w:t xml:space="preserve">trois </w:t>
      </w:r>
      <w:r w:rsidR="00DA420A" w:rsidRPr="0096400F">
        <w:rPr>
          <w:rFonts w:asciiTheme="minorHAnsi" w:hAnsiTheme="minorHAnsi"/>
          <w:sz w:val="22"/>
        </w:rPr>
        <w:t>messages de rappel.</w:t>
      </w:r>
      <w:r w:rsidRPr="0096400F">
        <w:rPr>
          <w:rFonts w:asciiTheme="minorHAnsi" w:hAnsiTheme="minorHAnsi"/>
          <w:sz w:val="22"/>
        </w:rPr>
        <w:t xml:space="preserve"> En tout, </w:t>
      </w:r>
      <w:r w:rsidR="003A659D" w:rsidRPr="0096400F">
        <w:rPr>
          <w:rFonts w:asciiTheme="minorHAnsi" w:hAnsiTheme="minorHAnsi" w:cstheme="minorHAnsi"/>
          <w:sz w:val="22"/>
          <w:szCs w:val="22"/>
        </w:rPr>
        <w:t>26</w:t>
      </w:r>
      <w:r w:rsidR="009102C5" w:rsidRPr="0096400F">
        <w:rPr>
          <w:rFonts w:asciiTheme="minorHAnsi" w:hAnsiTheme="minorHAnsi" w:cstheme="minorHAnsi"/>
          <w:sz w:val="22"/>
          <w:szCs w:val="22"/>
        </w:rPr>
        <w:t> </w:t>
      </w:r>
      <w:r w:rsidR="003A659D" w:rsidRPr="0096400F">
        <w:rPr>
          <w:rFonts w:asciiTheme="minorHAnsi" w:hAnsiTheme="minorHAnsi" w:cstheme="minorHAnsi"/>
          <w:sz w:val="22"/>
          <w:szCs w:val="22"/>
        </w:rPr>
        <w:t>042</w:t>
      </w:r>
      <w:r w:rsidR="009102C5" w:rsidRPr="0096400F">
        <w:rPr>
          <w:rFonts w:asciiTheme="minorHAnsi" w:hAnsiTheme="minorHAnsi" w:cstheme="minorHAnsi"/>
          <w:sz w:val="22"/>
          <w:szCs w:val="22"/>
        </w:rPr>
        <w:t> </w:t>
      </w:r>
      <w:r w:rsidR="00E83284" w:rsidRPr="0096400F">
        <w:rPr>
          <w:rFonts w:asciiTheme="minorHAnsi" w:hAnsiTheme="minorHAnsi"/>
          <w:sz w:val="22"/>
        </w:rPr>
        <w:t>SMS</w:t>
      </w:r>
      <w:r w:rsidRPr="0096400F">
        <w:rPr>
          <w:rFonts w:asciiTheme="minorHAnsi" w:hAnsiTheme="minorHAnsi"/>
          <w:sz w:val="22"/>
        </w:rPr>
        <w:t xml:space="preserve"> ont été envoyés au cours de la collecte de données </w:t>
      </w:r>
      <w:r w:rsidR="009102C5" w:rsidRPr="0096400F">
        <w:rPr>
          <w:rFonts w:asciiTheme="minorHAnsi" w:hAnsiTheme="minorHAnsi"/>
          <w:sz w:val="22"/>
        </w:rPr>
        <w:t>pour la présente étude.</w:t>
      </w:r>
    </w:p>
    <w:p w14:paraId="0A12C0A5" w14:textId="7777777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0C7524BB" w14:textId="73CECE07" w:rsidR="00DA2BB0" w:rsidRPr="0096400F" w:rsidRDefault="00DA2BB0" w:rsidP="00087323">
      <w:pPr>
        <w:pStyle w:val="Lgende"/>
        <w:keepNext/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Table</w:t>
      </w:r>
      <w:r w:rsidR="003A659D" w:rsidRPr="0096400F">
        <w:rPr>
          <w:rFonts w:asciiTheme="minorHAnsi" w:hAnsiTheme="minorHAnsi" w:cstheme="minorHAnsi"/>
          <w:sz w:val="22"/>
          <w:szCs w:val="22"/>
        </w:rPr>
        <w:t>au</w:t>
      </w:r>
      <w:r w:rsidRPr="0096400F">
        <w:rPr>
          <w:rFonts w:asciiTheme="minorHAnsi" w:hAnsiTheme="minorHAnsi" w:cstheme="minorHAnsi"/>
          <w:sz w:val="22"/>
          <w:szCs w:val="22"/>
        </w:rPr>
        <w:t xml:space="preserve"> 2</w:t>
      </w:r>
      <w:r w:rsidR="009102C5" w:rsidRPr="0096400F">
        <w:rPr>
          <w:rFonts w:asciiTheme="minorHAnsi" w:hAnsiTheme="minorHAnsi" w:cstheme="minorHAnsi"/>
          <w:sz w:val="22"/>
          <w:szCs w:val="22"/>
        </w:rPr>
        <w:t> </w:t>
      </w:r>
      <w:r w:rsidRPr="0096400F">
        <w:rPr>
          <w:rFonts w:asciiTheme="minorHAnsi" w:hAnsiTheme="minorHAnsi" w:cstheme="minorHAnsi"/>
          <w:sz w:val="22"/>
          <w:szCs w:val="22"/>
        </w:rPr>
        <w:t xml:space="preserve">: </w:t>
      </w:r>
      <w:r w:rsidR="00846C61" w:rsidRPr="0096400F">
        <w:rPr>
          <w:rFonts w:asciiTheme="minorHAnsi" w:hAnsiTheme="minorHAnsi"/>
          <w:sz w:val="22"/>
        </w:rPr>
        <w:t>Nombre d</w:t>
      </w:r>
      <w:r w:rsidR="00F9728D" w:rsidRPr="0096400F">
        <w:rPr>
          <w:rFonts w:asciiTheme="minorHAnsi" w:hAnsiTheme="minorHAnsi"/>
          <w:sz w:val="22"/>
        </w:rPr>
        <w:t>’</w:t>
      </w:r>
      <w:r w:rsidR="00846C61" w:rsidRPr="0096400F">
        <w:rPr>
          <w:rFonts w:asciiTheme="minorHAnsi" w:hAnsiTheme="minorHAnsi"/>
          <w:sz w:val="22"/>
        </w:rPr>
        <w:t xml:space="preserve">invitations et de rappels envoyés par </w:t>
      </w:r>
      <w:r w:rsidR="00444679" w:rsidRPr="0096400F">
        <w:rPr>
          <w:rFonts w:asciiTheme="minorHAnsi" w:hAnsiTheme="minorHAnsi"/>
          <w:sz w:val="22"/>
        </w:rPr>
        <w:t>SMS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505"/>
        <w:gridCol w:w="3976"/>
        <w:gridCol w:w="2925"/>
      </w:tblGrid>
      <w:tr w:rsidR="00DA2BB0" w:rsidRPr="0096400F" w14:paraId="5B42D940" w14:textId="77777777" w:rsidTr="008B5180">
        <w:trPr>
          <w:trHeight w:val="330"/>
          <w:jc w:val="center"/>
        </w:trPr>
        <w:tc>
          <w:tcPr>
            <w:tcW w:w="1331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050EC28C" w14:textId="09CB2189" w:rsidR="00DA2BB0" w:rsidRPr="0096400F" w:rsidRDefault="00B66505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en-CA"/>
              </w:rPr>
            </w:pPr>
            <w:r w:rsidRPr="0096400F">
              <w:rPr>
                <w:rFonts w:asciiTheme="minorHAnsi" w:hAnsiTheme="minorHAnsi"/>
                <w:b/>
                <w:sz w:val="22"/>
              </w:rPr>
              <w:t>I</w:t>
            </w:r>
            <w:r w:rsidR="00444679" w:rsidRPr="0096400F">
              <w:rPr>
                <w:rFonts w:asciiTheme="minorHAnsi" w:hAnsiTheme="minorHAnsi"/>
                <w:b/>
                <w:sz w:val="22"/>
              </w:rPr>
              <w:t>dentifiant</w:t>
            </w:r>
            <w:r w:rsidRPr="0096400F">
              <w:rPr>
                <w:rFonts w:asciiTheme="minorHAnsi" w:hAnsiTheme="minorHAnsi"/>
                <w:b/>
                <w:sz w:val="22"/>
              </w:rPr>
              <w:t xml:space="preserve"> du message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center"/>
          </w:tcPr>
          <w:p w14:paraId="224A3992" w14:textId="613022E8" w:rsidR="00DA2BB0" w:rsidRPr="0096400F" w:rsidRDefault="00B66505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en-CA"/>
              </w:rPr>
              <w:t>Objet</w:t>
            </w:r>
          </w:p>
        </w:tc>
        <w:tc>
          <w:tcPr>
            <w:tcW w:w="1555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148F5F2C" w14:textId="2500DC91" w:rsidR="00DA2BB0" w:rsidRPr="0096400F" w:rsidRDefault="00C005EB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en-CA"/>
              </w:rPr>
            </w:pPr>
            <w:r w:rsidRPr="0096400F">
              <w:rPr>
                <w:rFonts w:asciiTheme="minorHAnsi" w:hAnsiTheme="minorHAnsi"/>
                <w:b/>
                <w:sz w:val="22"/>
              </w:rPr>
              <w:t>Total de messages envoyés</w:t>
            </w:r>
          </w:p>
        </w:tc>
      </w:tr>
      <w:tr w:rsidR="00DA2BB0" w:rsidRPr="0096400F" w14:paraId="57297C2B" w14:textId="77777777" w:rsidTr="008B5180">
        <w:trPr>
          <w:trHeight w:val="315"/>
          <w:jc w:val="center"/>
        </w:trPr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9543EB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1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5B55C7" w14:textId="4BF24EDD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Invitation (</w:t>
            </w:r>
            <w:r w:rsidR="00444679"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anglais</w:t>
            </w:r>
            <w:r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)</w:t>
            </w:r>
          </w:p>
        </w:tc>
        <w:tc>
          <w:tcPr>
            <w:tcW w:w="155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DF6911A" w14:textId="3BEAF9E9" w:rsidR="00DA2BB0" w:rsidRPr="0096400F" w:rsidRDefault="00BD54FF" w:rsidP="00BD54FF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8 399</w:t>
            </w:r>
          </w:p>
        </w:tc>
      </w:tr>
      <w:tr w:rsidR="00DA2BB0" w:rsidRPr="0096400F" w14:paraId="768C4F64" w14:textId="77777777" w:rsidTr="008B5180">
        <w:trPr>
          <w:trHeight w:val="300"/>
          <w:jc w:val="center"/>
        </w:trPr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8D62C6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2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132802" w14:textId="0390BE19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Invitation (</w:t>
            </w:r>
            <w:r w:rsidR="00444679"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français</w:t>
            </w:r>
            <w:r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)</w:t>
            </w:r>
          </w:p>
        </w:tc>
        <w:tc>
          <w:tcPr>
            <w:tcW w:w="15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F2CC16" w14:textId="14A9E9C7" w:rsidR="00DA2BB0" w:rsidRPr="0096400F" w:rsidRDefault="00BD54FF" w:rsidP="00BD54FF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1 774</w:t>
            </w:r>
          </w:p>
        </w:tc>
      </w:tr>
      <w:tr w:rsidR="00DA2BB0" w:rsidRPr="0096400F" w14:paraId="12745025" w14:textId="77777777" w:rsidTr="008B5180">
        <w:trPr>
          <w:trHeight w:val="300"/>
          <w:jc w:val="center"/>
        </w:trPr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FCEA2A4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3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425C66" w14:textId="07D7BBF2" w:rsidR="00DA2BB0" w:rsidRPr="0096400F" w:rsidRDefault="000214A9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Rappel</w:t>
            </w:r>
            <w:r w:rsidR="00DA2BB0"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 xml:space="preserve"> 1 (</w:t>
            </w:r>
            <w:r w:rsidR="00444679"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anglais</w:t>
            </w:r>
            <w:r w:rsidR="00DA2BB0"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)</w:t>
            </w:r>
          </w:p>
        </w:tc>
        <w:tc>
          <w:tcPr>
            <w:tcW w:w="15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DDF8168" w14:textId="5778269D" w:rsidR="00DA2BB0" w:rsidRPr="0096400F" w:rsidRDefault="00BD54FF" w:rsidP="00BD54FF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6 323</w:t>
            </w:r>
          </w:p>
        </w:tc>
      </w:tr>
      <w:tr w:rsidR="00DA2BB0" w:rsidRPr="0096400F" w14:paraId="7F025FD8" w14:textId="77777777" w:rsidTr="008B5180">
        <w:trPr>
          <w:trHeight w:val="300"/>
          <w:jc w:val="center"/>
        </w:trPr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3335B5C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4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4448993" w14:textId="7B74893F" w:rsidR="00DA2BB0" w:rsidRPr="0096400F" w:rsidRDefault="000214A9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Rappel</w:t>
            </w:r>
            <w:r w:rsidR="00DA2BB0"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 xml:space="preserve"> 1 (</w:t>
            </w:r>
            <w:r w:rsidR="00444679"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français</w:t>
            </w:r>
            <w:r w:rsidR="00DA2BB0"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)</w:t>
            </w:r>
          </w:p>
        </w:tc>
        <w:tc>
          <w:tcPr>
            <w:tcW w:w="15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5EAC3C" w14:textId="3AF18DFD" w:rsidR="00DA2BB0" w:rsidRPr="0096400F" w:rsidRDefault="00BD54FF" w:rsidP="00BD54FF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1 344</w:t>
            </w:r>
          </w:p>
        </w:tc>
      </w:tr>
      <w:tr w:rsidR="00DA2BB0" w:rsidRPr="0096400F" w14:paraId="7570B6CE" w14:textId="77777777" w:rsidTr="008B5180">
        <w:trPr>
          <w:trHeight w:val="300"/>
          <w:jc w:val="center"/>
        </w:trPr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23F0CF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5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D9FB1C" w14:textId="5CC80005" w:rsidR="00DA2BB0" w:rsidRPr="0096400F" w:rsidRDefault="000214A9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Rappel</w:t>
            </w:r>
            <w:r w:rsidR="00DA2BB0"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 xml:space="preserve"> 2 (</w:t>
            </w:r>
            <w:r w:rsidR="00444679"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anglais</w:t>
            </w:r>
            <w:r w:rsidR="00DA2BB0"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)</w:t>
            </w:r>
          </w:p>
        </w:tc>
        <w:tc>
          <w:tcPr>
            <w:tcW w:w="15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8326B4" w14:textId="57C6F4ED" w:rsidR="00DA2BB0" w:rsidRPr="0096400F" w:rsidRDefault="00BD54FF" w:rsidP="00BD54FF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4 200</w:t>
            </w:r>
          </w:p>
        </w:tc>
      </w:tr>
      <w:tr w:rsidR="00DA2BB0" w:rsidRPr="0096400F" w14:paraId="7085D94D" w14:textId="77777777" w:rsidTr="008B5180">
        <w:trPr>
          <w:trHeight w:val="315"/>
          <w:jc w:val="center"/>
        </w:trPr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2200DD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6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87D3DC" w14:textId="2301E7DB" w:rsidR="00DA2BB0" w:rsidRPr="0096400F" w:rsidRDefault="000214A9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Rappel</w:t>
            </w:r>
            <w:r w:rsidR="00DA2BB0"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 xml:space="preserve"> 2 (</w:t>
            </w:r>
            <w:r w:rsidR="00444679"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français</w:t>
            </w:r>
            <w:r w:rsidR="00DA2BB0"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)</w:t>
            </w:r>
          </w:p>
        </w:tc>
        <w:tc>
          <w:tcPr>
            <w:tcW w:w="15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D773E3" w14:textId="172FF4C2" w:rsidR="00DA2BB0" w:rsidRPr="0096400F" w:rsidRDefault="00BD54FF" w:rsidP="00BD54FF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1 390</w:t>
            </w:r>
          </w:p>
        </w:tc>
      </w:tr>
      <w:tr w:rsidR="00DA2BB0" w:rsidRPr="0096400F" w14:paraId="4D4D398E" w14:textId="77777777" w:rsidTr="00DC294B">
        <w:trPr>
          <w:trHeight w:val="315"/>
          <w:jc w:val="center"/>
        </w:trPr>
        <w:tc>
          <w:tcPr>
            <w:tcW w:w="1331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59EE5954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7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vAlign w:val="center"/>
          </w:tcPr>
          <w:p w14:paraId="27E5DD2F" w14:textId="11B36BD0" w:rsidR="00DA2BB0" w:rsidRPr="0096400F" w:rsidRDefault="000214A9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Rappel</w:t>
            </w:r>
            <w:r w:rsidR="00DA2BB0"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 xml:space="preserve"> 3 (</w:t>
            </w:r>
            <w:r w:rsidR="00444679"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anglais</w:t>
            </w:r>
            <w:r w:rsidR="00DA2BB0"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 xml:space="preserve">) (Ontario </w:t>
            </w:r>
            <w:r w:rsidR="000C2C10"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seulem</w:t>
            </w:r>
            <w:r w:rsidR="00444679"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en</w:t>
            </w:r>
            <w:r w:rsidR="000C2C10"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t</w:t>
            </w:r>
            <w:r w:rsidR="00DA2BB0"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)</w:t>
            </w:r>
          </w:p>
        </w:tc>
        <w:tc>
          <w:tcPr>
            <w:tcW w:w="1555" w:type="pct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38631C9B" w14:textId="7802A950" w:rsidR="00DA2BB0" w:rsidRPr="0096400F" w:rsidRDefault="00BD54FF" w:rsidP="00BD54FF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sz w:val="22"/>
                <w:szCs w:val="22"/>
                <w:lang w:eastAsia="en-CA"/>
              </w:rPr>
              <w:t>2 612</w:t>
            </w:r>
          </w:p>
        </w:tc>
      </w:tr>
      <w:tr w:rsidR="00DA2BB0" w:rsidRPr="0096400F" w14:paraId="31AAEF40" w14:textId="77777777" w:rsidTr="00DC294B">
        <w:trPr>
          <w:trHeight w:val="315"/>
          <w:jc w:val="center"/>
        </w:trPr>
        <w:tc>
          <w:tcPr>
            <w:tcW w:w="1331" w:type="pct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26A5CEDC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en-CA"/>
              </w:rPr>
              <w:t>Total</w:t>
            </w:r>
          </w:p>
        </w:tc>
        <w:tc>
          <w:tcPr>
            <w:tcW w:w="2113" w:type="pct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vAlign w:val="center"/>
          </w:tcPr>
          <w:p w14:paraId="41FD9255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en-CA"/>
              </w:rPr>
            </w:pPr>
          </w:p>
        </w:tc>
        <w:tc>
          <w:tcPr>
            <w:tcW w:w="1555" w:type="pct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37E39A80" w14:textId="18DE3BD2" w:rsidR="00DA2BB0" w:rsidRPr="0096400F" w:rsidRDefault="00BD54FF" w:rsidP="00BD54FF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en-CA"/>
              </w:rPr>
              <w:t>26 042</w:t>
            </w:r>
          </w:p>
        </w:tc>
      </w:tr>
    </w:tbl>
    <w:p w14:paraId="7E4BB7B8" w14:textId="77777777" w:rsidR="00AE1C01" w:rsidRPr="0096400F" w:rsidRDefault="00AE1C01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59" w:name="_Hlk68093534"/>
    </w:p>
    <w:p w14:paraId="69350CB1" w14:textId="48EE51FC" w:rsidR="00AE1C01" w:rsidRPr="0096400F" w:rsidRDefault="00AE1C01" w:rsidP="00DC294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 xml:space="preserve">Un </w:t>
      </w:r>
      <w:r w:rsidR="008B5180" w:rsidRPr="0096400F">
        <w:rPr>
          <w:rFonts w:asciiTheme="minorHAnsi" w:hAnsiTheme="minorHAnsi"/>
          <w:sz w:val="22"/>
        </w:rPr>
        <w:t>prétest</w:t>
      </w:r>
      <w:r w:rsidR="000A407F" w:rsidRPr="0096400F">
        <w:rPr>
          <w:rFonts w:asciiTheme="minorHAnsi" w:hAnsiTheme="minorHAnsi"/>
          <w:sz w:val="22"/>
        </w:rPr>
        <w:t>, avant le lancement</w:t>
      </w:r>
      <w:r w:rsidR="008B5180" w:rsidRPr="0096400F">
        <w:rPr>
          <w:rFonts w:asciiTheme="minorHAnsi" w:hAnsiTheme="minorHAnsi"/>
          <w:sz w:val="22"/>
        </w:rPr>
        <w:t xml:space="preserve"> de la collecte de données</w:t>
      </w:r>
      <w:r w:rsidR="000A407F" w:rsidRPr="0096400F">
        <w:rPr>
          <w:rFonts w:asciiTheme="minorHAnsi" w:hAnsiTheme="minorHAnsi"/>
          <w:sz w:val="22"/>
        </w:rPr>
        <w:t>,</w:t>
      </w:r>
      <w:r w:rsidRPr="0096400F">
        <w:rPr>
          <w:rFonts w:asciiTheme="minorHAnsi" w:hAnsiTheme="minorHAnsi"/>
          <w:sz w:val="22"/>
        </w:rPr>
        <w:t xml:space="preserve"> a été effectué le</w:t>
      </w:r>
      <w:r w:rsidR="00BD54FF" w:rsidRPr="0096400F">
        <w:rPr>
          <w:rFonts w:asciiTheme="minorHAnsi" w:hAnsiTheme="minorHAnsi"/>
          <w:sz w:val="22"/>
        </w:rPr>
        <w:t xml:space="preserve"> </w:t>
      </w:r>
      <w:r w:rsidR="000A407F" w:rsidRPr="0096400F">
        <w:rPr>
          <w:rFonts w:asciiTheme="minorHAnsi" w:hAnsiTheme="minorHAnsi"/>
          <w:sz w:val="22"/>
        </w:rPr>
        <w:t>4</w:t>
      </w:r>
      <w:r w:rsidR="00BD54FF" w:rsidRPr="0096400F">
        <w:rPr>
          <w:rFonts w:asciiTheme="minorHAnsi" w:hAnsiTheme="minorHAnsi"/>
          <w:sz w:val="22"/>
        </w:rPr>
        <w:t> </w:t>
      </w:r>
      <w:r w:rsidR="000A407F" w:rsidRPr="0096400F">
        <w:rPr>
          <w:rFonts w:asciiTheme="minorHAnsi" w:hAnsiTheme="minorHAnsi"/>
          <w:sz w:val="22"/>
        </w:rPr>
        <w:t>avril 2022</w:t>
      </w:r>
      <w:r w:rsidRPr="0096400F">
        <w:rPr>
          <w:rFonts w:asciiTheme="minorHAnsi" w:hAnsiTheme="minorHAnsi"/>
          <w:sz w:val="22"/>
        </w:rPr>
        <w:t xml:space="preserve">. </w:t>
      </w:r>
      <w:r w:rsidR="005E042A" w:rsidRPr="0096400F">
        <w:rPr>
          <w:rFonts w:asciiTheme="minorHAnsi" w:hAnsiTheme="minorHAnsi"/>
          <w:sz w:val="22"/>
        </w:rPr>
        <w:t xml:space="preserve">Les répondants ont été invités à </w:t>
      </w:r>
      <w:r w:rsidRPr="0096400F">
        <w:rPr>
          <w:rFonts w:asciiTheme="minorHAnsi" w:hAnsiTheme="minorHAnsi"/>
          <w:sz w:val="22"/>
        </w:rPr>
        <w:t xml:space="preserve">formuler des commentaires sur le sondage. </w:t>
      </w:r>
      <w:r w:rsidR="008B5180" w:rsidRPr="0096400F">
        <w:rPr>
          <w:rFonts w:asciiTheme="minorHAnsi" w:hAnsiTheme="minorHAnsi"/>
          <w:sz w:val="22"/>
        </w:rPr>
        <w:t xml:space="preserve">Au total, </w:t>
      </w:r>
      <w:r w:rsidR="00274FF1" w:rsidRPr="0096400F">
        <w:rPr>
          <w:rFonts w:asciiTheme="minorHAnsi" w:hAnsiTheme="minorHAnsi"/>
          <w:sz w:val="22"/>
        </w:rPr>
        <w:t>18</w:t>
      </w:r>
      <w:r w:rsidRPr="0096400F">
        <w:rPr>
          <w:rFonts w:asciiTheme="minorHAnsi" w:hAnsiTheme="minorHAnsi"/>
          <w:sz w:val="22"/>
        </w:rPr>
        <w:t> questionnaires</w:t>
      </w:r>
      <w:r w:rsidR="00274FF1" w:rsidRPr="0096400F">
        <w:rPr>
          <w:rFonts w:asciiTheme="minorHAnsi" w:hAnsiTheme="minorHAnsi"/>
          <w:sz w:val="22"/>
        </w:rPr>
        <w:t xml:space="preserve"> en anglais et 24</w:t>
      </w:r>
      <w:r w:rsidR="00BD54FF" w:rsidRPr="0096400F">
        <w:rPr>
          <w:rFonts w:asciiTheme="minorHAnsi" w:hAnsiTheme="minorHAnsi"/>
          <w:sz w:val="22"/>
        </w:rPr>
        <w:t> </w:t>
      </w:r>
      <w:r w:rsidR="00274FF1" w:rsidRPr="0096400F">
        <w:rPr>
          <w:rFonts w:asciiTheme="minorHAnsi" w:hAnsiTheme="minorHAnsi"/>
          <w:sz w:val="22"/>
        </w:rPr>
        <w:t>questionnaires en français</w:t>
      </w:r>
      <w:r w:rsidR="00964FD9" w:rsidRPr="0096400F">
        <w:rPr>
          <w:rFonts w:asciiTheme="minorHAnsi" w:hAnsiTheme="minorHAnsi"/>
          <w:sz w:val="22"/>
        </w:rPr>
        <w:t xml:space="preserve"> </w:t>
      </w:r>
      <w:r w:rsidRPr="0096400F">
        <w:rPr>
          <w:rFonts w:asciiTheme="minorHAnsi" w:hAnsiTheme="minorHAnsi"/>
          <w:sz w:val="22"/>
        </w:rPr>
        <w:t>ont été remplis au cours d</w:t>
      </w:r>
      <w:r w:rsidR="008B5180" w:rsidRPr="0096400F">
        <w:rPr>
          <w:rFonts w:asciiTheme="minorHAnsi" w:hAnsiTheme="minorHAnsi"/>
          <w:sz w:val="22"/>
        </w:rPr>
        <w:t>u prétest</w:t>
      </w:r>
      <w:r w:rsidRPr="0096400F">
        <w:rPr>
          <w:rFonts w:asciiTheme="minorHAnsi" w:hAnsiTheme="minorHAnsi"/>
          <w:sz w:val="22"/>
        </w:rPr>
        <w:t xml:space="preserve">. </w:t>
      </w:r>
      <w:r w:rsidR="008B5180" w:rsidRPr="0096400F">
        <w:rPr>
          <w:rFonts w:asciiTheme="minorHAnsi" w:hAnsiTheme="minorHAnsi"/>
          <w:sz w:val="22"/>
        </w:rPr>
        <w:t>Pour chacune des langues du questionnaire, a</w:t>
      </w:r>
      <w:r w:rsidRPr="0096400F">
        <w:rPr>
          <w:rFonts w:asciiTheme="minorHAnsi" w:hAnsiTheme="minorHAnsi"/>
          <w:sz w:val="22"/>
        </w:rPr>
        <w:t>ucun problème n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a été relevé dans le questionnaire </w:t>
      </w:r>
      <w:r w:rsidR="001C3E77" w:rsidRPr="0096400F">
        <w:rPr>
          <w:rFonts w:asciiTheme="minorHAnsi" w:hAnsiTheme="minorHAnsi"/>
          <w:sz w:val="22"/>
        </w:rPr>
        <w:t>ni</w:t>
      </w:r>
      <w:r w:rsidRPr="0096400F">
        <w:rPr>
          <w:rFonts w:asciiTheme="minorHAnsi" w:hAnsiTheme="minorHAnsi"/>
          <w:sz w:val="22"/>
        </w:rPr>
        <w:t xml:space="preserve"> dans le processus de collecte de données lors </w:t>
      </w:r>
      <w:r w:rsidR="008B5180" w:rsidRPr="0096400F">
        <w:rPr>
          <w:rFonts w:asciiTheme="minorHAnsi" w:hAnsiTheme="minorHAnsi"/>
          <w:sz w:val="22"/>
        </w:rPr>
        <w:t>du prétest.</w:t>
      </w:r>
      <w:r w:rsidR="00BD54FF" w:rsidRPr="0096400F">
        <w:rPr>
          <w:rFonts w:asciiTheme="minorHAnsi" w:hAnsiTheme="minorHAnsi"/>
          <w:sz w:val="22"/>
        </w:rPr>
        <w:t xml:space="preserve"> Les données recueillies au cours du prétest ont été conservées pour l’analyse.</w:t>
      </w:r>
    </w:p>
    <w:p w14:paraId="3334DBE9" w14:textId="77777777" w:rsidR="00AE1C01" w:rsidRPr="0096400F" w:rsidRDefault="00AE1C01" w:rsidP="00DC294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164B7E32" w14:textId="35F5655E" w:rsidR="00AE1C01" w:rsidRPr="0096400F" w:rsidRDefault="00842BFD" w:rsidP="00DC294B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>Une adresse électronique et un numéro de téléphone d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assistance étaient </w:t>
      </w:r>
      <w:r w:rsidR="00A70B34" w:rsidRPr="0096400F">
        <w:rPr>
          <w:rFonts w:asciiTheme="minorHAnsi" w:hAnsiTheme="minorHAnsi"/>
          <w:sz w:val="22"/>
        </w:rPr>
        <w:t xml:space="preserve">indiqués </w:t>
      </w:r>
      <w:r w:rsidRPr="0096400F">
        <w:rPr>
          <w:rFonts w:asciiTheme="minorHAnsi" w:hAnsiTheme="minorHAnsi"/>
          <w:sz w:val="22"/>
        </w:rPr>
        <w:t xml:space="preserve">dans le questionnaire pour tout problème technique. </w:t>
      </w:r>
      <w:r w:rsidR="008626D5" w:rsidRPr="0096400F">
        <w:rPr>
          <w:rFonts w:asciiTheme="minorHAnsi" w:hAnsiTheme="minorHAnsi"/>
          <w:sz w:val="22"/>
        </w:rPr>
        <w:t>Chaque questionnaire comportait un numéro unique intégré dans l</w:t>
      </w:r>
      <w:r w:rsidR="00F9728D" w:rsidRPr="0096400F">
        <w:rPr>
          <w:rFonts w:asciiTheme="minorHAnsi" w:hAnsiTheme="minorHAnsi"/>
          <w:sz w:val="22"/>
        </w:rPr>
        <w:t>’</w:t>
      </w:r>
      <w:r w:rsidR="008626D5" w:rsidRPr="0096400F">
        <w:rPr>
          <w:rFonts w:asciiTheme="minorHAnsi" w:hAnsiTheme="minorHAnsi"/>
          <w:sz w:val="22"/>
        </w:rPr>
        <w:t>hyperlien afin d</w:t>
      </w:r>
      <w:r w:rsidR="00F9728D" w:rsidRPr="0096400F">
        <w:rPr>
          <w:rFonts w:asciiTheme="minorHAnsi" w:hAnsiTheme="minorHAnsi"/>
          <w:sz w:val="22"/>
        </w:rPr>
        <w:t>’</w:t>
      </w:r>
      <w:r w:rsidR="008626D5" w:rsidRPr="0096400F">
        <w:rPr>
          <w:rFonts w:asciiTheme="minorHAnsi" w:hAnsiTheme="minorHAnsi"/>
          <w:sz w:val="22"/>
        </w:rPr>
        <w:t>éliminer la possibilité de réponses doubles d</w:t>
      </w:r>
      <w:r w:rsidR="00F9728D" w:rsidRPr="0096400F">
        <w:rPr>
          <w:rFonts w:asciiTheme="minorHAnsi" w:hAnsiTheme="minorHAnsi"/>
          <w:sz w:val="22"/>
        </w:rPr>
        <w:t>’</w:t>
      </w:r>
      <w:r w:rsidR="008626D5" w:rsidRPr="0096400F">
        <w:rPr>
          <w:rFonts w:asciiTheme="minorHAnsi" w:hAnsiTheme="minorHAnsi"/>
          <w:sz w:val="22"/>
        </w:rPr>
        <w:t>un même participant.</w:t>
      </w:r>
    </w:p>
    <w:p w14:paraId="4B80ED65" w14:textId="7777777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0286D18A" w14:textId="631F01D6" w:rsidR="008D36CE" w:rsidRPr="0096400F" w:rsidRDefault="00DA2BB0" w:rsidP="008B5180">
      <w:pPr>
        <w:pStyle w:val="Titre1"/>
        <w:spacing w:line="240" w:lineRule="auto"/>
        <w:jc w:val="left"/>
        <w:rPr>
          <w:rFonts w:asciiTheme="minorHAnsi" w:hAnsiTheme="minorHAnsi"/>
        </w:rPr>
      </w:pPr>
      <w:bookmarkStart w:id="60" w:name="_Toc511033672"/>
      <w:bookmarkStart w:id="61" w:name="_Toc104382366"/>
      <w:bookmarkEnd w:id="59"/>
      <w:r w:rsidRPr="0096400F">
        <w:rPr>
          <w:rFonts w:asciiTheme="minorHAnsi" w:hAnsiTheme="minorHAnsi" w:cstheme="minorHAnsi"/>
        </w:rPr>
        <w:t xml:space="preserve">4. </w:t>
      </w:r>
      <w:bookmarkEnd w:id="54"/>
      <w:bookmarkEnd w:id="60"/>
      <w:r w:rsidR="002978C0" w:rsidRPr="0096400F">
        <w:rPr>
          <w:rFonts w:asciiTheme="minorHAnsi" w:hAnsiTheme="minorHAnsi"/>
        </w:rPr>
        <w:t>Nombre de questionnaires remplis et nombre visé</w:t>
      </w:r>
      <w:bookmarkStart w:id="62" w:name="_Hlk68093555"/>
      <w:bookmarkEnd w:id="61"/>
    </w:p>
    <w:p w14:paraId="73C5F3FC" w14:textId="428AB6EE" w:rsidR="008C1C5A" w:rsidRPr="0096400F" w:rsidRDefault="008C1C5A" w:rsidP="00933108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 xml:space="preserve">En tout, </w:t>
      </w:r>
      <w:r w:rsidR="00FB59D6" w:rsidRPr="0096400F">
        <w:rPr>
          <w:rFonts w:asciiTheme="minorHAnsi" w:hAnsiTheme="minorHAnsi" w:cstheme="minorHAnsi"/>
          <w:sz w:val="22"/>
          <w:szCs w:val="22"/>
        </w:rPr>
        <w:t>10</w:t>
      </w:r>
      <w:r w:rsidR="00BD54FF" w:rsidRPr="0096400F">
        <w:rPr>
          <w:rFonts w:asciiTheme="minorHAnsi" w:hAnsiTheme="minorHAnsi" w:cstheme="minorHAnsi"/>
          <w:sz w:val="22"/>
          <w:szCs w:val="22"/>
        </w:rPr>
        <w:t> </w:t>
      </w:r>
      <w:r w:rsidR="00FB59D6" w:rsidRPr="0096400F">
        <w:rPr>
          <w:rFonts w:asciiTheme="minorHAnsi" w:hAnsiTheme="minorHAnsi" w:cstheme="minorHAnsi"/>
          <w:sz w:val="22"/>
          <w:szCs w:val="22"/>
        </w:rPr>
        <w:t>173</w:t>
      </w:r>
      <w:r w:rsidR="00BD54FF" w:rsidRPr="0096400F">
        <w:rPr>
          <w:rFonts w:asciiTheme="minorHAnsi" w:hAnsiTheme="minorHAnsi" w:cstheme="minorHAnsi"/>
          <w:sz w:val="22"/>
          <w:szCs w:val="22"/>
        </w:rPr>
        <w:t> </w:t>
      </w:r>
      <w:r w:rsidRPr="0096400F">
        <w:rPr>
          <w:rFonts w:asciiTheme="minorHAnsi" w:hAnsiTheme="minorHAnsi"/>
          <w:sz w:val="22"/>
        </w:rPr>
        <w:t xml:space="preserve">Canadiens ont été invités à participer au sondage en ligne. Le temps moyen </w:t>
      </w:r>
      <w:r w:rsidR="00BD54FF" w:rsidRPr="0096400F">
        <w:rPr>
          <w:rFonts w:asciiTheme="minorHAnsi" w:hAnsiTheme="minorHAnsi"/>
          <w:sz w:val="22"/>
        </w:rPr>
        <w:t xml:space="preserve">nécessaire </w:t>
      </w:r>
      <w:r w:rsidRPr="0096400F">
        <w:rPr>
          <w:rFonts w:asciiTheme="minorHAnsi" w:hAnsiTheme="minorHAnsi"/>
          <w:sz w:val="22"/>
        </w:rPr>
        <w:t xml:space="preserve">pour répondre au questionnaire était de </w:t>
      </w:r>
      <w:r w:rsidR="00347CB2" w:rsidRPr="0096400F">
        <w:rPr>
          <w:rFonts w:asciiTheme="minorHAnsi" w:hAnsiTheme="minorHAnsi"/>
          <w:sz w:val="22"/>
        </w:rPr>
        <w:t>7</w:t>
      </w:r>
      <w:r w:rsidRPr="0096400F">
        <w:rPr>
          <w:rFonts w:asciiTheme="minorHAnsi" w:hAnsiTheme="minorHAnsi"/>
          <w:sz w:val="22"/>
        </w:rPr>
        <w:t xml:space="preserve"> minutes. </w:t>
      </w:r>
      <w:r w:rsidR="00BD54FF" w:rsidRPr="0096400F">
        <w:rPr>
          <w:rFonts w:asciiTheme="minorHAnsi" w:hAnsiTheme="minorHAnsi" w:cstheme="minorHAnsi"/>
          <w:sz w:val="22"/>
          <w:szCs w:val="22"/>
        </w:rPr>
        <w:t xml:space="preserve">Au total, </w:t>
      </w:r>
      <w:r w:rsidR="00347CB2" w:rsidRPr="0096400F">
        <w:rPr>
          <w:rFonts w:asciiTheme="minorHAnsi" w:hAnsiTheme="minorHAnsi" w:cstheme="minorHAnsi"/>
          <w:sz w:val="22"/>
          <w:szCs w:val="22"/>
        </w:rPr>
        <w:t>2</w:t>
      </w:r>
      <w:r w:rsidR="00BD54FF" w:rsidRPr="0096400F">
        <w:rPr>
          <w:rFonts w:asciiTheme="minorHAnsi" w:hAnsiTheme="minorHAnsi" w:cstheme="minorHAnsi"/>
          <w:sz w:val="22"/>
          <w:szCs w:val="22"/>
        </w:rPr>
        <w:t> </w:t>
      </w:r>
      <w:r w:rsidR="00347CB2" w:rsidRPr="0096400F">
        <w:rPr>
          <w:rFonts w:asciiTheme="minorHAnsi" w:hAnsiTheme="minorHAnsi" w:cstheme="minorHAnsi"/>
          <w:sz w:val="22"/>
          <w:szCs w:val="22"/>
        </w:rPr>
        <w:t>072</w:t>
      </w:r>
      <w:r w:rsidR="00BD54FF" w:rsidRPr="0096400F">
        <w:rPr>
          <w:rFonts w:asciiTheme="minorHAnsi" w:hAnsiTheme="minorHAnsi" w:cstheme="minorHAnsi"/>
          <w:sz w:val="22"/>
          <w:szCs w:val="22"/>
        </w:rPr>
        <w:t> </w:t>
      </w:r>
      <w:r w:rsidRPr="0096400F">
        <w:rPr>
          <w:rFonts w:asciiTheme="minorHAnsi" w:hAnsiTheme="minorHAnsi"/>
          <w:sz w:val="22"/>
        </w:rPr>
        <w:t>questionnaires en ligne ont été remplis au cours de la période de collecte de données.</w:t>
      </w:r>
    </w:p>
    <w:bookmarkEnd w:id="62"/>
    <w:p w14:paraId="6955C30F" w14:textId="77777777" w:rsidR="00DA2BB0" w:rsidRPr="0096400F" w:rsidRDefault="00DA2BB0" w:rsidP="00087323">
      <w:pPr>
        <w:shd w:val="clear" w:color="auto" w:fill="FFFFFF"/>
        <w:spacing w:line="240" w:lineRule="auto"/>
        <w:jc w:val="left"/>
        <w:rPr>
          <w:rFonts w:asciiTheme="minorHAnsi" w:hAnsiTheme="minorHAnsi" w:cstheme="minorHAnsi"/>
          <w:color w:val="000000"/>
          <w:sz w:val="22"/>
          <w:szCs w:val="22"/>
        </w:rPr>
      </w:pPr>
    </w:p>
    <w:p w14:paraId="1A2902CC" w14:textId="511C022B" w:rsidR="00DA2BB0" w:rsidRPr="0096400F" w:rsidRDefault="00DA2BB0" w:rsidP="00DA2BB0">
      <w:pPr>
        <w:pStyle w:val="Titre3"/>
        <w:rPr>
          <w:lang w:val="fr-CA"/>
        </w:rPr>
      </w:pPr>
      <w:bookmarkStart w:id="63" w:name="_Toc104382367"/>
      <w:bookmarkStart w:id="64" w:name="_Toc224359364"/>
      <w:r w:rsidRPr="0096400F">
        <w:rPr>
          <w:lang w:val="fr-CA"/>
        </w:rPr>
        <w:t xml:space="preserve">4.1 </w:t>
      </w:r>
      <w:r w:rsidR="008B0688" w:rsidRPr="0096400F">
        <w:rPr>
          <w:lang w:val="fr-CA"/>
        </w:rPr>
        <w:t>Nombre de questionnaires remplis et nombre visé</w:t>
      </w:r>
      <w:bookmarkEnd w:id="63"/>
    </w:p>
    <w:p w14:paraId="325D189D" w14:textId="7777777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388603F8" w14:textId="2A3167FA" w:rsidR="00DA2BB0" w:rsidRPr="0096400F" w:rsidRDefault="00DA2BB0" w:rsidP="00087323">
      <w:pPr>
        <w:pStyle w:val="Lgende"/>
        <w:keepNext/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Table</w:t>
      </w:r>
      <w:r w:rsidR="008B0688" w:rsidRPr="0096400F">
        <w:rPr>
          <w:rFonts w:asciiTheme="minorHAnsi" w:hAnsiTheme="minorHAnsi" w:cstheme="minorHAnsi"/>
          <w:sz w:val="22"/>
          <w:szCs w:val="22"/>
        </w:rPr>
        <w:t>au</w:t>
      </w:r>
      <w:r w:rsidRPr="0096400F">
        <w:rPr>
          <w:rFonts w:asciiTheme="minorHAnsi" w:hAnsiTheme="minorHAnsi" w:cstheme="minorHAnsi"/>
          <w:sz w:val="22"/>
          <w:szCs w:val="22"/>
        </w:rPr>
        <w:t xml:space="preserve"> 3</w:t>
      </w:r>
      <w:r w:rsidR="006A644D" w:rsidRPr="0096400F">
        <w:rPr>
          <w:rFonts w:asciiTheme="minorHAnsi" w:hAnsiTheme="minorHAnsi" w:cstheme="minorHAnsi"/>
          <w:sz w:val="22"/>
          <w:szCs w:val="22"/>
        </w:rPr>
        <w:t> </w:t>
      </w:r>
      <w:r w:rsidRPr="0096400F">
        <w:rPr>
          <w:rFonts w:asciiTheme="minorHAnsi" w:hAnsiTheme="minorHAnsi" w:cstheme="minorHAnsi"/>
          <w:sz w:val="22"/>
          <w:szCs w:val="22"/>
        </w:rPr>
        <w:t xml:space="preserve">: </w:t>
      </w:r>
      <w:r w:rsidR="00C87DB7" w:rsidRPr="0096400F">
        <w:rPr>
          <w:rFonts w:asciiTheme="minorHAnsi" w:hAnsiTheme="minorHAnsi"/>
          <w:sz w:val="22"/>
        </w:rPr>
        <w:t>Nombre de questionnaires remplis et nombre visé de questionnaires remplis par province</w:t>
      </w:r>
    </w:p>
    <w:tbl>
      <w:tblPr>
        <w:tblStyle w:val="PlainTable21"/>
        <w:tblpPr w:leftFromText="180" w:rightFromText="180" w:vertAnchor="text" w:horzAnchor="margin" w:tblpXSpec="center" w:tblpY="69"/>
        <w:tblW w:w="5000" w:type="pct"/>
        <w:tblLook w:val="04A0" w:firstRow="1" w:lastRow="0" w:firstColumn="1" w:lastColumn="0" w:noHBand="0" w:noVBand="1"/>
      </w:tblPr>
      <w:tblGrid>
        <w:gridCol w:w="3919"/>
        <w:gridCol w:w="2812"/>
        <w:gridCol w:w="2675"/>
      </w:tblGrid>
      <w:tr w:rsidR="00DA2BB0" w:rsidRPr="0096400F" w14:paraId="0C8605B4" w14:textId="77777777" w:rsidTr="00F972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pct"/>
            <w:tcBorders>
              <w:top w:val="double" w:sz="4" w:space="0" w:color="auto"/>
              <w:bottom w:val="double" w:sz="6" w:space="0" w:color="auto"/>
            </w:tcBorders>
            <w:noWrap/>
            <w:vAlign w:val="center"/>
          </w:tcPr>
          <w:bookmarkEnd w:id="64"/>
          <w:p w14:paraId="08531F22" w14:textId="2E689C7A" w:rsidR="00DA2BB0" w:rsidRPr="0096400F" w:rsidRDefault="00DA2BB0" w:rsidP="00F9728D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96400F">
              <w:rPr>
                <w:rFonts w:asciiTheme="minorHAnsi" w:hAnsiTheme="minorHAnsi" w:cstheme="minorHAnsi"/>
                <w:sz w:val="22"/>
                <w:szCs w:val="22"/>
              </w:rPr>
              <w:t>Province/R</w:t>
            </w:r>
            <w:r w:rsidR="00C87DB7" w:rsidRPr="0096400F">
              <w:rPr>
                <w:rFonts w:asciiTheme="minorHAnsi" w:hAnsiTheme="minorHAnsi" w:cstheme="minorHAnsi"/>
                <w:sz w:val="22"/>
                <w:szCs w:val="22"/>
              </w:rPr>
              <w:t>é</w:t>
            </w:r>
            <w:r w:rsidRPr="0096400F">
              <w:rPr>
                <w:rFonts w:asciiTheme="minorHAnsi" w:hAnsiTheme="minorHAnsi" w:cstheme="minorHAnsi"/>
                <w:sz w:val="22"/>
                <w:szCs w:val="22"/>
              </w:rPr>
              <w:t>gion</w:t>
            </w:r>
          </w:p>
        </w:tc>
        <w:tc>
          <w:tcPr>
            <w:tcW w:w="1495" w:type="pct"/>
            <w:tcBorders>
              <w:top w:val="double" w:sz="4" w:space="0" w:color="auto"/>
              <w:bottom w:val="double" w:sz="6" w:space="0" w:color="auto"/>
            </w:tcBorders>
            <w:vAlign w:val="center"/>
          </w:tcPr>
          <w:p w14:paraId="77DE0D40" w14:textId="724ADDBE" w:rsidR="00DA2BB0" w:rsidRPr="0096400F" w:rsidRDefault="00367CF3" w:rsidP="00F9728D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hAnsiTheme="minorHAnsi"/>
                <w:bCs w:val="0"/>
                <w:color w:val="000000"/>
                <w:sz w:val="22"/>
              </w:rPr>
              <w:t>Nombre de questionnaires remplis en ligne</w:t>
            </w:r>
          </w:p>
        </w:tc>
        <w:tc>
          <w:tcPr>
            <w:tcW w:w="1422" w:type="pct"/>
            <w:tcBorders>
              <w:top w:val="double" w:sz="4" w:space="0" w:color="auto"/>
              <w:bottom w:val="double" w:sz="6" w:space="0" w:color="auto"/>
            </w:tcBorders>
            <w:vAlign w:val="center"/>
          </w:tcPr>
          <w:p w14:paraId="1CAF4F68" w14:textId="31DA5475" w:rsidR="00DA2BB0" w:rsidRPr="0096400F" w:rsidRDefault="00175B0C" w:rsidP="00F9728D">
            <w:pPr>
              <w:spacing w:line="24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hAnsiTheme="minorHAnsi"/>
                <w:bCs w:val="0"/>
                <w:color w:val="000000"/>
                <w:sz w:val="22"/>
              </w:rPr>
              <w:t>Nombre visé</w:t>
            </w:r>
          </w:p>
        </w:tc>
      </w:tr>
      <w:tr w:rsidR="00DA2BB0" w:rsidRPr="0096400F" w14:paraId="5E9FCF13" w14:textId="77777777" w:rsidTr="00F97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pct"/>
            <w:tcBorders>
              <w:top w:val="double" w:sz="6" w:space="0" w:color="auto"/>
            </w:tcBorders>
            <w:noWrap/>
            <w:vAlign w:val="center"/>
          </w:tcPr>
          <w:p w14:paraId="0C95715B" w14:textId="0A9BD396" w:rsidR="00DA2BB0" w:rsidRPr="0096400F" w:rsidRDefault="00E509D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hAnsiTheme="minorHAnsi"/>
                <w:b w:val="0"/>
                <w:color w:val="000000"/>
                <w:sz w:val="22"/>
              </w:rPr>
              <w:t>Nouvelle-Écosse</w:t>
            </w:r>
          </w:p>
        </w:tc>
        <w:tc>
          <w:tcPr>
            <w:tcW w:w="1495" w:type="pct"/>
            <w:tcBorders>
              <w:top w:val="double" w:sz="6" w:space="0" w:color="auto"/>
            </w:tcBorders>
            <w:vAlign w:val="center"/>
          </w:tcPr>
          <w:p w14:paraId="5C2A74EB" w14:textId="77777777" w:rsidR="00DA2BB0" w:rsidRPr="0096400F" w:rsidRDefault="00DA2BB0" w:rsidP="00F9728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  <w:t>73</w:t>
            </w:r>
          </w:p>
        </w:tc>
        <w:tc>
          <w:tcPr>
            <w:tcW w:w="1422" w:type="pct"/>
            <w:tcBorders>
              <w:top w:val="double" w:sz="6" w:space="0" w:color="auto"/>
            </w:tcBorders>
            <w:vAlign w:val="center"/>
          </w:tcPr>
          <w:p w14:paraId="63D43270" w14:textId="77777777" w:rsidR="00DA2BB0" w:rsidRPr="0096400F" w:rsidRDefault="00DA2BB0" w:rsidP="00F9728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  <w:t>52</w:t>
            </w:r>
          </w:p>
        </w:tc>
      </w:tr>
      <w:tr w:rsidR="00DA2BB0" w:rsidRPr="0096400F" w14:paraId="09D1349D" w14:textId="77777777" w:rsidTr="00F9728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pct"/>
            <w:noWrap/>
            <w:vAlign w:val="center"/>
          </w:tcPr>
          <w:p w14:paraId="33D7E452" w14:textId="33985DCE" w:rsidR="00DA2BB0" w:rsidRPr="0096400F" w:rsidRDefault="00EE720E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hAnsiTheme="minorHAnsi"/>
                <w:b w:val="0"/>
                <w:color w:val="000000"/>
                <w:sz w:val="22"/>
              </w:rPr>
              <w:t>Terre-Neuve-et-Labrador</w:t>
            </w:r>
          </w:p>
        </w:tc>
        <w:tc>
          <w:tcPr>
            <w:tcW w:w="1495" w:type="pct"/>
            <w:vAlign w:val="center"/>
          </w:tcPr>
          <w:p w14:paraId="7C5EDE26" w14:textId="77777777" w:rsidR="00DA2BB0" w:rsidRPr="0096400F" w:rsidRDefault="00DA2BB0" w:rsidP="00F9728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  <w:t>16</w:t>
            </w:r>
          </w:p>
        </w:tc>
        <w:tc>
          <w:tcPr>
            <w:tcW w:w="1422" w:type="pct"/>
            <w:vAlign w:val="center"/>
          </w:tcPr>
          <w:p w14:paraId="5E7D5921" w14:textId="77777777" w:rsidR="00DA2BB0" w:rsidRPr="0096400F" w:rsidRDefault="00DA2BB0" w:rsidP="00F9728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  <w:t>28</w:t>
            </w:r>
          </w:p>
        </w:tc>
      </w:tr>
      <w:tr w:rsidR="00DA2BB0" w:rsidRPr="0096400F" w14:paraId="02A38132" w14:textId="77777777" w:rsidTr="00F97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pct"/>
            <w:noWrap/>
            <w:vAlign w:val="center"/>
          </w:tcPr>
          <w:p w14:paraId="39DC148C" w14:textId="7372D4EC" w:rsidR="00DA2BB0" w:rsidRPr="0096400F" w:rsidRDefault="000B5E1A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hAnsiTheme="minorHAnsi"/>
                <w:b w:val="0"/>
                <w:color w:val="000000"/>
                <w:sz w:val="22"/>
              </w:rPr>
              <w:t>Nouveau-Brunswick</w:t>
            </w:r>
          </w:p>
        </w:tc>
        <w:tc>
          <w:tcPr>
            <w:tcW w:w="1495" w:type="pct"/>
            <w:vAlign w:val="center"/>
          </w:tcPr>
          <w:p w14:paraId="4B0D0A76" w14:textId="77777777" w:rsidR="00DA2BB0" w:rsidRPr="0096400F" w:rsidRDefault="00DA2BB0" w:rsidP="00F9728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  <w:t>43</w:t>
            </w:r>
          </w:p>
        </w:tc>
        <w:tc>
          <w:tcPr>
            <w:tcW w:w="1422" w:type="pct"/>
            <w:vAlign w:val="center"/>
          </w:tcPr>
          <w:p w14:paraId="4E573545" w14:textId="77777777" w:rsidR="00DA2BB0" w:rsidRPr="0096400F" w:rsidRDefault="00DA2BB0" w:rsidP="00F9728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  <w:t>42</w:t>
            </w:r>
          </w:p>
        </w:tc>
      </w:tr>
      <w:tr w:rsidR="00DA2BB0" w:rsidRPr="0096400F" w14:paraId="4736BCC0" w14:textId="77777777" w:rsidTr="00F9728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pct"/>
            <w:noWrap/>
            <w:vAlign w:val="center"/>
          </w:tcPr>
          <w:p w14:paraId="55A00892" w14:textId="6D388DC1" w:rsidR="00DA2BB0" w:rsidRPr="0096400F" w:rsidRDefault="001265C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hAnsiTheme="minorHAnsi"/>
                <w:b w:val="0"/>
                <w:color w:val="000000"/>
                <w:sz w:val="22"/>
              </w:rPr>
              <w:t>Île-du-Prince-Édouard</w:t>
            </w:r>
          </w:p>
        </w:tc>
        <w:tc>
          <w:tcPr>
            <w:tcW w:w="1495" w:type="pct"/>
            <w:vAlign w:val="center"/>
          </w:tcPr>
          <w:p w14:paraId="7775A5BA" w14:textId="77777777" w:rsidR="00DA2BB0" w:rsidRPr="0096400F" w:rsidRDefault="00DA2BB0" w:rsidP="00F9728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  <w:t>13</w:t>
            </w:r>
          </w:p>
        </w:tc>
        <w:tc>
          <w:tcPr>
            <w:tcW w:w="1422" w:type="pct"/>
            <w:vAlign w:val="center"/>
          </w:tcPr>
          <w:p w14:paraId="7763B57F" w14:textId="77777777" w:rsidR="00DA2BB0" w:rsidRPr="0096400F" w:rsidRDefault="00DA2BB0" w:rsidP="00F9728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  <w:t>9</w:t>
            </w:r>
          </w:p>
        </w:tc>
      </w:tr>
      <w:tr w:rsidR="00DA2BB0" w:rsidRPr="0096400F" w14:paraId="772FA9EF" w14:textId="77777777" w:rsidTr="00F97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pct"/>
            <w:noWrap/>
            <w:vAlign w:val="center"/>
          </w:tcPr>
          <w:p w14:paraId="19F3F615" w14:textId="1044589F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en-CA"/>
              </w:rPr>
              <w:t>Qu</w:t>
            </w:r>
            <w:r w:rsidR="001265C0" w:rsidRPr="0096400F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en-CA"/>
              </w:rPr>
              <w:t>é</w:t>
            </w:r>
            <w:r w:rsidRPr="0096400F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en-CA"/>
              </w:rPr>
              <w:t>bec</w:t>
            </w:r>
          </w:p>
        </w:tc>
        <w:tc>
          <w:tcPr>
            <w:tcW w:w="1495" w:type="pct"/>
            <w:vAlign w:val="center"/>
          </w:tcPr>
          <w:p w14:paraId="3F343F6C" w14:textId="77777777" w:rsidR="00DA2BB0" w:rsidRPr="0096400F" w:rsidRDefault="00DA2BB0" w:rsidP="00F9728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  <w:t>472</w:t>
            </w:r>
          </w:p>
        </w:tc>
        <w:tc>
          <w:tcPr>
            <w:tcW w:w="1422" w:type="pct"/>
            <w:vAlign w:val="center"/>
          </w:tcPr>
          <w:p w14:paraId="5271EA20" w14:textId="77777777" w:rsidR="00DA2BB0" w:rsidRPr="0096400F" w:rsidRDefault="00DA2BB0" w:rsidP="00F9728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  <w:t>458</w:t>
            </w:r>
          </w:p>
        </w:tc>
      </w:tr>
      <w:tr w:rsidR="00DA2BB0" w:rsidRPr="0096400F" w14:paraId="3601F4CA" w14:textId="77777777" w:rsidTr="00F9728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pct"/>
            <w:noWrap/>
            <w:vAlign w:val="center"/>
          </w:tcPr>
          <w:p w14:paraId="7A972DA2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en-CA"/>
              </w:rPr>
              <w:t>Ontario</w:t>
            </w:r>
          </w:p>
        </w:tc>
        <w:tc>
          <w:tcPr>
            <w:tcW w:w="1495" w:type="pct"/>
            <w:vAlign w:val="center"/>
          </w:tcPr>
          <w:p w14:paraId="14BE8AC7" w14:textId="77777777" w:rsidR="00DA2BB0" w:rsidRPr="0096400F" w:rsidRDefault="00DA2BB0" w:rsidP="00F9728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  <w:t>777</w:t>
            </w:r>
          </w:p>
        </w:tc>
        <w:tc>
          <w:tcPr>
            <w:tcW w:w="1422" w:type="pct"/>
            <w:vAlign w:val="center"/>
          </w:tcPr>
          <w:p w14:paraId="6CDEAF8F" w14:textId="77777777" w:rsidR="00DA2BB0" w:rsidRPr="0096400F" w:rsidRDefault="00DA2BB0" w:rsidP="00F9728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  <w:t>774</w:t>
            </w:r>
          </w:p>
        </w:tc>
      </w:tr>
      <w:tr w:rsidR="00DA2BB0" w:rsidRPr="0096400F" w14:paraId="27BBC110" w14:textId="77777777" w:rsidTr="00F97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pct"/>
            <w:noWrap/>
            <w:vAlign w:val="center"/>
          </w:tcPr>
          <w:p w14:paraId="0418BC55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en-CA"/>
              </w:rPr>
              <w:t>Manitoba</w:t>
            </w:r>
          </w:p>
        </w:tc>
        <w:tc>
          <w:tcPr>
            <w:tcW w:w="1495" w:type="pct"/>
            <w:vAlign w:val="center"/>
          </w:tcPr>
          <w:p w14:paraId="43FDBF47" w14:textId="77777777" w:rsidR="00DA2BB0" w:rsidRPr="0096400F" w:rsidRDefault="00DA2BB0" w:rsidP="00F9728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  <w:t>80</w:t>
            </w:r>
          </w:p>
        </w:tc>
        <w:tc>
          <w:tcPr>
            <w:tcW w:w="1422" w:type="pct"/>
            <w:vAlign w:val="center"/>
          </w:tcPr>
          <w:p w14:paraId="789FDBAF" w14:textId="77777777" w:rsidR="00DA2BB0" w:rsidRPr="0096400F" w:rsidRDefault="00DA2BB0" w:rsidP="00F9728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  <w:t>72</w:t>
            </w:r>
          </w:p>
        </w:tc>
      </w:tr>
      <w:tr w:rsidR="00DA2BB0" w:rsidRPr="0096400F" w14:paraId="1814A33C" w14:textId="77777777" w:rsidTr="00F9728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pct"/>
            <w:noWrap/>
            <w:vAlign w:val="center"/>
          </w:tcPr>
          <w:p w14:paraId="68EA3948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en-CA"/>
              </w:rPr>
              <w:t>Saskatchewan</w:t>
            </w:r>
          </w:p>
        </w:tc>
        <w:tc>
          <w:tcPr>
            <w:tcW w:w="1495" w:type="pct"/>
            <w:vAlign w:val="center"/>
          </w:tcPr>
          <w:p w14:paraId="7CA48161" w14:textId="77777777" w:rsidR="00DA2BB0" w:rsidRPr="0096400F" w:rsidRDefault="00DA2BB0" w:rsidP="00F9728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  <w:t>64</w:t>
            </w:r>
          </w:p>
        </w:tc>
        <w:tc>
          <w:tcPr>
            <w:tcW w:w="1422" w:type="pct"/>
            <w:vAlign w:val="center"/>
          </w:tcPr>
          <w:p w14:paraId="4E045A9A" w14:textId="77777777" w:rsidR="00DA2BB0" w:rsidRPr="0096400F" w:rsidRDefault="00DA2BB0" w:rsidP="00F9728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  <w:t>64</w:t>
            </w:r>
          </w:p>
        </w:tc>
      </w:tr>
      <w:tr w:rsidR="00DA2BB0" w:rsidRPr="0096400F" w14:paraId="7BFE33B6" w14:textId="77777777" w:rsidTr="00F97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pct"/>
            <w:noWrap/>
            <w:vAlign w:val="center"/>
          </w:tcPr>
          <w:p w14:paraId="6AC6EDBD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en-CA"/>
              </w:rPr>
              <w:t>Alberta</w:t>
            </w:r>
          </w:p>
        </w:tc>
        <w:tc>
          <w:tcPr>
            <w:tcW w:w="1495" w:type="pct"/>
            <w:vAlign w:val="center"/>
          </w:tcPr>
          <w:p w14:paraId="6C9B6DA9" w14:textId="77777777" w:rsidR="00DA2BB0" w:rsidRPr="0096400F" w:rsidRDefault="00DA2BB0" w:rsidP="00F9728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  <w:t>260</w:t>
            </w:r>
          </w:p>
        </w:tc>
        <w:tc>
          <w:tcPr>
            <w:tcW w:w="1422" w:type="pct"/>
            <w:vAlign w:val="center"/>
          </w:tcPr>
          <w:p w14:paraId="21CACBEE" w14:textId="77777777" w:rsidR="00DA2BB0" w:rsidRPr="0096400F" w:rsidRDefault="00DA2BB0" w:rsidP="00F9728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  <w:t>232</w:t>
            </w:r>
          </w:p>
        </w:tc>
      </w:tr>
      <w:tr w:rsidR="00DA2BB0" w:rsidRPr="0096400F" w14:paraId="69FB1297" w14:textId="77777777" w:rsidTr="00F9728D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pct"/>
            <w:noWrap/>
            <w:vAlign w:val="center"/>
          </w:tcPr>
          <w:p w14:paraId="6212CD8B" w14:textId="48A18013" w:rsidR="00DA2BB0" w:rsidRPr="0096400F" w:rsidRDefault="000D43DF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hAnsiTheme="minorHAnsi"/>
                <w:b w:val="0"/>
                <w:color w:val="000000"/>
                <w:sz w:val="22"/>
              </w:rPr>
              <w:t>Colombie-Britannique</w:t>
            </w:r>
          </w:p>
        </w:tc>
        <w:tc>
          <w:tcPr>
            <w:tcW w:w="1495" w:type="pct"/>
            <w:vAlign w:val="center"/>
          </w:tcPr>
          <w:p w14:paraId="0664343A" w14:textId="77777777" w:rsidR="00DA2BB0" w:rsidRPr="0096400F" w:rsidRDefault="00DA2BB0" w:rsidP="00F9728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  <w:t>268</w:t>
            </w:r>
          </w:p>
        </w:tc>
        <w:tc>
          <w:tcPr>
            <w:tcW w:w="1422" w:type="pct"/>
            <w:vAlign w:val="center"/>
          </w:tcPr>
          <w:p w14:paraId="4D3449AB" w14:textId="77777777" w:rsidR="00DA2BB0" w:rsidRPr="0096400F" w:rsidRDefault="00DA2BB0" w:rsidP="00F9728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  <w:t>262</w:t>
            </w:r>
          </w:p>
        </w:tc>
      </w:tr>
      <w:tr w:rsidR="00DA2BB0" w:rsidRPr="0096400F" w14:paraId="552FDA36" w14:textId="77777777" w:rsidTr="00F972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pct"/>
            <w:tcBorders>
              <w:bottom w:val="single" w:sz="4" w:space="0" w:color="auto"/>
            </w:tcBorders>
            <w:noWrap/>
            <w:vAlign w:val="center"/>
          </w:tcPr>
          <w:p w14:paraId="60051327" w14:textId="5D5F95CB" w:rsidR="00DA2BB0" w:rsidRPr="0096400F" w:rsidRDefault="000F2305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 w:val="0"/>
                <w:bCs w:val="0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hAnsiTheme="minorHAnsi"/>
                <w:b w:val="0"/>
                <w:color w:val="000000"/>
                <w:sz w:val="22"/>
              </w:rPr>
              <w:t>Territoires</w:t>
            </w:r>
          </w:p>
        </w:tc>
        <w:tc>
          <w:tcPr>
            <w:tcW w:w="1495" w:type="pct"/>
            <w:tcBorders>
              <w:bottom w:val="single" w:sz="4" w:space="0" w:color="auto"/>
            </w:tcBorders>
            <w:vAlign w:val="center"/>
          </w:tcPr>
          <w:p w14:paraId="3DBCB960" w14:textId="77777777" w:rsidR="00DA2BB0" w:rsidRPr="0096400F" w:rsidRDefault="00DA2BB0" w:rsidP="00F9728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  <w:t>6</w:t>
            </w:r>
          </w:p>
        </w:tc>
        <w:tc>
          <w:tcPr>
            <w:tcW w:w="1422" w:type="pct"/>
            <w:tcBorders>
              <w:bottom w:val="single" w:sz="4" w:space="0" w:color="auto"/>
            </w:tcBorders>
            <w:vAlign w:val="center"/>
          </w:tcPr>
          <w:p w14:paraId="0C207B88" w14:textId="77777777" w:rsidR="00DA2BB0" w:rsidRPr="0096400F" w:rsidRDefault="00DA2BB0" w:rsidP="00F9728D">
            <w:pPr>
              <w:spacing w:line="240" w:lineRule="auto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  <w:t>7</w:t>
            </w:r>
          </w:p>
        </w:tc>
      </w:tr>
      <w:tr w:rsidR="00DA2BB0" w:rsidRPr="0096400F" w14:paraId="389DDC2B" w14:textId="77777777" w:rsidTr="00F9728D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83" w:type="pct"/>
            <w:tcBorders>
              <w:top w:val="double" w:sz="4" w:space="0" w:color="auto"/>
              <w:bottom w:val="double" w:sz="4" w:space="0" w:color="auto"/>
            </w:tcBorders>
            <w:noWrap/>
            <w:vAlign w:val="center"/>
          </w:tcPr>
          <w:p w14:paraId="27D3203C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color w:val="000000"/>
                <w:sz w:val="22"/>
                <w:szCs w:val="22"/>
                <w:lang w:eastAsia="en-CA"/>
              </w:rPr>
              <w:t>Total</w:t>
            </w:r>
          </w:p>
        </w:tc>
        <w:tc>
          <w:tcPr>
            <w:tcW w:w="149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698876BC" w14:textId="1CA5EFFC" w:rsidR="00DA2BB0" w:rsidRPr="0096400F" w:rsidRDefault="00DA2BB0" w:rsidP="00F9728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en-CA"/>
              </w:rPr>
              <w:t>2</w:t>
            </w:r>
            <w:r w:rsidR="006A644D" w:rsidRPr="0096400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en-CA"/>
              </w:rPr>
              <w:t> </w:t>
            </w:r>
            <w:r w:rsidRPr="0096400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en-CA"/>
              </w:rPr>
              <w:t>072</w:t>
            </w:r>
          </w:p>
        </w:tc>
        <w:tc>
          <w:tcPr>
            <w:tcW w:w="142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333FFB71" w14:textId="0653B176" w:rsidR="00DA2BB0" w:rsidRPr="0096400F" w:rsidRDefault="00DA2BB0" w:rsidP="00F9728D">
            <w:pPr>
              <w:spacing w:line="24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en-CA"/>
              </w:rPr>
              <w:t>2</w:t>
            </w:r>
            <w:r w:rsidR="006A644D" w:rsidRPr="0096400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en-CA"/>
              </w:rPr>
              <w:t> </w:t>
            </w:r>
            <w:r w:rsidRPr="0096400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en-CA"/>
              </w:rPr>
              <w:t>000</w:t>
            </w:r>
          </w:p>
        </w:tc>
      </w:tr>
    </w:tbl>
    <w:p w14:paraId="1B14275A" w14:textId="77777777" w:rsidR="00DA2BB0" w:rsidRPr="0096400F" w:rsidRDefault="00DA2BB0" w:rsidP="00DA2BB0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178D4808" w14:textId="5AD7745E" w:rsidR="00DA2BB0" w:rsidRPr="0096400F" w:rsidRDefault="00DA2BB0" w:rsidP="00DA2BB0">
      <w:pPr>
        <w:pStyle w:val="Titre3"/>
        <w:rPr>
          <w:lang w:val="fr-CA"/>
        </w:rPr>
      </w:pPr>
      <w:bookmarkStart w:id="65" w:name="_Toc104382368"/>
      <w:r w:rsidRPr="0096400F">
        <w:rPr>
          <w:lang w:val="fr-CA"/>
        </w:rPr>
        <w:t xml:space="preserve">4.2 </w:t>
      </w:r>
      <w:r w:rsidR="006675B8" w:rsidRPr="0096400F">
        <w:rPr>
          <w:lang w:val="fr-CA"/>
        </w:rPr>
        <w:t>Participants exclus</w:t>
      </w:r>
      <w:bookmarkEnd w:id="65"/>
    </w:p>
    <w:p w14:paraId="22112576" w14:textId="7777777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06D6EF72" w14:textId="4D28F96A" w:rsidR="00DA2BB0" w:rsidRPr="0096400F" w:rsidRDefault="00DA2BB0" w:rsidP="00087323">
      <w:pPr>
        <w:pStyle w:val="Lgende"/>
        <w:keepNext/>
        <w:spacing w:line="240" w:lineRule="auto"/>
        <w:jc w:val="left"/>
        <w:rPr>
          <w:rFonts w:asciiTheme="minorHAnsi" w:hAnsiTheme="minorHAnsi" w:cstheme="minorHAnsi"/>
          <w:smallCaps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Table</w:t>
      </w:r>
      <w:r w:rsidR="006675B8" w:rsidRPr="0096400F">
        <w:rPr>
          <w:rFonts w:asciiTheme="minorHAnsi" w:hAnsiTheme="minorHAnsi" w:cstheme="minorHAnsi"/>
          <w:sz w:val="22"/>
          <w:szCs w:val="22"/>
        </w:rPr>
        <w:t>au</w:t>
      </w:r>
      <w:r w:rsidRPr="0096400F">
        <w:rPr>
          <w:rFonts w:asciiTheme="minorHAnsi" w:hAnsiTheme="minorHAnsi" w:cstheme="minorHAnsi"/>
          <w:sz w:val="22"/>
          <w:szCs w:val="22"/>
        </w:rPr>
        <w:t xml:space="preserve"> 4</w:t>
      </w:r>
      <w:r w:rsidR="00694C28" w:rsidRPr="0096400F">
        <w:rPr>
          <w:rFonts w:asciiTheme="minorHAnsi" w:hAnsiTheme="minorHAnsi" w:cstheme="minorHAnsi"/>
          <w:sz w:val="22"/>
          <w:szCs w:val="22"/>
        </w:rPr>
        <w:t> </w:t>
      </w:r>
      <w:r w:rsidRPr="0096400F">
        <w:rPr>
          <w:rFonts w:asciiTheme="minorHAnsi" w:hAnsiTheme="minorHAnsi" w:cstheme="minorHAnsi"/>
          <w:sz w:val="22"/>
          <w:szCs w:val="22"/>
        </w:rPr>
        <w:t xml:space="preserve">: </w:t>
      </w:r>
      <w:r w:rsidR="006F0B9F" w:rsidRPr="0096400F">
        <w:rPr>
          <w:rFonts w:asciiTheme="minorHAnsi" w:hAnsiTheme="minorHAnsi"/>
          <w:sz w:val="22"/>
        </w:rPr>
        <w:t>Nombre de participants exclus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352"/>
        <w:gridCol w:w="2352"/>
        <w:gridCol w:w="2352"/>
        <w:gridCol w:w="2350"/>
      </w:tblGrid>
      <w:tr w:rsidR="00DA2BB0" w:rsidRPr="0096400F" w14:paraId="010E3F8B" w14:textId="77777777" w:rsidTr="00F9728D">
        <w:trPr>
          <w:trHeight w:val="435"/>
          <w:jc w:val="center"/>
        </w:trPr>
        <w:tc>
          <w:tcPr>
            <w:tcW w:w="1251" w:type="pct"/>
            <w:tcBorders>
              <w:top w:val="doub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7EAC9824" w14:textId="2EEF30DE" w:rsidR="00DA2BB0" w:rsidRPr="0096400F" w:rsidRDefault="0030149D" w:rsidP="006A2FB4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hAnsiTheme="minorHAnsi"/>
                <w:b/>
                <w:color w:val="000000"/>
                <w:sz w:val="22"/>
              </w:rPr>
              <w:t xml:space="preserve">Travaillent dans un secteur qui les rend </w:t>
            </w:r>
            <w:r w:rsidR="006A2FB4" w:rsidRPr="0096400F">
              <w:rPr>
                <w:rFonts w:asciiTheme="minorHAnsi" w:hAnsiTheme="minorHAnsi"/>
                <w:b/>
                <w:color w:val="000000"/>
                <w:sz w:val="22"/>
              </w:rPr>
              <w:t>inadmissibles</w:t>
            </w:r>
          </w:p>
        </w:tc>
        <w:tc>
          <w:tcPr>
            <w:tcW w:w="1250" w:type="pct"/>
            <w:tcBorders>
              <w:top w:val="doub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3E5591F7" w14:textId="2CFDD9F6" w:rsidR="00DA2BB0" w:rsidRPr="0096400F" w:rsidRDefault="003277BC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hAnsiTheme="minorHAnsi"/>
                <w:b/>
                <w:color w:val="000000"/>
                <w:sz w:val="22"/>
              </w:rPr>
              <w:t>Ne vivent pas au Canada</w:t>
            </w:r>
          </w:p>
        </w:tc>
        <w:tc>
          <w:tcPr>
            <w:tcW w:w="1250" w:type="pct"/>
            <w:tcBorders>
              <w:top w:val="doub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73CD985A" w14:textId="661B1531" w:rsidR="00DA2BB0" w:rsidRPr="0096400F" w:rsidRDefault="003277BC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en-CA"/>
              </w:rPr>
              <w:t>Moins de</w:t>
            </w:r>
            <w:r w:rsidR="00DA2BB0" w:rsidRPr="0096400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en-CA"/>
              </w:rPr>
              <w:t xml:space="preserve"> 18</w:t>
            </w:r>
            <w:r w:rsidRPr="0096400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en-CA"/>
              </w:rPr>
              <w:t xml:space="preserve"> ans</w:t>
            </w:r>
          </w:p>
        </w:tc>
        <w:tc>
          <w:tcPr>
            <w:tcW w:w="1250" w:type="pct"/>
            <w:tcBorders>
              <w:top w:val="doub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315ABCEB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b/>
                <w:bCs/>
                <w:color w:val="000000"/>
                <w:sz w:val="22"/>
                <w:szCs w:val="22"/>
                <w:lang w:eastAsia="en-CA"/>
              </w:rPr>
              <w:t>Total</w:t>
            </w:r>
          </w:p>
        </w:tc>
      </w:tr>
      <w:tr w:rsidR="00DA2BB0" w:rsidRPr="0096400F" w14:paraId="15D77755" w14:textId="77777777" w:rsidTr="00F9728D">
        <w:trPr>
          <w:trHeight w:val="330"/>
          <w:jc w:val="center"/>
        </w:trPr>
        <w:tc>
          <w:tcPr>
            <w:tcW w:w="1251" w:type="pct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1AA86581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Cs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bCs/>
                <w:color w:val="000000"/>
                <w:sz w:val="22"/>
                <w:szCs w:val="22"/>
                <w:lang w:eastAsia="en-CA"/>
              </w:rPr>
              <w:t>258</w:t>
            </w:r>
          </w:p>
        </w:tc>
        <w:tc>
          <w:tcPr>
            <w:tcW w:w="1250" w:type="pct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494ACD92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Cs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bCs/>
                <w:color w:val="000000"/>
                <w:sz w:val="22"/>
                <w:szCs w:val="22"/>
                <w:lang w:eastAsia="en-CA"/>
              </w:rPr>
              <w:t>3</w:t>
            </w:r>
          </w:p>
        </w:tc>
        <w:tc>
          <w:tcPr>
            <w:tcW w:w="1250" w:type="pct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55BD38DC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Cs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bCs/>
                <w:color w:val="000000"/>
                <w:sz w:val="22"/>
                <w:szCs w:val="22"/>
                <w:lang w:eastAsia="en-CA"/>
              </w:rPr>
              <w:t>1</w:t>
            </w:r>
          </w:p>
        </w:tc>
        <w:tc>
          <w:tcPr>
            <w:tcW w:w="1250" w:type="pct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</w:tcPr>
          <w:p w14:paraId="573B37C5" w14:textId="77777777" w:rsidR="00DA2BB0" w:rsidRPr="0096400F" w:rsidRDefault="00DA2BB0" w:rsidP="00F9728D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bCs/>
                <w:color w:val="000000"/>
                <w:sz w:val="22"/>
                <w:szCs w:val="22"/>
                <w:lang w:eastAsia="en-CA"/>
              </w:rPr>
            </w:pPr>
            <w:r w:rsidRPr="0096400F">
              <w:rPr>
                <w:rFonts w:asciiTheme="minorHAnsi" w:eastAsia="Times New Roman" w:hAnsiTheme="minorHAnsi" w:cstheme="minorHAnsi"/>
                <w:bCs/>
                <w:color w:val="000000"/>
                <w:sz w:val="22"/>
                <w:szCs w:val="22"/>
                <w:lang w:eastAsia="en-CA"/>
              </w:rPr>
              <w:t>262</w:t>
            </w:r>
          </w:p>
        </w:tc>
      </w:tr>
    </w:tbl>
    <w:p w14:paraId="0609A78A" w14:textId="77777777" w:rsidR="00DA2BB0" w:rsidRPr="0096400F" w:rsidRDefault="00DA2BB0" w:rsidP="00DA2BB0">
      <w:pPr>
        <w:spacing w:line="240" w:lineRule="auto"/>
        <w:jc w:val="left"/>
        <w:rPr>
          <w:rFonts w:asciiTheme="minorHAnsi" w:hAnsiTheme="minorHAnsi" w:cstheme="minorHAnsi"/>
        </w:rPr>
      </w:pPr>
    </w:p>
    <w:p w14:paraId="3B6CFA54" w14:textId="68999522" w:rsidR="00DA2BB0" w:rsidRPr="0096400F" w:rsidRDefault="00DA2BB0" w:rsidP="00087323">
      <w:pPr>
        <w:pStyle w:val="Titre1"/>
        <w:spacing w:line="240" w:lineRule="auto"/>
        <w:jc w:val="left"/>
        <w:rPr>
          <w:rFonts w:asciiTheme="minorHAnsi" w:hAnsiTheme="minorHAnsi" w:cstheme="minorHAnsi"/>
        </w:rPr>
      </w:pPr>
      <w:bookmarkStart w:id="66" w:name="_Toc483924426"/>
      <w:bookmarkStart w:id="67" w:name="_Toc53554351"/>
      <w:bookmarkStart w:id="68" w:name="_Toc104382369"/>
      <w:bookmarkStart w:id="69" w:name="_Toc511033674"/>
      <w:r w:rsidRPr="0096400F">
        <w:rPr>
          <w:rFonts w:asciiTheme="minorHAnsi" w:hAnsiTheme="minorHAnsi" w:cstheme="minorHAnsi"/>
        </w:rPr>
        <w:t xml:space="preserve">5. </w:t>
      </w:r>
      <w:bookmarkEnd w:id="66"/>
      <w:bookmarkEnd w:id="67"/>
      <w:r w:rsidR="003277BC" w:rsidRPr="0096400F">
        <w:rPr>
          <w:rFonts w:asciiTheme="minorHAnsi" w:hAnsiTheme="minorHAnsi" w:cstheme="minorHAnsi"/>
        </w:rPr>
        <w:t>Pondération</w:t>
      </w:r>
      <w:bookmarkEnd w:id="68"/>
    </w:p>
    <w:p w14:paraId="21CF2AD5" w14:textId="77777777" w:rsidR="00C76A48" w:rsidRPr="0096400F" w:rsidRDefault="00C76A48" w:rsidP="00933108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4540F0C4" w14:textId="3E63B4C9" w:rsidR="00C76A48" w:rsidRPr="0096400F" w:rsidRDefault="00C76A48" w:rsidP="00933108">
      <w:pPr>
        <w:spacing w:line="240" w:lineRule="auto"/>
        <w:jc w:val="left"/>
        <w:rPr>
          <w:rFonts w:asciiTheme="minorHAnsi" w:hAnsiTheme="minorHAnsi"/>
          <w:sz w:val="22"/>
        </w:rPr>
      </w:pPr>
      <w:r w:rsidRPr="0096400F">
        <w:rPr>
          <w:rFonts w:asciiTheme="minorHAnsi" w:hAnsiTheme="minorHAnsi"/>
          <w:sz w:val="22"/>
        </w:rPr>
        <w:t xml:space="preserve">En tout, </w:t>
      </w:r>
      <w:r w:rsidRPr="0096400F">
        <w:rPr>
          <w:rFonts w:asciiTheme="minorHAnsi" w:hAnsiTheme="minorHAnsi" w:cstheme="minorHAnsi"/>
          <w:sz w:val="22"/>
          <w:szCs w:val="22"/>
        </w:rPr>
        <w:t>2</w:t>
      </w:r>
      <w:r w:rsidR="0002463B" w:rsidRPr="0096400F">
        <w:rPr>
          <w:rFonts w:asciiTheme="minorHAnsi" w:hAnsiTheme="minorHAnsi" w:cstheme="minorHAnsi"/>
          <w:sz w:val="22"/>
          <w:szCs w:val="22"/>
        </w:rPr>
        <w:t> </w:t>
      </w:r>
      <w:r w:rsidRPr="0096400F">
        <w:rPr>
          <w:rFonts w:asciiTheme="minorHAnsi" w:hAnsiTheme="minorHAnsi" w:cstheme="minorHAnsi"/>
          <w:sz w:val="22"/>
          <w:szCs w:val="22"/>
        </w:rPr>
        <w:t>072</w:t>
      </w:r>
      <w:r w:rsidR="0002463B" w:rsidRPr="0096400F">
        <w:rPr>
          <w:rFonts w:asciiTheme="minorHAnsi" w:hAnsiTheme="minorHAnsi" w:cstheme="minorHAnsi"/>
          <w:sz w:val="22"/>
          <w:szCs w:val="22"/>
        </w:rPr>
        <w:t> </w:t>
      </w:r>
      <w:r w:rsidRPr="0096400F">
        <w:rPr>
          <w:rFonts w:asciiTheme="minorHAnsi" w:hAnsiTheme="minorHAnsi"/>
          <w:sz w:val="22"/>
        </w:rPr>
        <w:t>entrevues en ligne ont été réalisées au cours de la collecte de données. La pondération</w:t>
      </w:r>
      <w:r w:rsidR="00043727" w:rsidRPr="0096400F">
        <w:rPr>
          <w:rFonts w:asciiTheme="minorHAnsi" w:hAnsiTheme="minorHAnsi"/>
          <w:sz w:val="22"/>
        </w:rPr>
        <w:t xml:space="preserve"> du fichier final</w:t>
      </w:r>
      <w:r w:rsidRPr="0096400F">
        <w:rPr>
          <w:rFonts w:asciiTheme="minorHAnsi" w:hAnsiTheme="minorHAnsi"/>
          <w:sz w:val="22"/>
        </w:rPr>
        <w:t xml:space="preserve"> s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appuyait sur trois variables :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âge, le genre et la région. Un po</w:t>
      </w:r>
      <w:r w:rsidR="00043727" w:rsidRPr="0096400F">
        <w:rPr>
          <w:rFonts w:asciiTheme="minorHAnsi" w:hAnsiTheme="minorHAnsi"/>
          <w:sz w:val="22"/>
        </w:rPr>
        <w:t>ids</w:t>
      </w:r>
      <w:r w:rsidRPr="0096400F">
        <w:rPr>
          <w:rFonts w:asciiTheme="minorHAnsi" w:hAnsiTheme="minorHAnsi"/>
          <w:sz w:val="22"/>
        </w:rPr>
        <w:t xml:space="preserve"> </w:t>
      </w:r>
      <w:r w:rsidR="009D406B" w:rsidRPr="0096400F">
        <w:rPr>
          <w:rFonts w:asciiTheme="minorHAnsi" w:hAnsiTheme="minorHAnsi"/>
          <w:sz w:val="22"/>
        </w:rPr>
        <w:t>de 1</w:t>
      </w:r>
      <w:r w:rsidRPr="0096400F">
        <w:rPr>
          <w:rFonts w:asciiTheme="minorHAnsi" w:hAnsiTheme="minorHAnsi"/>
          <w:sz w:val="22"/>
        </w:rPr>
        <w:t xml:space="preserve"> a été a</w:t>
      </w:r>
      <w:r w:rsidR="00043727" w:rsidRPr="0096400F">
        <w:rPr>
          <w:rFonts w:asciiTheme="minorHAnsi" w:hAnsiTheme="minorHAnsi"/>
          <w:sz w:val="22"/>
        </w:rPr>
        <w:t>ttribué</w:t>
      </w:r>
      <w:r w:rsidRPr="0096400F">
        <w:rPr>
          <w:rFonts w:asciiTheme="minorHAnsi" w:hAnsiTheme="minorHAnsi"/>
          <w:sz w:val="22"/>
        </w:rPr>
        <w:t xml:space="preserve"> aux </w:t>
      </w:r>
      <w:r w:rsidR="009D406B" w:rsidRPr="0096400F">
        <w:rPr>
          <w:rFonts w:asciiTheme="minorHAnsi" w:hAnsiTheme="minorHAnsi"/>
          <w:sz w:val="22"/>
        </w:rPr>
        <w:t>26</w:t>
      </w:r>
      <w:r w:rsidRPr="0096400F">
        <w:rPr>
          <w:rFonts w:asciiTheme="minorHAnsi" w:hAnsiTheme="minorHAnsi"/>
          <w:sz w:val="22"/>
        </w:rPr>
        <w:t> personnes qui n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étaient ni de genre masculin ni de genre féminin. L</w:t>
      </w:r>
      <w:r w:rsidR="00043727" w:rsidRPr="0096400F">
        <w:rPr>
          <w:rFonts w:asciiTheme="minorHAnsi" w:hAnsiTheme="minorHAnsi"/>
          <w:sz w:val="22"/>
        </w:rPr>
        <w:t>es</w:t>
      </w:r>
      <w:r w:rsidRPr="0096400F">
        <w:rPr>
          <w:rFonts w:asciiTheme="minorHAnsi" w:hAnsiTheme="minorHAnsi"/>
          <w:sz w:val="22"/>
        </w:rPr>
        <w:t xml:space="preserve"> taille</w:t>
      </w:r>
      <w:r w:rsidR="00043727" w:rsidRPr="0096400F">
        <w:rPr>
          <w:rFonts w:asciiTheme="minorHAnsi" w:hAnsiTheme="minorHAnsi"/>
          <w:sz w:val="22"/>
        </w:rPr>
        <w:t xml:space="preserve">s </w:t>
      </w:r>
      <w:r w:rsidRPr="0096400F">
        <w:rPr>
          <w:rFonts w:asciiTheme="minorHAnsi" w:hAnsiTheme="minorHAnsi"/>
          <w:sz w:val="22"/>
        </w:rPr>
        <w:t>de</w:t>
      </w:r>
      <w:r w:rsidR="00043727" w:rsidRPr="0096400F">
        <w:rPr>
          <w:rFonts w:asciiTheme="minorHAnsi" w:hAnsiTheme="minorHAnsi"/>
          <w:sz w:val="22"/>
        </w:rPr>
        <w:t xml:space="preserve"> </w:t>
      </w:r>
      <w:r w:rsidRPr="0096400F">
        <w:rPr>
          <w:rFonts w:asciiTheme="minorHAnsi" w:hAnsiTheme="minorHAnsi"/>
          <w:sz w:val="22"/>
        </w:rPr>
        <w:t xml:space="preserve">population </w:t>
      </w:r>
      <w:r w:rsidR="0002463B" w:rsidRPr="0096400F">
        <w:rPr>
          <w:rFonts w:asciiTheme="minorHAnsi" w:hAnsiTheme="minorHAnsi"/>
          <w:sz w:val="22"/>
        </w:rPr>
        <w:t xml:space="preserve">sont fondées </w:t>
      </w:r>
      <w:r w:rsidRPr="0096400F">
        <w:rPr>
          <w:rFonts w:asciiTheme="minorHAnsi" w:hAnsiTheme="minorHAnsi"/>
          <w:sz w:val="22"/>
        </w:rPr>
        <w:t>sur les données du dernier recensement de Statistique Canada, soit le recensement de 2016.</w:t>
      </w:r>
    </w:p>
    <w:p w14:paraId="5A09B209" w14:textId="77777777" w:rsidR="00DA2BB0" w:rsidRPr="0096400F" w:rsidRDefault="00DA2BB0" w:rsidP="00087323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40FFE92C" w14:textId="79A3BEF9" w:rsidR="00DA2BB0" w:rsidRPr="0096400F" w:rsidRDefault="00DA2BB0" w:rsidP="00DA2BB0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b/>
          <w:sz w:val="22"/>
          <w:szCs w:val="22"/>
        </w:rPr>
        <w:t>Table</w:t>
      </w:r>
      <w:r w:rsidR="00966675" w:rsidRPr="0096400F">
        <w:rPr>
          <w:rFonts w:asciiTheme="minorHAnsi" w:hAnsiTheme="minorHAnsi" w:cstheme="minorHAnsi"/>
          <w:b/>
          <w:sz w:val="22"/>
          <w:szCs w:val="22"/>
        </w:rPr>
        <w:t>au</w:t>
      </w:r>
      <w:r w:rsidRPr="0096400F">
        <w:rPr>
          <w:rFonts w:asciiTheme="minorHAnsi" w:hAnsiTheme="minorHAnsi" w:cstheme="minorHAnsi"/>
          <w:b/>
          <w:sz w:val="22"/>
          <w:szCs w:val="22"/>
        </w:rPr>
        <w:t xml:space="preserve"> 5</w:t>
      </w:r>
      <w:r w:rsidR="0002463B" w:rsidRPr="0096400F">
        <w:rPr>
          <w:rFonts w:asciiTheme="minorHAnsi" w:hAnsiTheme="minorHAnsi" w:cstheme="minorHAnsi"/>
          <w:b/>
          <w:sz w:val="22"/>
          <w:szCs w:val="22"/>
        </w:rPr>
        <w:t> </w:t>
      </w:r>
      <w:r w:rsidRPr="0096400F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="002A0D62" w:rsidRPr="0096400F">
        <w:rPr>
          <w:rFonts w:asciiTheme="minorHAnsi" w:hAnsiTheme="minorHAnsi" w:cstheme="minorHAnsi"/>
          <w:b/>
          <w:sz w:val="22"/>
          <w:szCs w:val="22"/>
        </w:rPr>
        <w:t>Pondération</w:t>
      </w:r>
    </w:p>
    <w:tbl>
      <w:tblPr>
        <w:tblStyle w:val="TableGrid5"/>
        <w:tblW w:w="5000" w:type="pct"/>
        <w:jc w:val="center"/>
        <w:tblLook w:val="04A0" w:firstRow="1" w:lastRow="0" w:firstColumn="1" w:lastColumn="0" w:noHBand="0" w:noVBand="1"/>
      </w:tblPr>
      <w:tblGrid>
        <w:gridCol w:w="4833"/>
        <w:gridCol w:w="1626"/>
        <w:gridCol w:w="1342"/>
        <w:gridCol w:w="1595"/>
      </w:tblGrid>
      <w:tr w:rsidR="00DA2BB0" w:rsidRPr="0096400F" w14:paraId="5DF44BDD" w14:textId="77777777" w:rsidTr="00CB6C84">
        <w:trPr>
          <w:trHeight w:val="221"/>
          <w:jc w:val="center"/>
        </w:trPr>
        <w:tc>
          <w:tcPr>
            <w:tcW w:w="2572" w:type="pct"/>
            <w:shd w:val="clear" w:color="auto" w:fill="auto"/>
          </w:tcPr>
          <w:p w14:paraId="34A11806" w14:textId="65A478B2" w:rsidR="00DA2BB0" w:rsidRPr="0096400F" w:rsidRDefault="00BE1B4B" w:rsidP="00933108">
            <w:pPr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fr-CA"/>
              </w:rPr>
              <w:t>Catégorie</w:t>
            </w:r>
          </w:p>
        </w:tc>
        <w:tc>
          <w:tcPr>
            <w:tcW w:w="865" w:type="pct"/>
            <w:shd w:val="clear" w:color="auto" w:fill="auto"/>
          </w:tcPr>
          <w:p w14:paraId="23236C42" w14:textId="78B19ABC" w:rsidR="00DA2BB0" w:rsidRPr="0096400F" w:rsidRDefault="00DA2BB0" w:rsidP="00933108">
            <w:pPr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fr-CA"/>
              </w:rPr>
              <w:t>N</w:t>
            </w:r>
            <w:r w:rsidR="00BB1EDC" w:rsidRPr="0096400F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fr-CA"/>
              </w:rPr>
              <w:t xml:space="preserve"> non pondéré</w:t>
            </w:r>
          </w:p>
        </w:tc>
        <w:tc>
          <w:tcPr>
            <w:tcW w:w="714" w:type="pct"/>
            <w:shd w:val="clear" w:color="auto" w:fill="auto"/>
          </w:tcPr>
          <w:p w14:paraId="20FCDDCB" w14:textId="1D0416BB" w:rsidR="00DA2BB0" w:rsidRPr="0096400F" w:rsidRDefault="00DA2BB0" w:rsidP="00933108">
            <w:pPr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fr-CA"/>
              </w:rPr>
              <w:t>N</w:t>
            </w:r>
            <w:r w:rsidR="00BB1EDC" w:rsidRPr="0096400F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fr-CA"/>
              </w:rPr>
              <w:t xml:space="preserve"> pondéré</w:t>
            </w:r>
          </w:p>
        </w:tc>
        <w:tc>
          <w:tcPr>
            <w:tcW w:w="849" w:type="pct"/>
            <w:shd w:val="clear" w:color="auto" w:fill="auto"/>
          </w:tcPr>
          <w:p w14:paraId="1FD588F8" w14:textId="7BFF9A50" w:rsidR="00DA2BB0" w:rsidRPr="0096400F" w:rsidRDefault="00BB1ED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fr-CA"/>
              </w:rPr>
              <w:t>Po</w:t>
            </w:r>
            <w:r w:rsidR="00AC1FBA" w:rsidRPr="0096400F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  <w:lang w:val="fr-CA"/>
              </w:rPr>
              <w:t>ids</w:t>
            </w:r>
          </w:p>
        </w:tc>
      </w:tr>
      <w:tr w:rsidR="00DA2BB0" w:rsidRPr="0096400F" w14:paraId="5A6CB1C5" w14:textId="77777777" w:rsidTr="00F9728D">
        <w:trPr>
          <w:jc w:val="center"/>
        </w:trPr>
        <w:tc>
          <w:tcPr>
            <w:tcW w:w="2572" w:type="pct"/>
            <w:vAlign w:val="bottom"/>
          </w:tcPr>
          <w:p w14:paraId="000F38DA" w14:textId="54AE619D" w:rsidR="00DA2BB0" w:rsidRPr="0096400F" w:rsidRDefault="000E01CE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 xml:space="preserve">Colombie-Britannique et Yukon, homme, </w:t>
            </w:r>
            <w:r w:rsidR="00B55917" w:rsidRPr="0096400F">
              <w:rPr>
                <w:rFonts w:asciiTheme="minorHAnsi" w:hAnsiTheme="minorHAnsi"/>
                <w:sz w:val="22"/>
                <w:lang w:val="fr-CA"/>
              </w:rPr>
              <w:t>18-34</w:t>
            </w:r>
          </w:p>
        </w:tc>
        <w:tc>
          <w:tcPr>
            <w:tcW w:w="865" w:type="pct"/>
            <w:vAlign w:val="bottom"/>
          </w:tcPr>
          <w:p w14:paraId="6304B552" w14:textId="77777777" w:rsidR="00DA2BB0" w:rsidRPr="0096400F" w:rsidRDefault="00DA2BB0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27</w:t>
            </w:r>
          </w:p>
        </w:tc>
        <w:tc>
          <w:tcPr>
            <w:tcW w:w="714" w:type="pct"/>
            <w:vAlign w:val="bottom"/>
          </w:tcPr>
          <w:p w14:paraId="46ACF87C" w14:textId="77777777" w:rsidR="00DA2BB0" w:rsidRPr="0096400F" w:rsidRDefault="00DA2BB0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37</w:t>
            </w:r>
          </w:p>
        </w:tc>
        <w:tc>
          <w:tcPr>
            <w:tcW w:w="849" w:type="pct"/>
            <w:vAlign w:val="bottom"/>
          </w:tcPr>
          <w:p w14:paraId="74C59186" w14:textId="4C75B38A" w:rsidR="00DA2BB0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1,380</w:t>
            </w:r>
          </w:p>
        </w:tc>
      </w:tr>
      <w:tr w:rsidR="00DA2BB0" w:rsidRPr="0096400F" w14:paraId="4E273A59" w14:textId="77777777" w:rsidTr="00F9728D">
        <w:trPr>
          <w:jc w:val="center"/>
        </w:trPr>
        <w:tc>
          <w:tcPr>
            <w:tcW w:w="2572" w:type="pct"/>
            <w:vAlign w:val="bottom"/>
          </w:tcPr>
          <w:p w14:paraId="16ECC895" w14:textId="1D8DAF57" w:rsidR="00DA2BB0" w:rsidRPr="0096400F" w:rsidRDefault="009667ED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Colombie-Britannique et Yukon</w:t>
            </w:r>
            <w:r w:rsidR="000E01CE" w:rsidRPr="0096400F">
              <w:rPr>
                <w:rFonts w:asciiTheme="minorHAnsi" w:hAnsiTheme="minorHAnsi"/>
                <w:sz w:val="22"/>
                <w:lang w:val="fr-CA"/>
              </w:rPr>
              <w:t>, homme</w:t>
            </w:r>
            <w:r w:rsidR="00C07772" w:rsidRPr="0096400F">
              <w:rPr>
                <w:rFonts w:asciiTheme="minorHAnsi" w:hAnsiTheme="minorHAnsi"/>
                <w:sz w:val="22"/>
                <w:lang w:val="fr-CA"/>
              </w:rPr>
              <w:t>,</w:t>
            </w:r>
            <w:r w:rsidR="000E01CE" w:rsidRPr="0096400F">
              <w:rPr>
                <w:rFonts w:asciiTheme="minorHAnsi" w:hAnsiTheme="minorHAnsi"/>
                <w:sz w:val="22"/>
                <w:lang w:val="fr-CA"/>
              </w:rPr>
              <w:t xml:space="preserve"> 35-54</w:t>
            </w:r>
          </w:p>
        </w:tc>
        <w:tc>
          <w:tcPr>
            <w:tcW w:w="865" w:type="pct"/>
            <w:vAlign w:val="bottom"/>
          </w:tcPr>
          <w:p w14:paraId="14D7B2D4" w14:textId="77777777" w:rsidR="00DA2BB0" w:rsidRPr="0096400F" w:rsidRDefault="00DA2BB0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43</w:t>
            </w:r>
          </w:p>
        </w:tc>
        <w:tc>
          <w:tcPr>
            <w:tcW w:w="714" w:type="pct"/>
            <w:vAlign w:val="bottom"/>
          </w:tcPr>
          <w:p w14:paraId="31F4396C" w14:textId="77777777" w:rsidR="00DA2BB0" w:rsidRPr="0096400F" w:rsidRDefault="00DA2BB0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45</w:t>
            </w:r>
          </w:p>
        </w:tc>
        <w:tc>
          <w:tcPr>
            <w:tcW w:w="849" w:type="pct"/>
            <w:vAlign w:val="bottom"/>
          </w:tcPr>
          <w:p w14:paraId="014BA5E0" w14:textId="4808585B" w:rsidR="00DA2BB0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1,046</w:t>
            </w:r>
          </w:p>
        </w:tc>
      </w:tr>
      <w:tr w:rsidR="00DA2BB0" w:rsidRPr="0096400F" w14:paraId="67F7651A" w14:textId="77777777" w:rsidTr="00F9728D">
        <w:trPr>
          <w:jc w:val="center"/>
        </w:trPr>
        <w:tc>
          <w:tcPr>
            <w:tcW w:w="2572" w:type="pct"/>
            <w:vAlign w:val="bottom"/>
          </w:tcPr>
          <w:p w14:paraId="51F6361C" w14:textId="46E9A9E1" w:rsidR="00DA2BB0" w:rsidRPr="0096400F" w:rsidRDefault="006559AB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Colombie-Britannique et Yukon</w:t>
            </w:r>
            <w:r w:rsidR="009E51D4" w:rsidRPr="0096400F">
              <w:rPr>
                <w:rFonts w:asciiTheme="minorHAnsi" w:hAnsiTheme="minorHAnsi"/>
                <w:sz w:val="22"/>
                <w:lang w:val="fr-CA"/>
              </w:rPr>
              <w:t>, homme, 55+</w:t>
            </w:r>
          </w:p>
        </w:tc>
        <w:tc>
          <w:tcPr>
            <w:tcW w:w="865" w:type="pct"/>
            <w:vAlign w:val="bottom"/>
          </w:tcPr>
          <w:p w14:paraId="6D86A3F0" w14:textId="77777777" w:rsidR="00DA2BB0" w:rsidRPr="0096400F" w:rsidRDefault="00DA2BB0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46</w:t>
            </w:r>
          </w:p>
        </w:tc>
        <w:tc>
          <w:tcPr>
            <w:tcW w:w="714" w:type="pct"/>
            <w:vAlign w:val="bottom"/>
          </w:tcPr>
          <w:p w14:paraId="614C313C" w14:textId="77777777" w:rsidR="00DA2BB0" w:rsidRPr="0096400F" w:rsidRDefault="00DA2BB0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53</w:t>
            </w:r>
          </w:p>
        </w:tc>
        <w:tc>
          <w:tcPr>
            <w:tcW w:w="849" w:type="pct"/>
            <w:vAlign w:val="bottom"/>
          </w:tcPr>
          <w:p w14:paraId="4309BF29" w14:textId="6BB91E2A" w:rsidR="00DA2BB0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1,153</w:t>
            </w:r>
          </w:p>
        </w:tc>
      </w:tr>
      <w:tr w:rsidR="00DA2BB0" w:rsidRPr="0096400F" w14:paraId="2CE942D8" w14:textId="77777777" w:rsidTr="00F9728D">
        <w:trPr>
          <w:jc w:val="center"/>
        </w:trPr>
        <w:tc>
          <w:tcPr>
            <w:tcW w:w="2572" w:type="pct"/>
            <w:vAlign w:val="bottom"/>
          </w:tcPr>
          <w:p w14:paraId="18EE9527" w14:textId="61CD6A07" w:rsidR="00DA2BB0" w:rsidRPr="0096400F" w:rsidRDefault="00A67C8D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Colombie-Britannique et Yukon</w:t>
            </w:r>
            <w:r w:rsidR="009E51D4" w:rsidRPr="0096400F">
              <w:rPr>
                <w:rFonts w:asciiTheme="minorHAnsi" w:hAnsiTheme="minorHAnsi"/>
                <w:sz w:val="22"/>
                <w:lang w:val="fr-CA"/>
              </w:rPr>
              <w:t>, femme, 18-34</w:t>
            </w:r>
          </w:p>
        </w:tc>
        <w:tc>
          <w:tcPr>
            <w:tcW w:w="865" w:type="pct"/>
            <w:vAlign w:val="bottom"/>
          </w:tcPr>
          <w:p w14:paraId="13DCB291" w14:textId="77777777" w:rsidR="00DA2BB0" w:rsidRPr="0096400F" w:rsidRDefault="00DA2BB0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27</w:t>
            </w:r>
          </w:p>
        </w:tc>
        <w:tc>
          <w:tcPr>
            <w:tcW w:w="714" w:type="pct"/>
            <w:vAlign w:val="bottom"/>
          </w:tcPr>
          <w:p w14:paraId="14BB1D66" w14:textId="77777777" w:rsidR="00DA2BB0" w:rsidRPr="0096400F" w:rsidRDefault="00DA2BB0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37</w:t>
            </w:r>
          </w:p>
        </w:tc>
        <w:tc>
          <w:tcPr>
            <w:tcW w:w="849" w:type="pct"/>
            <w:vAlign w:val="bottom"/>
          </w:tcPr>
          <w:p w14:paraId="696398C9" w14:textId="4E867D11" w:rsidR="00DA2BB0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1,361</w:t>
            </w:r>
          </w:p>
        </w:tc>
      </w:tr>
      <w:tr w:rsidR="00132C83" w:rsidRPr="0096400F" w14:paraId="22867A39" w14:textId="77777777" w:rsidTr="00F9728D">
        <w:trPr>
          <w:jc w:val="center"/>
        </w:trPr>
        <w:tc>
          <w:tcPr>
            <w:tcW w:w="2572" w:type="pct"/>
          </w:tcPr>
          <w:p w14:paraId="0BB61A8F" w14:textId="4D7C77A4" w:rsidR="00132C83" w:rsidRPr="0096400F" w:rsidRDefault="00132C83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Colombie-Britannique et Yukon</w:t>
            </w:r>
            <w:r w:rsidR="009E51D4" w:rsidRPr="0096400F">
              <w:rPr>
                <w:rFonts w:asciiTheme="minorHAnsi" w:hAnsiTheme="minorHAnsi"/>
                <w:sz w:val="22"/>
                <w:lang w:val="fr-CA"/>
              </w:rPr>
              <w:t>, femme, 35-54</w:t>
            </w:r>
          </w:p>
        </w:tc>
        <w:tc>
          <w:tcPr>
            <w:tcW w:w="865" w:type="pct"/>
            <w:vAlign w:val="bottom"/>
          </w:tcPr>
          <w:p w14:paraId="64259B5E" w14:textId="77777777" w:rsidR="00132C83" w:rsidRPr="0096400F" w:rsidRDefault="00132C83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45</w:t>
            </w:r>
          </w:p>
        </w:tc>
        <w:tc>
          <w:tcPr>
            <w:tcW w:w="714" w:type="pct"/>
            <w:vAlign w:val="bottom"/>
          </w:tcPr>
          <w:p w14:paraId="11C64090" w14:textId="77777777" w:rsidR="00132C83" w:rsidRPr="0096400F" w:rsidRDefault="00132C83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48</w:t>
            </w:r>
          </w:p>
        </w:tc>
        <w:tc>
          <w:tcPr>
            <w:tcW w:w="849" w:type="pct"/>
            <w:vAlign w:val="bottom"/>
          </w:tcPr>
          <w:p w14:paraId="7DA79EDD" w14:textId="28CDA5DE" w:rsidR="00132C83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1,066</w:t>
            </w:r>
          </w:p>
        </w:tc>
      </w:tr>
      <w:tr w:rsidR="0000132C" w:rsidRPr="0096400F" w14:paraId="35AE4949" w14:textId="77777777" w:rsidTr="00F9728D">
        <w:trPr>
          <w:jc w:val="center"/>
        </w:trPr>
        <w:tc>
          <w:tcPr>
            <w:tcW w:w="2572" w:type="pct"/>
          </w:tcPr>
          <w:p w14:paraId="1C0BB2F4" w14:textId="2C7606A5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Colombie-Britannique et Yukon</w:t>
            </w:r>
            <w:r w:rsidR="009E51D4" w:rsidRPr="0096400F">
              <w:rPr>
                <w:rFonts w:asciiTheme="minorHAnsi" w:hAnsiTheme="minorHAnsi"/>
                <w:sz w:val="22"/>
                <w:lang w:val="fr-CA"/>
              </w:rPr>
              <w:t>, femme, 55+</w:t>
            </w:r>
          </w:p>
        </w:tc>
        <w:tc>
          <w:tcPr>
            <w:tcW w:w="865" w:type="pct"/>
            <w:vAlign w:val="bottom"/>
          </w:tcPr>
          <w:p w14:paraId="07DCF0BE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80</w:t>
            </w:r>
          </w:p>
        </w:tc>
        <w:tc>
          <w:tcPr>
            <w:tcW w:w="714" w:type="pct"/>
            <w:vAlign w:val="bottom"/>
          </w:tcPr>
          <w:p w14:paraId="420C620B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59</w:t>
            </w:r>
          </w:p>
        </w:tc>
        <w:tc>
          <w:tcPr>
            <w:tcW w:w="849" w:type="pct"/>
            <w:vAlign w:val="bottom"/>
          </w:tcPr>
          <w:p w14:paraId="701A2299" w14:textId="18F6BAB1" w:rsidR="0000132C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0,737</w:t>
            </w:r>
          </w:p>
        </w:tc>
      </w:tr>
      <w:tr w:rsidR="0000132C" w:rsidRPr="0096400F" w14:paraId="6B34EB5D" w14:textId="77777777" w:rsidTr="00F9728D">
        <w:trPr>
          <w:jc w:val="center"/>
        </w:trPr>
        <w:tc>
          <w:tcPr>
            <w:tcW w:w="2572" w:type="pct"/>
            <w:vAlign w:val="bottom"/>
          </w:tcPr>
          <w:p w14:paraId="7A3E392D" w14:textId="2098A55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Alberta et Territoires du N</w:t>
            </w:r>
            <w:r w:rsidR="006376B9" w:rsidRPr="0096400F">
              <w:rPr>
                <w:rFonts w:asciiTheme="minorHAnsi" w:hAnsiTheme="minorHAnsi"/>
                <w:sz w:val="22"/>
                <w:lang w:val="fr-CA"/>
              </w:rPr>
              <w:t>.</w:t>
            </w:r>
            <w:r w:rsidRPr="0096400F">
              <w:rPr>
                <w:rFonts w:asciiTheme="minorHAnsi" w:hAnsiTheme="minorHAnsi"/>
                <w:sz w:val="22"/>
                <w:lang w:val="fr-CA"/>
              </w:rPr>
              <w:t>-O</w:t>
            </w:r>
            <w:r w:rsidR="006376B9" w:rsidRPr="0096400F">
              <w:rPr>
                <w:rFonts w:asciiTheme="minorHAnsi" w:hAnsiTheme="minorHAnsi"/>
                <w:sz w:val="22"/>
                <w:lang w:val="fr-CA"/>
              </w:rPr>
              <w:t>.</w:t>
            </w:r>
            <w:r w:rsidR="009E51D4" w:rsidRPr="0096400F">
              <w:rPr>
                <w:rFonts w:asciiTheme="minorHAnsi" w:hAnsiTheme="minorHAnsi"/>
                <w:sz w:val="22"/>
                <w:lang w:val="fr-CA"/>
              </w:rPr>
              <w:t>, homme, 18-34</w:t>
            </w:r>
            <w:r w:rsidR="006376B9" w:rsidRPr="0096400F">
              <w:rPr>
                <w:rFonts w:asciiTheme="minorHAnsi" w:hAnsiTheme="minorHAnsi"/>
                <w:sz w:val="22"/>
                <w:lang w:val="fr-CA"/>
              </w:rPr>
              <w:t xml:space="preserve"> </w:t>
            </w:r>
          </w:p>
        </w:tc>
        <w:tc>
          <w:tcPr>
            <w:tcW w:w="865" w:type="pct"/>
            <w:vAlign w:val="bottom"/>
          </w:tcPr>
          <w:p w14:paraId="40247460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17</w:t>
            </w:r>
          </w:p>
        </w:tc>
        <w:tc>
          <w:tcPr>
            <w:tcW w:w="714" w:type="pct"/>
            <w:vAlign w:val="bottom"/>
          </w:tcPr>
          <w:p w14:paraId="5191589F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37</w:t>
            </w:r>
          </w:p>
        </w:tc>
        <w:tc>
          <w:tcPr>
            <w:tcW w:w="849" w:type="pct"/>
            <w:vAlign w:val="bottom"/>
          </w:tcPr>
          <w:p w14:paraId="5001AC1E" w14:textId="7059E463" w:rsidR="0000132C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2,199</w:t>
            </w:r>
          </w:p>
        </w:tc>
      </w:tr>
      <w:tr w:rsidR="0000132C" w:rsidRPr="0096400F" w14:paraId="6798A1B8" w14:textId="77777777" w:rsidTr="00F9728D">
        <w:trPr>
          <w:jc w:val="center"/>
        </w:trPr>
        <w:tc>
          <w:tcPr>
            <w:tcW w:w="2572" w:type="pct"/>
            <w:vAlign w:val="bottom"/>
          </w:tcPr>
          <w:p w14:paraId="68364146" w14:textId="2EFE9F32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Alberta et Territoires du N</w:t>
            </w:r>
            <w:r w:rsidR="006376B9" w:rsidRPr="0096400F">
              <w:rPr>
                <w:rFonts w:asciiTheme="minorHAnsi" w:hAnsiTheme="minorHAnsi"/>
                <w:sz w:val="22"/>
                <w:lang w:val="fr-CA"/>
              </w:rPr>
              <w:t>.</w:t>
            </w:r>
            <w:r w:rsidRPr="0096400F">
              <w:rPr>
                <w:rFonts w:asciiTheme="minorHAnsi" w:hAnsiTheme="minorHAnsi"/>
                <w:sz w:val="22"/>
                <w:lang w:val="fr-CA"/>
              </w:rPr>
              <w:t>-O</w:t>
            </w:r>
            <w:r w:rsidR="00F24F3A" w:rsidRPr="0096400F">
              <w:rPr>
                <w:rFonts w:asciiTheme="minorHAnsi" w:hAnsiTheme="minorHAnsi"/>
                <w:sz w:val="22"/>
                <w:lang w:val="fr-CA"/>
              </w:rPr>
              <w:t>.,</w:t>
            </w:r>
            <w:r w:rsidR="006376B9" w:rsidRPr="0096400F">
              <w:rPr>
                <w:rFonts w:asciiTheme="minorHAnsi" w:hAnsiTheme="minorHAnsi"/>
                <w:sz w:val="22"/>
                <w:lang w:val="fr-CA"/>
              </w:rPr>
              <w:t xml:space="preserve"> homme, 35-54</w:t>
            </w:r>
          </w:p>
        </w:tc>
        <w:tc>
          <w:tcPr>
            <w:tcW w:w="865" w:type="pct"/>
            <w:vAlign w:val="bottom"/>
          </w:tcPr>
          <w:p w14:paraId="04730941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66</w:t>
            </w:r>
          </w:p>
        </w:tc>
        <w:tc>
          <w:tcPr>
            <w:tcW w:w="714" w:type="pct"/>
            <w:vAlign w:val="bottom"/>
          </w:tcPr>
          <w:p w14:paraId="4C36A887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42</w:t>
            </w:r>
          </w:p>
        </w:tc>
        <w:tc>
          <w:tcPr>
            <w:tcW w:w="849" w:type="pct"/>
            <w:vAlign w:val="bottom"/>
          </w:tcPr>
          <w:p w14:paraId="67EC196F" w14:textId="68580B17" w:rsidR="0000132C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0,640</w:t>
            </w:r>
          </w:p>
        </w:tc>
      </w:tr>
      <w:tr w:rsidR="0000132C" w:rsidRPr="0096400F" w14:paraId="2508F336" w14:textId="77777777" w:rsidTr="00F9728D">
        <w:trPr>
          <w:jc w:val="center"/>
        </w:trPr>
        <w:tc>
          <w:tcPr>
            <w:tcW w:w="2572" w:type="pct"/>
            <w:vAlign w:val="bottom"/>
          </w:tcPr>
          <w:p w14:paraId="65810D59" w14:textId="6AC7EC0B" w:rsidR="0000132C" w:rsidRPr="0096400F" w:rsidRDefault="00DB1ED6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Alberta et Territoires du N</w:t>
            </w:r>
            <w:r w:rsidR="00F24F3A" w:rsidRPr="0096400F">
              <w:rPr>
                <w:rFonts w:asciiTheme="minorHAnsi" w:hAnsiTheme="minorHAnsi"/>
                <w:sz w:val="22"/>
                <w:lang w:val="fr-CA"/>
              </w:rPr>
              <w:t>.</w:t>
            </w:r>
            <w:r w:rsidRPr="0096400F">
              <w:rPr>
                <w:rFonts w:asciiTheme="minorHAnsi" w:hAnsiTheme="minorHAnsi"/>
                <w:sz w:val="22"/>
                <w:lang w:val="fr-CA"/>
              </w:rPr>
              <w:t>-O</w:t>
            </w:r>
            <w:r w:rsidR="00F24F3A" w:rsidRPr="0096400F">
              <w:rPr>
                <w:rFonts w:asciiTheme="minorHAnsi" w:hAnsiTheme="minorHAnsi"/>
                <w:sz w:val="22"/>
                <w:lang w:val="fr-CA"/>
              </w:rPr>
              <w:t>., homme, 55+</w:t>
            </w:r>
          </w:p>
        </w:tc>
        <w:tc>
          <w:tcPr>
            <w:tcW w:w="865" w:type="pct"/>
            <w:vAlign w:val="bottom"/>
          </w:tcPr>
          <w:p w14:paraId="22E9F2B0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38</w:t>
            </w:r>
          </w:p>
        </w:tc>
        <w:tc>
          <w:tcPr>
            <w:tcW w:w="714" w:type="pct"/>
            <w:vAlign w:val="bottom"/>
          </w:tcPr>
          <w:p w14:paraId="04101E3C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36</w:t>
            </w:r>
          </w:p>
        </w:tc>
        <w:tc>
          <w:tcPr>
            <w:tcW w:w="849" w:type="pct"/>
            <w:vAlign w:val="bottom"/>
          </w:tcPr>
          <w:p w14:paraId="7964A488" w14:textId="64CCFF4C" w:rsidR="0000132C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0,935</w:t>
            </w:r>
          </w:p>
        </w:tc>
      </w:tr>
      <w:tr w:rsidR="0000132C" w:rsidRPr="0096400F" w14:paraId="40E660CA" w14:textId="77777777" w:rsidTr="00F9728D">
        <w:trPr>
          <w:jc w:val="center"/>
        </w:trPr>
        <w:tc>
          <w:tcPr>
            <w:tcW w:w="2572" w:type="pct"/>
            <w:vAlign w:val="bottom"/>
          </w:tcPr>
          <w:p w14:paraId="6367378E" w14:textId="4155E7A9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 xml:space="preserve">Alberta et Territoires du </w:t>
            </w:r>
            <w:r w:rsidR="001E03DE" w:rsidRPr="0096400F">
              <w:rPr>
                <w:rFonts w:asciiTheme="minorHAnsi" w:hAnsiTheme="minorHAnsi"/>
                <w:sz w:val="22"/>
                <w:lang w:val="fr-CA"/>
              </w:rPr>
              <w:t>N.</w:t>
            </w:r>
            <w:r w:rsidRPr="0096400F">
              <w:rPr>
                <w:rFonts w:asciiTheme="minorHAnsi" w:hAnsiTheme="minorHAnsi"/>
                <w:sz w:val="22"/>
                <w:lang w:val="fr-CA"/>
              </w:rPr>
              <w:t>-O</w:t>
            </w:r>
            <w:r w:rsidR="001E03DE" w:rsidRPr="0096400F">
              <w:rPr>
                <w:rFonts w:asciiTheme="minorHAnsi" w:hAnsiTheme="minorHAnsi"/>
                <w:sz w:val="22"/>
                <w:lang w:val="fr-CA"/>
              </w:rPr>
              <w:t>.</w:t>
            </w:r>
            <w:r w:rsidR="00DF072B" w:rsidRPr="0096400F">
              <w:rPr>
                <w:rFonts w:asciiTheme="minorHAnsi" w:hAnsiTheme="minorHAnsi"/>
                <w:sz w:val="22"/>
                <w:lang w:val="fr-CA"/>
              </w:rPr>
              <w:t>, femme, 18-34</w:t>
            </w:r>
          </w:p>
        </w:tc>
        <w:tc>
          <w:tcPr>
            <w:tcW w:w="865" w:type="pct"/>
            <w:vAlign w:val="bottom"/>
          </w:tcPr>
          <w:p w14:paraId="09CB33BB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10</w:t>
            </w:r>
          </w:p>
        </w:tc>
        <w:tc>
          <w:tcPr>
            <w:tcW w:w="714" w:type="pct"/>
            <w:vAlign w:val="bottom"/>
          </w:tcPr>
          <w:p w14:paraId="538C4B0C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36</w:t>
            </w:r>
          </w:p>
        </w:tc>
        <w:tc>
          <w:tcPr>
            <w:tcW w:w="849" w:type="pct"/>
            <w:vAlign w:val="bottom"/>
          </w:tcPr>
          <w:p w14:paraId="4827FB74" w14:textId="4FFC2C8C" w:rsidR="0000132C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3,638</w:t>
            </w:r>
          </w:p>
        </w:tc>
      </w:tr>
      <w:tr w:rsidR="0000132C" w:rsidRPr="0096400F" w14:paraId="2483C81A" w14:textId="77777777" w:rsidTr="00F9728D">
        <w:trPr>
          <w:jc w:val="center"/>
        </w:trPr>
        <w:tc>
          <w:tcPr>
            <w:tcW w:w="2572" w:type="pct"/>
          </w:tcPr>
          <w:p w14:paraId="611C0271" w14:textId="20B4E48B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Alberta et Territoires du N</w:t>
            </w:r>
            <w:r w:rsidR="00ED0E63" w:rsidRPr="0096400F">
              <w:rPr>
                <w:rFonts w:asciiTheme="minorHAnsi" w:hAnsiTheme="minorHAnsi"/>
                <w:sz w:val="22"/>
                <w:lang w:val="fr-CA"/>
              </w:rPr>
              <w:t>.</w:t>
            </w:r>
            <w:r w:rsidRPr="0096400F">
              <w:rPr>
                <w:rFonts w:asciiTheme="minorHAnsi" w:hAnsiTheme="minorHAnsi"/>
                <w:sz w:val="22"/>
                <w:lang w:val="fr-CA"/>
              </w:rPr>
              <w:t>-O</w:t>
            </w:r>
            <w:r w:rsidR="00ED0E63" w:rsidRPr="0096400F">
              <w:rPr>
                <w:rFonts w:asciiTheme="minorHAnsi" w:hAnsiTheme="minorHAnsi"/>
                <w:sz w:val="22"/>
                <w:lang w:val="fr-CA"/>
              </w:rPr>
              <w:t>.</w:t>
            </w:r>
            <w:r w:rsidR="00DF072B" w:rsidRPr="0096400F">
              <w:rPr>
                <w:rFonts w:asciiTheme="minorHAnsi" w:hAnsiTheme="minorHAnsi"/>
                <w:sz w:val="22"/>
                <w:lang w:val="fr-CA"/>
              </w:rPr>
              <w:t>, femme, 35-54</w:t>
            </w:r>
          </w:p>
        </w:tc>
        <w:tc>
          <w:tcPr>
            <w:tcW w:w="865" w:type="pct"/>
            <w:vAlign w:val="bottom"/>
          </w:tcPr>
          <w:p w14:paraId="0A9699D2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83</w:t>
            </w:r>
          </w:p>
        </w:tc>
        <w:tc>
          <w:tcPr>
            <w:tcW w:w="714" w:type="pct"/>
            <w:vAlign w:val="bottom"/>
          </w:tcPr>
          <w:p w14:paraId="4E97CEED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42</w:t>
            </w:r>
          </w:p>
        </w:tc>
        <w:tc>
          <w:tcPr>
            <w:tcW w:w="849" w:type="pct"/>
            <w:vAlign w:val="bottom"/>
          </w:tcPr>
          <w:p w14:paraId="30EA386F" w14:textId="4CF80D16" w:rsidR="0000132C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0,502</w:t>
            </w:r>
          </w:p>
        </w:tc>
      </w:tr>
      <w:tr w:rsidR="0000132C" w:rsidRPr="0096400F" w14:paraId="517223F3" w14:textId="77777777" w:rsidTr="00F9728D">
        <w:trPr>
          <w:jc w:val="center"/>
        </w:trPr>
        <w:tc>
          <w:tcPr>
            <w:tcW w:w="2572" w:type="pct"/>
          </w:tcPr>
          <w:p w14:paraId="6EA055C0" w14:textId="48C2CE39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Alberta et Territoires du N</w:t>
            </w:r>
            <w:r w:rsidR="00ED0E63" w:rsidRPr="0096400F">
              <w:rPr>
                <w:rFonts w:asciiTheme="minorHAnsi" w:hAnsiTheme="minorHAnsi"/>
                <w:sz w:val="22"/>
                <w:lang w:val="fr-CA"/>
              </w:rPr>
              <w:t>.</w:t>
            </w:r>
            <w:r w:rsidRPr="0096400F">
              <w:rPr>
                <w:rFonts w:asciiTheme="minorHAnsi" w:hAnsiTheme="minorHAnsi"/>
                <w:sz w:val="22"/>
                <w:lang w:val="fr-CA"/>
              </w:rPr>
              <w:t>-O</w:t>
            </w:r>
            <w:r w:rsidR="00ED0E63" w:rsidRPr="0096400F">
              <w:rPr>
                <w:rFonts w:asciiTheme="minorHAnsi" w:hAnsiTheme="minorHAnsi"/>
                <w:sz w:val="22"/>
                <w:lang w:val="fr-CA"/>
              </w:rPr>
              <w:t>.</w:t>
            </w:r>
            <w:r w:rsidR="001E03DE" w:rsidRPr="0096400F">
              <w:rPr>
                <w:rFonts w:asciiTheme="minorHAnsi" w:hAnsiTheme="minorHAnsi"/>
                <w:sz w:val="22"/>
                <w:lang w:val="fr-CA"/>
              </w:rPr>
              <w:t>, femme, 55+</w:t>
            </w:r>
          </w:p>
        </w:tc>
        <w:tc>
          <w:tcPr>
            <w:tcW w:w="865" w:type="pct"/>
            <w:vAlign w:val="bottom"/>
          </w:tcPr>
          <w:p w14:paraId="18068B75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45</w:t>
            </w:r>
          </w:p>
        </w:tc>
        <w:tc>
          <w:tcPr>
            <w:tcW w:w="714" w:type="pct"/>
            <w:vAlign w:val="bottom"/>
          </w:tcPr>
          <w:p w14:paraId="4E20BFC6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38</w:t>
            </w:r>
          </w:p>
        </w:tc>
        <w:tc>
          <w:tcPr>
            <w:tcW w:w="849" w:type="pct"/>
            <w:vAlign w:val="bottom"/>
          </w:tcPr>
          <w:p w14:paraId="5969F894" w14:textId="09C6E52F" w:rsidR="0000132C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0,845</w:t>
            </w:r>
          </w:p>
        </w:tc>
      </w:tr>
      <w:tr w:rsidR="0000132C" w:rsidRPr="0096400F" w14:paraId="50BE3413" w14:textId="77777777" w:rsidTr="00F9728D">
        <w:trPr>
          <w:jc w:val="center"/>
        </w:trPr>
        <w:tc>
          <w:tcPr>
            <w:tcW w:w="2572" w:type="pct"/>
            <w:vAlign w:val="bottom"/>
          </w:tcPr>
          <w:p w14:paraId="22DA077B" w14:textId="6EDD2DF9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Prairies et Nunavut</w:t>
            </w:r>
            <w:r w:rsidR="00FD5659" w:rsidRPr="0096400F">
              <w:rPr>
                <w:rFonts w:asciiTheme="minorHAnsi" w:hAnsiTheme="minorHAnsi"/>
                <w:sz w:val="22"/>
                <w:lang w:val="fr-CA"/>
              </w:rPr>
              <w:t>, homme, 18-34</w:t>
            </w:r>
          </w:p>
        </w:tc>
        <w:tc>
          <w:tcPr>
            <w:tcW w:w="865" w:type="pct"/>
            <w:vAlign w:val="bottom"/>
          </w:tcPr>
          <w:p w14:paraId="215DCA3C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25</w:t>
            </w:r>
          </w:p>
        </w:tc>
        <w:tc>
          <w:tcPr>
            <w:tcW w:w="714" w:type="pct"/>
            <w:vAlign w:val="bottom"/>
          </w:tcPr>
          <w:p w14:paraId="26241D64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20</w:t>
            </w:r>
          </w:p>
        </w:tc>
        <w:tc>
          <w:tcPr>
            <w:tcW w:w="849" w:type="pct"/>
            <w:vAlign w:val="bottom"/>
          </w:tcPr>
          <w:p w14:paraId="528844A4" w14:textId="70429206" w:rsidR="0000132C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0,816</w:t>
            </w:r>
          </w:p>
        </w:tc>
      </w:tr>
      <w:tr w:rsidR="0000132C" w:rsidRPr="0096400F" w14:paraId="0B1C8CC5" w14:textId="77777777" w:rsidTr="00F9728D">
        <w:trPr>
          <w:jc w:val="center"/>
        </w:trPr>
        <w:tc>
          <w:tcPr>
            <w:tcW w:w="2572" w:type="pct"/>
            <w:vAlign w:val="bottom"/>
          </w:tcPr>
          <w:p w14:paraId="2BE09758" w14:textId="70FA3724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Prairies et Nunavut</w:t>
            </w:r>
            <w:r w:rsidR="00FD5659" w:rsidRPr="0096400F">
              <w:rPr>
                <w:rFonts w:asciiTheme="minorHAnsi" w:hAnsiTheme="minorHAnsi"/>
                <w:sz w:val="22"/>
                <w:lang w:val="fr-CA"/>
              </w:rPr>
              <w:t>, homme, 35-54</w:t>
            </w:r>
          </w:p>
        </w:tc>
        <w:tc>
          <w:tcPr>
            <w:tcW w:w="865" w:type="pct"/>
            <w:vAlign w:val="bottom"/>
          </w:tcPr>
          <w:p w14:paraId="621AC7A9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29</w:t>
            </w:r>
          </w:p>
        </w:tc>
        <w:tc>
          <w:tcPr>
            <w:tcW w:w="714" w:type="pct"/>
            <w:vAlign w:val="bottom"/>
          </w:tcPr>
          <w:p w14:paraId="386A7D2E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22</w:t>
            </w:r>
          </w:p>
        </w:tc>
        <w:tc>
          <w:tcPr>
            <w:tcW w:w="849" w:type="pct"/>
            <w:vAlign w:val="bottom"/>
          </w:tcPr>
          <w:p w14:paraId="68511EEE" w14:textId="0660D0CE" w:rsidR="0000132C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0,766</w:t>
            </w:r>
          </w:p>
        </w:tc>
      </w:tr>
      <w:tr w:rsidR="0000132C" w:rsidRPr="0096400F" w14:paraId="69D12EB7" w14:textId="77777777" w:rsidTr="00F9728D">
        <w:trPr>
          <w:jc w:val="center"/>
        </w:trPr>
        <w:tc>
          <w:tcPr>
            <w:tcW w:w="2572" w:type="pct"/>
            <w:vAlign w:val="bottom"/>
          </w:tcPr>
          <w:p w14:paraId="61512227" w14:textId="328ABF2E" w:rsidR="0000132C" w:rsidRPr="0096400F" w:rsidRDefault="00444FD9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Prairies et Nunavut</w:t>
            </w:r>
            <w:r w:rsidR="00FD5659" w:rsidRPr="0096400F">
              <w:rPr>
                <w:rFonts w:asciiTheme="minorHAnsi" w:hAnsiTheme="minorHAnsi"/>
                <w:sz w:val="22"/>
                <w:lang w:val="fr-CA"/>
              </w:rPr>
              <w:t>, homme, 55+</w:t>
            </w:r>
          </w:p>
        </w:tc>
        <w:tc>
          <w:tcPr>
            <w:tcW w:w="865" w:type="pct"/>
            <w:vAlign w:val="bottom"/>
          </w:tcPr>
          <w:p w14:paraId="0098220A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20</w:t>
            </w:r>
          </w:p>
        </w:tc>
        <w:tc>
          <w:tcPr>
            <w:tcW w:w="714" w:type="pct"/>
            <w:vAlign w:val="bottom"/>
          </w:tcPr>
          <w:p w14:paraId="675E9460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23</w:t>
            </w:r>
          </w:p>
        </w:tc>
        <w:tc>
          <w:tcPr>
            <w:tcW w:w="849" w:type="pct"/>
            <w:vAlign w:val="bottom"/>
          </w:tcPr>
          <w:p w14:paraId="326F104D" w14:textId="36F169E3" w:rsidR="0000132C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1,171</w:t>
            </w:r>
          </w:p>
        </w:tc>
      </w:tr>
      <w:tr w:rsidR="0000132C" w:rsidRPr="0096400F" w14:paraId="424BE701" w14:textId="77777777" w:rsidTr="00F9728D">
        <w:trPr>
          <w:jc w:val="center"/>
        </w:trPr>
        <w:tc>
          <w:tcPr>
            <w:tcW w:w="2572" w:type="pct"/>
            <w:vAlign w:val="bottom"/>
          </w:tcPr>
          <w:p w14:paraId="18FA0D08" w14:textId="0B01E899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Prairies et Nunavut</w:t>
            </w:r>
            <w:r w:rsidR="006C0481" w:rsidRPr="0096400F">
              <w:rPr>
                <w:rFonts w:asciiTheme="minorHAnsi" w:hAnsiTheme="minorHAnsi"/>
                <w:sz w:val="22"/>
                <w:lang w:val="fr-CA"/>
              </w:rPr>
              <w:t>, femme, 18-34</w:t>
            </w:r>
          </w:p>
        </w:tc>
        <w:tc>
          <w:tcPr>
            <w:tcW w:w="865" w:type="pct"/>
            <w:vAlign w:val="bottom"/>
          </w:tcPr>
          <w:p w14:paraId="4BD2AA9F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15</w:t>
            </w:r>
          </w:p>
        </w:tc>
        <w:tc>
          <w:tcPr>
            <w:tcW w:w="714" w:type="pct"/>
            <w:vAlign w:val="bottom"/>
          </w:tcPr>
          <w:p w14:paraId="6BE870DF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20</w:t>
            </w:r>
          </w:p>
        </w:tc>
        <w:tc>
          <w:tcPr>
            <w:tcW w:w="849" w:type="pct"/>
            <w:vAlign w:val="bottom"/>
          </w:tcPr>
          <w:p w14:paraId="4F3F166B" w14:textId="7B7E612C" w:rsidR="0000132C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1,329</w:t>
            </w:r>
          </w:p>
        </w:tc>
      </w:tr>
      <w:tr w:rsidR="0000132C" w:rsidRPr="0096400F" w14:paraId="18290388" w14:textId="77777777" w:rsidTr="00F9728D">
        <w:trPr>
          <w:jc w:val="center"/>
        </w:trPr>
        <w:tc>
          <w:tcPr>
            <w:tcW w:w="2572" w:type="pct"/>
            <w:vAlign w:val="bottom"/>
          </w:tcPr>
          <w:p w14:paraId="74E9ECEC" w14:textId="782CB418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Prairies et Nunavut</w:t>
            </w:r>
            <w:r w:rsidR="006C0481" w:rsidRPr="0096400F">
              <w:rPr>
                <w:rFonts w:asciiTheme="minorHAnsi" w:hAnsiTheme="minorHAnsi"/>
                <w:sz w:val="22"/>
                <w:lang w:val="fr-CA"/>
              </w:rPr>
              <w:t>, femme, 35-54</w:t>
            </w:r>
          </w:p>
        </w:tc>
        <w:tc>
          <w:tcPr>
            <w:tcW w:w="865" w:type="pct"/>
            <w:vAlign w:val="bottom"/>
          </w:tcPr>
          <w:p w14:paraId="4D331896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27</w:t>
            </w:r>
          </w:p>
        </w:tc>
        <w:tc>
          <w:tcPr>
            <w:tcW w:w="714" w:type="pct"/>
            <w:vAlign w:val="bottom"/>
          </w:tcPr>
          <w:p w14:paraId="3C432043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22</w:t>
            </w:r>
          </w:p>
        </w:tc>
        <w:tc>
          <w:tcPr>
            <w:tcW w:w="849" w:type="pct"/>
            <w:vAlign w:val="bottom"/>
          </w:tcPr>
          <w:p w14:paraId="76398826" w14:textId="620C18B0" w:rsidR="0000132C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0,832</w:t>
            </w:r>
          </w:p>
        </w:tc>
      </w:tr>
      <w:tr w:rsidR="0000132C" w:rsidRPr="0096400F" w14:paraId="2535C414" w14:textId="77777777" w:rsidTr="00F9728D">
        <w:trPr>
          <w:jc w:val="center"/>
        </w:trPr>
        <w:tc>
          <w:tcPr>
            <w:tcW w:w="2572" w:type="pct"/>
            <w:vAlign w:val="bottom"/>
          </w:tcPr>
          <w:p w14:paraId="78793745" w14:textId="2F627209" w:rsidR="0000132C" w:rsidRPr="0096400F" w:rsidRDefault="00DE12E6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Prairies et Nunavut</w:t>
            </w:r>
            <w:r w:rsidR="006C0481" w:rsidRPr="0096400F">
              <w:rPr>
                <w:rFonts w:asciiTheme="minorHAnsi" w:hAnsiTheme="minorHAnsi"/>
                <w:sz w:val="22"/>
                <w:lang w:val="fr-CA"/>
              </w:rPr>
              <w:t>, femme, 55+</w:t>
            </w:r>
          </w:p>
        </w:tc>
        <w:tc>
          <w:tcPr>
            <w:tcW w:w="865" w:type="pct"/>
            <w:vAlign w:val="bottom"/>
          </w:tcPr>
          <w:p w14:paraId="5D4A3B1D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28</w:t>
            </w:r>
          </w:p>
        </w:tc>
        <w:tc>
          <w:tcPr>
            <w:tcW w:w="714" w:type="pct"/>
            <w:vAlign w:val="bottom"/>
          </w:tcPr>
          <w:p w14:paraId="03CABADB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26</w:t>
            </w:r>
          </w:p>
        </w:tc>
        <w:tc>
          <w:tcPr>
            <w:tcW w:w="849" w:type="pct"/>
            <w:vAlign w:val="bottom"/>
          </w:tcPr>
          <w:p w14:paraId="136F0594" w14:textId="2AE3CEA0" w:rsidR="0000132C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0,938</w:t>
            </w:r>
          </w:p>
        </w:tc>
      </w:tr>
      <w:tr w:rsidR="0000132C" w:rsidRPr="0096400F" w14:paraId="722DB422" w14:textId="77777777" w:rsidTr="00F9728D">
        <w:trPr>
          <w:jc w:val="center"/>
        </w:trPr>
        <w:tc>
          <w:tcPr>
            <w:tcW w:w="2572" w:type="pct"/>
            <w:vAlign w:val="bottom"/>
          </w:tcPr>
          <w:p w14:paraId="1AAFE76B" w14:textId="75E6C6A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Ontario</w:t>
            </w:r>
            <w:r w:rsidR="00184A64" w:rsidRPr="0096400F">
              <w:rPr>
                <w:rFonts w:asciiTheme="minorHAnsi" w:hAnsiTheme="minorHAnsi"/>
                <w:sz w:val="22"/>
                <w:lang w:val="fr-CA"/>
              </w:rPr>
              <w:t>, homme, 18-34</w:t>
            </w:r>
          </w:p>
        </w:tc>
        <w:tc>
          <w:tcPr>
            <w:tcW w:w="865" w:type="pct"/>
            <w:vAlign w:val="bottom"/>
          </w:tcPr>
          <w:p w14:paraId="694DB787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122</w:t>
            </w:r>
          </w:p>
        </w:tc>
        <w:tc>
          <w:tcPr>
            <w:tcW w:w="714" w:type="pct"/>
            <w:vAlign w:val="bottom"/>
          </w:tcPr>
          <w:p w14:paraId="6586B711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108</w:t>
            </w:r>
          </w:p>
        </w:tc>
        <w:tc>
          <w:tcPr>
            <w:tcW w:w="849" w:type="pct"/>
            <w:vAlign w:val="bottom"/>
          </w:tcPr>
          <w:p w14:paraId="7C29FF22" w14:textId="4263F67B" w:rsidR="0000132C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0,884</w:t>
            </w:r>
          </w:p>
        </w:tc>
      </w:tr>
      <w:tr w:rsidR="0000132C" w:rsidRPr="0096400F" w14:paraId="33B34FEF" w14:textId="77777777" w:rsidTr="00F9728D">
        <w:trPr>
          <w:jc w:val="center"/>
        </w:trPr>
        <w:tc>
          <w:tcPr>
            <w:tcW w:w="2572" w:type="pct"/>
            <w:vAlign w:val="bottom"/>
          </w:tcPr>
          <w:p w14:paraId="5E64750F" w14:textId="0BFAB36B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Ontario</w:t>
            </w:r>
            <w:r w:rsidR="00184A64" w:rsidRPr="0096400F">
              <w:rPr>
                <w:rFonts w:asciiTheme="minorHAnsi" w:hAnsiTheme="minorHAnsi"/>
                <w:sz w:val="22"/>
                <w:lang w:val="fr-CA"/>
              </w:rPr>
              <w:t>, homme, 35-54</w:t>
            </w:r>
          </w:p>
        </w:tc>
        <w:tc>
          <w:tcPr>
            <w:tcW w:w="865" w:type="pct"/>
            <w:vAlign w:val="bottom"/>
          </w:tcPr>
          <w:p w14:paraId="4EEBB244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110</w:t>
            </w:r>
          </w:p>
        </w:tc>
        <w:tc>
          <w:tcPr>
            <w:tcW w:w="714" w:type="pct"/>
            <w:vAlign w:val="bottom"/>
          </w:tcPr>
          <w:p w14:paraId="4322B12C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130</w:t>
            </w:r>
          </w:p>
        </w:tc>
        <w:tc>
          <w:tcPr>
            <w:tcW w:w="849" w:type="pct"/>
            <w:vAlign w:val="bottom"/>
          </w:tcPr>
          <w:p w14:paraId="24F3AFFD" w14:textId="2C042432" w:rsidR="0000132C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1,186</w:t>
            </w:r>
          </w:p>
        </w:tc>
      </w:tr>
      <w:tr w:rsidR="0000132C" w:rsidRPr="0096400F" w14:paraId="69F7B861" w14:textId="77777777" w:rsidTr="00F9728D">
        <w:trPr>
          <w:jc w:val="center"/>
        </w:trPr>
        <w:tc>
          <w:tcPr>
            <w:tcW w:w="2572" w:type="pct"/>
            <w:vAlign w:val="bottom"/>
          </w:tcPr>
          <w:p w14:paraId="010E4132" w14:textId="45AD53B0" w:rsidR="0000132C" w:rsidRPr="0096400F" w:rsidRDefault="00B51CB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Ontario</w:t>
            </w:r>
            <w:r w:rsidR="00BE2490" w:rsidRPr="0096400F">
              <w:rPr>
                <w:rFonts w:asciiTheme="minorHAnsi" w:hAnsiTheme="minorHAnsi"/>
                <w:sz w:val="22"/>
                <w:lang w:val="fr-CA"/>
              </w:rPr>
              <w:t>, homme, 55+</w:t>
            </w:r>
          </w:p>
        </w:tc>
        <w:tc>
          <w:tcPr>
            <w:tcW w:w="865" w:type="pct"/>
            <w:vAlign w:val="bottom"/>
          </w:tcPr>
          <w:p w14:paraId="1AE7C593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160</w:t>
            </w:r>
          </w:p>
        </w:tc>
        <w:tc>
          <w:tcPr>
            <w:tcW w:w="714" w:type="pct"/>
            <w:vAlign w:val="bottom"/>
          </w:tcPr>
          <w:p w14:paraId="48936AE6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139</w:t>
            </w:r>
          </w:p>
        </w:tc>
        <w:tc>
          <w:tcPr>
            <w:tcW w:w="849" w:type="pct"/>
            <w:vAlign w:val="bottom"/>
          </w:tcPr>
          <w:p w14:paraId="5A78DE5F" w14:textId="49F9BAB5" w:rsidR="0000132C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0,867</w:t>
            </w:r>
          </w:p>
        </w:tc>
      </w:tr>
      <w:tr w:rsidR="0000132C" w:rsidRPr="0096400F" w14:paraId="48079249" w14:textId="77777777" w:rsidTr="00F9728D">
        <w:trPr>
          <w:jc w:val="center"/>
        </w:trPr>
        <w:tc>
          <w:tcPr>
            <w:tcW w:w="2572" w:type="pct"/>
          </w:tcPr>
          <w:p w14:paraId="5F694138" w14:textId="481FB140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Ontario</w:t>
            </w:r>
            <w:r w:rsidR="00BE2490" w:rsidRPr="0096400F">
              <w:rPr>
                <w:rFonts w:asciiTheme="minorHAnsi" w:hAnsiTheme="minorHAnsi"/>
                <w:sz w:val="22"/>
                <w:lang w:val="fr-CA"/>
              </w:rPr>
              <w:t>, femme, 18-34</w:t>
            </w:r>
          </w:p>
        </w:tc>
        <w:tc>
          <w:tcPr>
            <w:tcW w:w="865" w:type="pct"/>
            <w:vAlign w:val="bottom"/>
          </w:tcPr>
          <w:p w14:paraId="63F7F555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87</w:t>
            </w:r>
          </w:p>
        </w:tc>
        <w:tc>
          <w:tcPr>
            <w:tcW w:w="714" w:type="pct"/>
            <w:vAlign w:val="bottom"/>
          </w:tcPr>
          <w:p w14:paraId="3A8B9E9D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108</w:t>
            </w:r>
          </w:p>
        </w:tc>
        <w:tc>
          <w:tcPr>
            <w:tcW w:w="849" w:type="pct"/>
            <w:vAlign w:val="bottom"/>
          </w:tcPr>
          <w:p w14:paraId="1950B39F" w14:textId="1783BEA9" w:rsidR="0000132C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1,236</w:t>
            </w:r>
          </w:p>
        </w:tc>
      </w:tr>
      <w:tr w:rsidR="0000132C" w:rsidRPr="0096400F" w14:paraId="08D78C81" w14:textId="77777777" w:rsidTr="00F9728D">
        <w:trPr>
          <w:jc w:val="center"/>
        </w:trPr>
        <w:tc>
          <w:tcPr>
            <w:tcW w:w="2572" w:type="pct"/>
            <w:vAlign w:val="bottom"/>
          </w:tcPr>
          <w:p w14:paraId="6583C4D9" w14:textId="77132C12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Ontario</w:t>
            </w:r>
            <w:r w:rsidR="00BE2490" w:rsidRPr="0096400F">
              <w:rPr>
                <w:rFonts w:asciiTheme="minorHAnsi" w:hAnsiTheme="minorHAnsi"/>
                <w:sz w:val="22"/>
                <w:lang w:val="fr-CA"/>
              </w:rPr>
              <w:t>, femme, 35-54</w:t>
            </w:r>
          </w:p>
        </w:tc>
        <w:tc>
          <w:tcPr>
            <w:tcW w:w="865" w:type="pct"/>
            <w:vAlign w:val="bottom"/>
          </w:tcPr>
          <w:p w14:paraId="0B2399DE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118</w:t>
            </w:r>
          </w:p>
        </w:tc>
        <w:tc>
          <w:tcPr>
            <w:tcW w:w="714" w:type="pct"/>
            <w:vAlign w:val="bottom"/>
          </w:tcPr>
          <w:p w14:paraId="6FD295BD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140</w:t>
            </w:r>
          </w:p>
        </w:tc>
        <w:tc>
          <w:tcPr>
            <w:tcW w:w="849" w:type="pct"/>
            <w:vAlign w:val="bottom"/>
          </w:tcPr>
          <w:p w14:paraId="7CC7676C" w14:textId="54F232C3" w:rsidR="0000132C" w:rsidRPr="0096400F" w:rsidRDefault="0002463B" w:rsidP="0002463B">
            <w:pPr>
              <w:spacing w:line="240" w:lineRule="auto"/>
              <w:jc w:val="left"/>
              <w:rPr>
                <w:rFonts w:asciiTheme="minorHAnsi" w:eastAsia="Times New Roman" w:hAnsiTheme="minorHAnsi" w:cstheme="minorHAnsi"/>
                <w:sz w:val="22"/>
                <w:szCs w:val="22"/>
                <w:lang w:val="fr-CA" w:eastAsia="en-US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1,183</w:t>
            </w:r>
          </w:p>
        </w:tc>
      </w:tr>
      <w:tr w:rsidR="0000132C" w:rsidRPr="0096400F" w14:paraId="36D46977" w14:textId="77777777" w:rsidTr="00F9728D">
        <w:trPr>
          <w:jc w:val="center"/>
        </w:trPr>
        <w:tc>
          <w:tcPr>
            <w:tcW w:w="2572" w:type="pct"/>
            <w:vAlign w:val="bottom"/>
          </w:tcPr>
          <w:p w14:paraId="5035E47D" w14:textId="426E64E8" w:rsidR="0000132C" w:rsidRPr="0096400F" w:rsidRDefault="00013BAF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Ontario</w:t>
            </w:r>
            <w:r w:rsidR="00BE2490" w:rsidRPr="0096400F">
              <w:rPr>
                <w:rFonts w:asciiTheme="minorHAnsi" w:hAnsiTheme="minorHAnsi"/>
                <w:sz w:val="22"/>
                <w:lang w:val="fr-CA"/>
              </w:rPr>
              <w:t>, femme, 55+</w:t>
            </w:r>
          </w:p>
        </w:tc>
        <w:tc>
          <w:tcPr>
            <w:tcW w:w="865" w:type="pct"/>
            <w:vAlign w:val="bottom"/>
          </w:tcPr>
          <w:p w14:paraId="3E8B6F05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166</w:t>
            </w:r>
          </w:p>
        </w:tc>
        <w:tc>
          <w:tcPr>
            <w:tcW w:w="714" w:type="pct"/>
            <w:vAlign w:val="bottom"/>
          </w:tcPr>
          <w:p w14:paraId="062EE3F8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159</w:t>
            </w:r>
          </w:p>
        </w:tc>
        <w:tc>
          <w:tcPr>
            <w:tcW w:w="849" w:type="pct"/>
            <w:vAlign w:val="bottom"/>
          </w:tcPr>
          <w:p w14:paraId="4FEC49B4" w14:textId="4D77A753" w:rsidR="0000132C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0,958</w:t>
            </w:r>
          </w:p>
        </w:tc>
      </w:tr>
      <w:tr w:rsidR="0000132C" w:rsidRPr="0096400F" w14:paraId="0FB7141C" w14:textId="77777777" w:rsidTr="00F9728D">
        <w:trPr>
          <w:jc w:val="center"/>
        </w:trPr>
        <w:tc>
          <w:tcPr>
            <w:tcW w:w="2572" w:type="pct"/>
            <w:vAlign w:val="bottom"/>
          </w:tcPr>
          <w:p w14:paraId="0DDEC35D" w14:textId="02A6FC63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Québec</w:t>
            </w:r>
            <w:r w:rsidR="00BE2490" w:rsidRPr="0096400F">
              <w:rPr>
                <w:rFonts w:asciiTheme="minorHAnsi" w:hAnsiTheme="minorHAnsi"/>
                <w:sz w:val="22"/>
                <w:lang w:val="fr-CA"/>
              </w:rPr>
              <w:t>, homme, 18-34</w:t>
            </w:r>
          </w:p>
        </w:tc>
        <w:tc>
          <w:tcPr>
            <w:tcW w:w="865" w:type="pct"/>
            <w:vAlign w:val="bottom"/>
          </w:tcPr>
          <w:p w14:paraId="35F9850D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26</w:t>
            </w:r>
          </w:p>
        </w:tc>
        <w:tc>
          <w:tcPr>
            <w:tcW w:w="714" w:type="pct"/>
            <w:vAlign w:val="bottom"/>
          </w:tcPr>
          <w:p w14:paraId="40721B64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62</w:t>
            </w:r>
          </w:p>
        </w:tc>
        <w:tc>
          <w:tcPr>
            <w:tcW w:w="849" w:type="pct"/>
            <w:vAlign w:val="bottom"/>
          </w:tcPr>
          <w:p w14:paraId="749192BB" w14:textId="211139F7" w:rsidR="0000132C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2,366</w:t>
            </w:r>
          </w:p>
        </w:tc>
      </w:tr>
      <w:tr w:rsidR="0000132C" w:rsidRPr="0096400F" w14:paraId="0E32473C" w14:textId="77777777" w:rsidTr="00F9728D">
        <w:trPr>
          <w:jc w:val="center"/>
        </w:trPr>
        <w:tc>
          <w:tcPr>
            <w:tcW w:w="2572" w:type="pct"/>
          </w:tcPr>
          <w:p w14:paraId="7D8B3987" w14:textId="5F0214C6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Québec</w:t>
            </w:r>
            <w:r w:rsidR="00BE2490" w:rsidRPr="0096400F">
              <w:rPr>
                <w:rFonts w:asciiTheme="minorHAnsi" w:hAnsiTheme="minorHAnsi"/>
                <w:sz w:val="22"/>
                <w:lang w:val="fr-CA"/>
              </w:rPr>
              <w:t>, homme, 35-54</w:t>
            </w:r>
            <w:r w:rsidRPr="0096400F">
              <w:rPr>
                <w:rFonts w:asciiTheme="minorHAnsi" w:hAnsiTheme="minorHAnsi"/>
                <w:sz w:val="22"/>
                <w:lang w:val="fr-CA"/>
              </w:rPr>
              <w:t xml:space="preserve"> </w:t>
            </w:r>
          </w:p>
        </w:tc>
        <w:tc>
          <w:tcPr>
            <w:tcW w:w="865" w:type="pct"/>
            <w:vAlign w:val="bottom"/>
          </w:tcPr>
          <w:p w14:paraId="612AFB8F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79</w:t>
            </w:r>
          </w:p>
        </w:tc>
        <w:tc>
          <w:tcPr>
            <w:tcW w:w="714" w:type="pct"/>
            <w:vAlign w:val="bottom"/>
          </w:tcPr>
          <w:p w14:paraId="49017F2E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80</w:t>
            </w:r>
          </w:p>
        </w:tc>
        <w:tc>
          <w:tcPr>
            <w:tcW w:w="849" w:type="pct"/>
            <w:vAlign w:val="bottom"/>
          </w:tcPr>
          <w:p w14:paraId="5978E692" w14:textId="44F04648" w:rsidR="0000132C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1,012</w:t>
            </w:r>
          </w:p>
        </w:tc>
      </w:tr>
      <w:tr w:rsidR="0000132C" w:rsidRPr="0096400F" w14:paraId="6092E95D" w14:textId="77777777" w:rsidTr="00F9728D">
        <w:trPr>
          <w:jc w:val="center"/>
        </w:trPr>
        <w:tc>
          <w:tcPr>
            <w:tcW w:w="2572" w:type="pct"/>
            <w:vAlign w:val="bottom"/>
          </w:tcPr>
          <w:p w14:paraId="39E37442" w14:textId="5C633EF4" w:rsidR="0000132C" w:rsidRPr="0096400F" w:rsidRDefault="00897B98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Québec</w:t>
            </w:r>
            <w:r w:rsidR="00BE2490" w:rsidRPr="0096400F">
              <w:rPr>
                <w:rFonts w:asciiTheme="minorHAnsi" w:hAnsiTheme="minorHAnsi"/>
                <w:sz w:val="22"/>
                <w:lang w:val="fr-CA"/>
              </w:rPr>
              <w:t>, homme, 55+</w:t>
            </w:r>
          </w:p>
        </w:tc>
        <w:tc>
          <w:tcPr>
            <w:tcW w:w="865" w:type="pct"/>
            <w:vAlign w:val="bottom"/>
          </w:tcPr>
          <w:p w14:paraId="65EFC8F0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96</w:t>
            </w:r>
          </w:p>
        </w:tc>
        <w:tc>
          <w:tcPr>
            <w:tcW w:w="714" w:type="pct"/>
            <w:vAlign w:val="bottom"/>
          </w:tcPr>
          <w:p w14:paraId="3AFC8B89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92</w:t>
            </w:r>
          </w:p>
        </w:tc>
        <w:tc>
          <w:tcPr>
            <w:tcW w:w="849" w:type="pct"/>
            <w:vAlign w:val="bottom"/>
          </w:tcPr>
          <w:p w14:paraId="0581D346" w14:textId="19AD1FEE" w:rsidR="0000132C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0,956</w:t>
            </w:r>
          </w:p>
        </w:tc>
      </w:tr>
      <w:tr w:rsidR="0000132C" w:rsidRPr="0096400F" w14:paraId="052BEFC6" w14:textId="77777777" w:rsidTr="00F9728D">
        <w:trPr>
          <w:jc w:val="center"/>
        </w:trPr>
        <w:tc>
          <w:tcPr>
            <w:tcW w:w="2572" w:type="pct"/>
            <w:vAlign w:val="bottom"/>
          </w:tcPr>
          <w:p w14:paraId="7F0F72D1" w14:textId="2F668A56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Québec</w:t>
            </w:r>
            <w:r w:rsidR="00BE2490" w:rsidRPr="0096400F">
              <w:rPr>
                <w:rFonts w:asciiTheme="minorHAnsi" w:hAnsiTheme="minorHAnsi"/>
                <w:sz w:val="22"/>
                <w:lang w:val="fr-CA"/>
              </w:rPr>
              <w:t>, femme, 18-34</w:t>
            </w:r>
          </w:p>
        </w:tc>
        <w:tc>
          <w:tcPr>
            <w:tcW w:w="865" w:type="pct"/>
            <w:vAlign w:val="bottom"/>
          </w:tcPr>
          <w:p w14:paraId="0EB4BA8F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37</w:t>
            </w:r>
          </w:p>
        </w:tc>
        <w:tc>
          <w:tcPr>
            <w:tcW w:w="714" w:type="pct"/>
            <w:vAlign w:val="bottom"/>
          </w:tcPr>
          <w:p w14:paraId="4665B287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61</w:t>
            </w:r>
          </w:p>
        </w:tc>
        <w:tc>
          <w:tcPr>
            <w:tcW w:w="849" w:type="pct"/>
            <w:vAlign w:val="bottom"/>
          </w:tcPr>
          <w:p w14:paraId="467EAFD2" w14:textId="07EBAED4" w:rsidR="0000132C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1,650</w:t>
            </w:r>
          </w:p>
        </w:tc>
      </w:tr>
      <w:tr w:rsidR="0000132C" w:rsidRPr="0096400F" w14:paraId="2B23A988" w14:textId="77777777" w:rsidTr="00F9728D">
        <w:trPr>
          <w:jc w:val="center"/>
        </w:trPr>
        <w:tc>
          <w:tcPr>
            <w:tcW w:w="2572" w:type="pct"/>
            <w:vAlign w:val="bottom"/>
          </w:tcPr>
          <w:p w14:paraId="019A224D" w14:textId="71BF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Québec</w:t>
            </w:r>
            <w:r w:rsidR="00BE2490" w:rsidRPr="0096400F">
              <w:rPr>
                <w:rFonts w:asciiTheme="minorHAnsi" w:hAnsiTheme="minorHAnsi"/>
                <w:sz w:val="22"/>
                <w:lang w:val="fr-CA"/>
              </w:rPr>
              <w:t>, femme, 35-54</w:t>
            </w:r>
          </w:p>
        </w:tc>
        <w:tc>
          <w:tcPr>
            <w:tcW w:w="865" w:type="pct"/>
            <w:vAlign w:val="bottom"/>
          </w:tcPr>
          <w:p w14:paraId="11228D43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87</w:t>
            </w:r>
          </w:p>
        </w:tc>
        <w:tc>
          <w:tcPr>
            <w:tcW w:w="714" w:type="pct"/>
            <w:vAlign w:val="bottom"/>
          </w:tcPr>
          <w:p w14:paraId="7591FA09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80</w:t>
            </w:r>
          </w:p>
        </w:tc>
        <w:tc>
          <w:tcPr>
            <w:tcW w:w="849" w:type="pct"/>
            <w:vAlign w:val="bottom"/>
          </w:tcPr>
          <w:p w14:paraId="7C322789" w14:textId="78ED8ECE" w:rsidR="0000132C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0,919</w:t>
            </w:r>
          </w:p>
        </w:tc>
      </w:tr>
      <w:tr w:rsidR="0000132C" w:rsidRPr="0096400F" w14:paraId="47616AAE" w14:textId="77777777" w:rsidTr="00F9728D">
        <w:trPr>
          <w:jc w:val="center"/>
        </w:trPr>
        <w:tc>
          <w:tcPr>
            <w:tcW w:w="2572" w:type="pct"/>
            <w:vAlign w:val="bottom"/>
          </w:tcPr>
          <w:p w14:paraId="122B9C81" w14:textId="5C74576B" w:rsidR="0000132C" w:rsidRPr="0096400F" w:rsidRDefault="00E53B7B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Québec</w:t>
            </w:r>
            <w:r w:rsidR="00BE2490" w:rsidRPr="0096400F">
              <w:rPr>
                <w:rFonts w:asciiTheme="minorHAnsi" w:hAnsiTheme="minorHAnsi"/>
                <w:sz w:val="22"/>
                <w:lang w:val="fr-CA"/>
              </w:rPr>
              <w:t>, femme, 55+</w:t>
            </w:r>
          </w:p>
        </w:tc>
        <w:tc>
          <w:tcPr>
            <w:tcW w:w="865" w:type="pct"/>
            <w:vAlign w:val="bottom"/>
          </w:tcPr>
          <w:p w14:paraId="2E1FA907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142</w:t>
            </w:r>
          </w:p>
        </w:tc>
        <w:tc>
          <w:tcPr>
            <w:tcW w:w="714" w:type="pct"/>
            <w:vAlign w:val="bottom"/>
          </w:tcPr>
          <w:p w14:paraId="0FA432CF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104</w:t>
            </w:r>
          </w:p>
        </w:tc>
        <w:tc>
          <w:tcPr>
            <w:tcW w:w="849" w:type="pct"/>
            <w:vAlign w:val="bottom"/>
          </w:tcPr>
          <w:p w14:paraId="293DEAB2" w14:textId="5757492B" w:rsidR="0000132C" w:rsidRPr="0096400F" w:rsidRDefault="0002463B" w:rsidP="0002463B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0,736</w:t>
            </w:r>
          </w:p>
        </w:tc>
      </w:tr>
      <w:tr w:rsidR="0000132C" w:rsidRPr="0096400F" w14:paraId="7ADE758E" w14:textId="77777777" w:rsidTr="00F9728D">
        <w:trPr>
          <w:jc w:val="center"/>
        </w:trPr>
        <w:tc>
          <w:tcPr>
            <w:tcW w:w="2572" w:type="pct"/>
            <w:vAlign w:val="bottom"/>
          </w:tcPr>
          <w:p w14:paraId="7F468201" w14:textId="0064BAA8" w:rsidR="0000132C" w:rsidRPr="0096400F" w:rsidRDefault="00BE2490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P</w:t>
            </w:r>
            <w:r w:rsidR="0000132C" w:rsidRPr="0096400F">
              <w:rPr>
                <w:rFonts w:asciiTheme="minorHAnsi" w:hAnsiTheme="minorHAnsi"/>
                <w:sz w:val="22"/>
                <w:lang w:val="fr-CA"/>
              </w:rPr>
              <w:t>rovinces de l</w:t>
            </w:r>
            <w:r w:rsidR="00F9728D" w:rsidRPr="0096400F">
              <w:rPr>
                <w:rFonts w:asciiTheme="minorHAnsi" w:hAnsiTheme="minorHAnsi"/>
                <w:sz w:val="22"/>
                <w:lang w:val="fr-CA"/>
              </w:rPr>
              <w:t>’</w:t>
            </w:r>
            <w:r w:rsidR="0000132C" w:rsidRPr="0096400F">
              <w:rPr>
                <w:rFonts w:asciiTheme="minorHAnsi" w:hAnsiTheme="minorHAnsi"/>
                <w:sz w:val="22"/>
                <w:lang w:val="fr-CA"/>
              </w:rPr>
              <w:t>Atlantique</w:t>
            </w:r>
            <w:r w:rsidRPr="0096400F">
              <w:rPr>
                <w:rFonts w:asciiTheme="minorHAnsi" w:hAnsiTheme="minorHAnsi"/>
                <w:sz w:val="22"/>
                <w:lang w:val="fr-CA"/>
              </w:rPr>
              <w:t>, homme, 18-34</w:t>
            </w:r>
          </w:p>
        </w:tc>
        <w:tc>
          <w:tcPr>
            <w:tcW w:w="865" w:type="pct"/>
            <w:vAlign w:val="bottom"/>
          </w:tcPr>
          <w:p w14:paraId="4EF656AD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5</w:t>
            </w:r>
          </w:p>
        </w:tc>
        <w:tc>
          <w:tcPr>
            <w:tcW w:w="714" w:type="pct"/>
            <w:vAlign w:val="bottom"/>
          </w:tcPr>
          <w:p w14:paraId="5B67FD7E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16</w:t>
            </w:r>
          </w:p>
        </w:tc>
        <w:tc>
          <w:tcPr>
            <w:tcW w:w="849" w:type="pct"/>
            <w:vAlign w:val="bottom"/>
          </w:tcPr>
          <w:p w14:paraId="3F74B206" w14:textId="73FFDCCD" w:rsidR="0000132C" w:rsidRPr="0096400F" w:rsidRDefault="00DF6A29" w:rsidP="00DF6A29">
            <w:pPr>
              <w:spacing w:line="240" w:lineRule="auto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3,226</w:t>
            </w:r>
          </w:p>
        </w:tc>
      </w:tr>
      <w:tr w:rsidR="0000132C" w:rsidRPr="0096400F" w14:paraId="550A0739" w14:textId="77777777" w:rsidTr="00F9728D">
        <w:trPr>
          <w:jc w:val="center"/>
        </w:trPr>
        <w:tc>
          <w:tcPr>
            <w:tcW w:w="2572" w:type="pct"/>
          </w:tcPr>
          <w:p w14:paraId="4350BF92" w14:textId="08516500" w:rsidR="0000132C" w:rsidRPr="0096400F" w:rsidRDefault="00BE2490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P</w:t>
            </w:r>
            <w:r w:rsidR="0000132C" w:rsidRPr="0096400F">
              <w:rPr>
                <w:rFonts w:asciiTheme="minorHAnsi" w:hAnsiTheme="minorHAnsi"/>
                <w:sz w:val="22"/>
                <w:lang w:val="fr-CA"/>
              </w:rPr>
              <w:t>rovinces de l</w:t>
            </w:r>
            <w:r w:rsidR="00F9728D" w:rsidRPr="0096400F">
              <w:rPr>
                <w:rFonts w:asciiTheme="minorHAnsi" w:hAnsiTheme="minorHAnsi"/>
                <w:sz w:val="22"/>
                <w:lang w:val="fr-CA"/>
              </w:rPr>
              <w:t>’</w:t>
            </w:r>
            <w:r w:rsidR="0000132C" w:rsidRPr="0096400F">
              <w:rPr>
                <w:rFonts w:asciiTheme="minorHAnsi" w:hAnsiTheme="minorHAnsi"/>
                <w:sz w:val="22"/>
                <w:lang w:val="fr-CA"/>
              </w:rPr>
              <w:t>Atlantique</w:t>
            </w:r>
            <w:r w:rsidRPr="0096400F">
              <w:rPr>
                <w:rFonts w:asciiTheme="minorHAnsi" w:hAnsiTheme="minorHAnsi"/>
                <w:sz w:val="22"/>
                <w:lang w:val="fr-CA"/>
              </w:rPr>
              <w:t>, homme, 35-54</w:t>
            </w:r>
          </w:p>
        </w:tc>
        <w:tc>
          <w:tcPr>
            <w:tcW w:w="865" w:type="pct"/>
            <w:vAlign w:val="bottom"/>
          </w:tcPr>
          <w:p w14:paraId="0BD22EF7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20</w:t>
            </w:r>
          </w:p>
        </w:tc>
        <w:tc>
          <w:tcPr>
            <w:tcW w:w="714" w:type="pct"/>
            <w:vAlign w:val="bottom"/>
          </w:tcPr>
          <w:p w14:paraId="196074ED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22</w:t>
            </w:r>
          </w:p>
        </w:tc>
        <w:tc>
          <w:tcPr>
            <w:tcW w:w="849" w:type="pct"/>
            <w:vAlign w:val="bottom"/>
          </w:tcPr>
          <w:p w14:paraId="24726E9B" w14:textId="0AD4B87F" w:rsidR="0000132C" w:rsidRPr="0096400F" w:rsidRDefault="00DF6A29" w:rsidP="00DF6A29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1,119</w:t>
            </w:r>
          </w:p>
        </w:tc>
      </w:tr>
      <w:tr w:rsidR="0000132C" w:rsidRPr="0096400F" w14:paraId="57E7E4C3" w14:textId="77777777" w:rsidTr="00F9728D">
        <w:trPr>
          <w:jc w:val="center"/>
        </w:trPr>
        <w:tc>
          <w:tcPr>
            <w:tcW w:w="2572" w:type="pct"/>
            <w:vAlign w:val="bottom"/>
          </w:tcPr>
          <w:p w14:paraId="7CC40A84" w14:textId="4C31C935" w:rsidR="0000132C" w:rsidRPr="0096400F" w:rsidRDefault="00BE2490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P</w:t>
            </w:r>
            <w:r w:rsidR="00EF0F84" w:rsidRPr="0096400F">
              <w:rPr>
                <w:rFonts w:asciiTheme="minorHAnsi" w:hAnsiTheme="minorHAnsi"/>
                <w:sz w:val="22"/>
                <w:lang w:val="fr-CA"/>
              </w:rPr>
              <w:t>rovinces de l</w:t>
            </w:r>
            <w:r w:rsidR="00F9728D" w:rsidRPr="0096400F">
              <w:rPr>
                <w:rFonts w:asciiTheme="minorHAnsi" w:hAnsiTheme="minorHAnsi"/>
                <w:sz w:val="22"/>
                <w:lang w:val="fr-CA"/>
              </w:rPr>
              <w:t>’</w:t>
            </w:r>
            <w:r w:rsidR="00EF0F84" w:rsidRPr="0096400F">
              <w:rPr>
                <w:rFonts w:asciiTheme="minorHAnsi" w:hAnsiTheme="minorHAnsi"/>
                <w:sz w:val="22"/>
                <w:lang w:val="fr-CA"/>
              </w:rPr>
              <w:t>Atlantique</w:t>
            </w:r>
            <w:r w:rsidRPr="0096400F">
              <w:rPr>
                <w:rFonts w:asciiTheme="minorHAnsi" w:hAnsiTheme="minorHAnsi"/>
                <w:sz w:val="22"/>
                <w:lang w:val="fr-CA"/>
              </w:rPr>
              <w:t>, homme, 55+</w:t>
            </w:r>
          </w:p>
        </w:tc>
        <w:tc>
          <w:tcPr>
            <w:tcW w:w="865" w:type="pct"/>
            <w:vAlign w:val="bottom"/>
          </w:tcPr>
          <w:p w14:paraId="07D470FA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32</w:t>
            </w:r>
          </w:p>
        </w:tc>
        <w:tc>
          <w:tcPr>
            <w:tcW w:w="714" w:type="pct"/>
            <w:vAlign w:val="bottom"/>
          </w:tcPr>
          <w:p w14:paraId="7BFEE695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29</w:t>
            </w:r>
          </w:p>
        </w:tc>
        <w:tc>
          <w:tcPr>
            <w:tcW w:w="849" w:type="pct"/>
            <w:vAlign w:val="bottom"/>
          </w:tcPr>
          <w:p w14:paraId="7CE0D212" w14:textId="04F29859" w:rsidR="0000132C" w:rsidRPr="0096400F" w:rsidRDefault="00DF6A29" w:rsidP="00DF6A29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0,894</w:t>
            </w:r>
          </w:p>
        </w:tc>
      </w:tr>
      <w:tr w:rsidR="0000132C" w:rsidRPr="0096400F" w14:paraId="073A81FF" w14:textId="77777777" w:rsidTr="00F9728D">
        <w:trPr>
          <w:jc w:val="center"/>
        </w:trPr>
        <w:tc>
          <w:tcPr>
            <w:tcW w:w="2572" w:type="pct"/>
            <w:vAlign w:val="bottom"/>
          </w:tcPr>
          <w:p w14:paraId="76400027" w14:textId="1350197D" w:rsidR="0000132C" w:rsidRPr="0096400F" w:rsidRDefault="00BE2490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P</w:t>
            </w:r>
            <w:r w:rsidR="0000132C" w:rsidRPr="0096400F">
              <w:rPr>
                <w:rFonts w:asciiTheme="minorHAnsi" w:hAnsiTheme="minorHAnsi"/>
                <w:sz w:val="22"/>
                <w:lang w:val="fr-CA"/>
              </w:rPr>
              <w:t>rovinces de l</w:t>
            </w:r>
            <w:r w:rsidR="00F9728D" w:rsidRPr="0096400F">
              <w:rPr>
                <w:rFonts w:asciiTheme="minorHAnsi" w:hAnsiTheme="minorHAnsi"/>
                <w:sz w:val="22"/>
                <w:lang w:val="fr-CA"/>
              </w:rPr>
              <w:t>’</w:t>
            </w:r>
            <w:r w:rsidR="0000132C" w:rsidRPr="0096400F">
              <w:rPr>
                <w:rFonts w:asciiTheme="minorHAnsi" w:hAnsiTheme="minorHAnsi"/>
                <w:sz w:val="22"/>
                <w:lang w:val="fr-CA"/>
              </w:rPr>
              <w:t>Atlantique</w:t>
            </w:r>
            <w:r w:rsidRPr="0096400F">
              <w:rPr>
                <w:rFonts w:asciiTheme="minorHAnsi" w:hAnsiTheme="minorHAnsi"/>
                <w:sz w:val="22"/>
                <w:lang w:val="fr-CA"/>
              </w:rPr>
              <w:t>, femme, 18-34</w:t>
            </w:r>
          </w:p>
        </w:tc>
        <w:tc>
          <w:tcPr>
            <w:tcW w:w="865" w:type="pct"/>
            <w:vAlign w:val="bottom"/>
          </w:tcPr>
          <w:p w14:paraId="1052C6EA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11</w:t>
            </w:r>
          </w:p>
        </w:tc>
        <w:tc>
          <w:tcPr>
            <w:tcW w:w="714" w:type="pct"/>
            <w:vAlign w:val="bottom"/>
          </w:tcPr>
          <w:p w14:paraId="52A5C477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16</w:t>
            </w:r>
          </w:p>
        </w:tc>
        <w:tc>
          <w:tcPr>
            <w:tcW w:w="849" w:type="pct"/>
            <w:vAlign w:val="bottom"/>
          </w:tcPr>
          <w:p w14:paraId="3C6EF1AE" w14:textId="19AEC558" w:rsidR="0000132C" w:rsidRPr="0096400F" w:rsidRDefault="00DF6A29" w:rsidP="00DF6A29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1,475</w:t>
            </w:r>
          </w:p>
        </w:tc>
      </w:tr>
      <w:tr w:rsidR="0000132C" w:rsidRPr="0096400F" w14:paraId="3C4E3320" w14:textId="77777777" w:rsidTr="00F9728D">
        <w:trPr>
          <w:jc w:val="center"/>
        </w:trPr>
        <w:tc>
          <w:tcPr>
            <w:tcW w:w="2572" w:type="pct"/>
            <w:vAlign w:val="bottom"/>
          </w:tcPr>
          <w:p w14:paraId="6A99C8AF" w14:textId="14A23D7E" w:rsidR="0000132C" w:rsidRPr="0096400F" w:rsidRDefault="00BE2490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P</w:t>
            </w:r>
            <w:r w:rsidR="0000132C" w:rsidRPr="0096400F">
              <w:rPr>
                <w:rFonts w:asciiTheme="minorHAnsi" w:hAnsiTheme="minorHAnsi"/>
                <w:sz w:val="22"/>
                <w:lang w:val="fr-CA"/>
              </w:rPr>
              <w:t>rovinces de l</w:t>
            </w:r>
            <w:r w:rsidR="00F9728D" w:rsidRPr="0096400F">
              <w:rPr>
                <w:rFonts w:asciiTheme="minorHAnsi" w:hAnsiTheme="minorHAnsi"/>
                <w:sz w:val="22"/>
                <w:lang w:val="fr-CA"/>
              </w:rPr>
              <w:t>’</w:t>
            </w:r>
            <w:r w:rsidR="0000132C" w:rsidRPr="0096400F">
              <w:rPr>
                <w:rFonts w:asciiTheme="minorHAnsi" w:hAnsiTheme="minorHAnsi"/>
                <w:sz w:val="22"/>
                <w:lang w:val="fr-CA"/>
              </w:rPr>
              <w:t>Atlantique</w:t>
            </w:r>
            <w:r w:rsidRPr="0096400F">
              <w:rPr>
                <w:rFonts w:asciiTheme="minorHAnsi" w:hAnsiTheme="minorHAnsi"/>
                <w:sz w:val="22"/>
                <w:lang w:val="fr-CA"/>
              </w:rPr>
              <w:t>, femme, 35-54</w:t>
            </w:r>
          </w:p>
        </w:tc>
        <w:tc>
          <w:tcPr>
            <w:tcW w:w="865" w:type="pct"/>
            <w:vAlign w:val="bottom"/>
          </w:tcPr>
          <w:p w14:paraId="28B4D27E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26</w:t>
            </w:r>
          </w:p>
        </w:tc>
        <w:tc>
          <w:tcPr>
            <w:tcW w:w="714" w:type="pct"/>
            <w:vAlign w:val="bottom"/>
          </w:tcPr>
          <w:p w14:paraId="3BFBFB59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24</w:t>
            </w:r>
          </w:p>
        </w:tc>
        <w:tc>
          <w:tcPr>
            <w:tcW w:w="849" w:type="pct"/>
            <w:vAlign w:val="bottom"/>
          </w:tcPr>
          <w:p w14:paraId="4CE65B6D" w14:textId="75DB8B9C" w:rsidR="0000132C" w:rsidRPr="0096400F" w:rsidRDefault="00DF6A29" w:rsidP="00DF6A29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0,921</w:t>
            </w:r>
          </w:p>
        </w:tc>
      </w:tr>
      <w:tr w:rsidR="0000132C" w:rsidRPr="0096400F" w14:paraId="53748BD2" w14:textId="77777777" w:rsidTr="00F9728D">
        <w:trPr>
          <w:jc w:val="center"/>
        </w:trPr>
        <w:tc>
          <w:tcPr>
            <w:tcW w:w="2572" w:type="pct"/>
            <w:vAlign w:val="bottom"/>
          </w:tcPr>
          <w:p w14:paraId="1F0C13E4" w14:textId="230A2693" w:rsidR="0000132C" w:rsidRPr="0096400F" w:rsidRDefault="002371B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/>
                <w:sz w:val="22"/>
                <w:lang w:val="fr-CA"/>
              </w:rPr>
              <w:t>P</w:t>
            </w:r>
            <w:r w:rsidR="0000132C" w:rsidRPr="0096400F">
              <w:rPr>
                <w:rFonts w:asciiTheme="minorHAnsi" w:hAnsiTheme="minorHAnsi"/>
                <w:sz w:val="22"/>
                <w:lang w:val="fr-CA"/>
              </w:rPr>
              <w:t>rovinces de l</w:t>
            </w:r>
            <w:r w:rsidR="00F9728D" w:rsidRPr="0096400F">
              <w:rPr>
                <w:rFonts w:asciiTheme="minorHAnsi" w:hAnsiTheme="minorHAnsi"/>
                <w:sz w:val="22"/>
                <w:lang w:val="fr-CA"/>
              </w:rPr>
              <w:t>’</w:t>
            </w:r>
            <w:r w:rsidR="0000132C" w:rsidRPr="0096400F">
              <w:rPr>
                <w:rFonts w:asciiTheme="minorHAnsi" w:hAnsiTheme="minorHAnsi"/>
                <w:sz w:val="22"/>
                <w:lang w:val="fr-CA"/>
              </w:rPr>
              <w:t>Atlantique</w:t>
            </w:r>
            <w:r w:rsidRPr="0096400F">
              <w:rPr>
                <w:rFonts w:asciiTheme="minorHAnsi" w:hAnsiTheme="minorHAnsi"/>
                <w:sz w:val="22"/>
                <w:lang w:val="fr-CA"/>
              </w:rPr>
              <w:t>, femme, 55+</w:t>
            </w:r>
          </w:p>
        </w:tc>
        <w:tc>
          <w:tcPr>
            <w:tcW w:w="865" w:type="pct"/>
            <w:vAlign w:val="bottom"/>
          </w:tcPr>
          <w:p w14:paraId="2D63CD53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51</w:t>
            </w:r>
          </w:p>
        </w:tc>
        <w:tc>
          <w:tcPr>
            <w:tcW w:w="714" w:type="pct"/>
            <w:vAlign w:val="bottom"/>
          </w:tcPr>
          <w:p w14:paraId="68C8A52B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32</w:t>
            </w:r>
          </w:p>
        </w:tc>
        <w:tc>
          <w:tcPr>
            <w:tcW w:w="849" w:type="pct"/>
            <w:vAlign w:val="bottom"/>
          </w:tcPr>
          <w:p w14:paraId="74754F6A" w14:textId="7D3148B7" w:rsidR="0000132C" w:rsidRPr="0096400F" w:rsidRDefault="00DF6A29" w:rsidP="00DF6A29">
            <w:pPr>
              <w:spacing w:line="240" w:lineRule="auto"/>
              <w:jc w:val="left"/>
              <w:rPr>
                <w:rFonts w:asciiTheme="minorHAnsi" w:hAnsiTheme="minorHAnsi" w:cstheme="minorHAnsi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0,631</w:t>
            </w:r>
          </w:p>
        </w:tc>
      </w:tr>
      <w:tr w:rsidR="0000132C" w:rsidRPr="0096400F" w14:paraId="67D68E37" w14:textId="77777777" w:rsidTr="00F9728D">
        <w:trPr>
          <w:jc w:val="center"/>
        </w:trPr>
        <w:tc>
          <w:tcPr>
            <w:tcW w:w="2572" w:type="pct"/>
            <w:vAlign w:val="bottom"/>
          </w:tcPr>
          <w:p w14:paraId="3924C9F0" w14:textId="04FFCBA1" w:rsidR="0000132C" w:rsidRPr="0096400F" w:rsidRDefault="00CB6C84" w:rsidP="00933108">
            <w:pPr>
              <w:spacing w:line="240" w:lineRule="auto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Autre</w:t>
            </w:r>
            <w:r w:rsidR="0000132C"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 xml:space="preserve"> genre</w:t>
            </w:r>
          </w:p>
        </w:tc>
        <w:tc>
          <w:tcPr>
            <w:tcW w:w="865" w:type="pct"/>
            <w:vAlign w:val="bottom"/>
          </w:tcPr>
          <w:p w14:paraId="5363BD13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26</w:t>
            </w:r>
          </w:p>
        </w:tc>
        <w:tc>
          <w:tcPr>
            <w:tcW w:w="714" w:type="pct"/>
            <w:vAlign w:val="bottom"/>
          </w:tcPr>
          <w:p w14:paraId="34596748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26</w:t>
            </w:r>
          </w:p>
        </w:tc>
        <w:tc>
          <w:tcPr>
            <w:tcW w:w="849" w:type="pct"/>
            <w:vAlign w:val="bottom"/>
          </w:tcPr>
          <w:p w14:paraId="64DC05C7" w14:textId="77777777" w:rsidR="0000132C" w:rsidRPr="0096400F" w:rsidRDefault="0000132C" w:rsidP="00933108">
            <w:pPr>
              <w:spacing w:line="240" w:lineRule="auto"/>
              <w:jc w:val="left"/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</w:pPr>
            <w:r w:rsidRPr="0096400F">
              <w:rPr>
                <w:rFonts w:asciiTheme="minorHAnsi" w:hAnsiTheme="minorHAnsi" w:cstheme="minorHAnsi"/>
                <w:color w:val="000000"/>
                <w:sz w:val="22"/>
                <w:szCs w:val="22"/>
                <w:lang w:val="fr-CA"/>
              </w:rPr>
              <w:t>1</w:t>
            </w:r>
          </w:p>
        </w:tc>
      </w:tr>
    </w:tbl>
    <w:p w14:paraId="2D1AB58A" w14:textId="6C24F3A5" w:rsidR="00DA2BB0" w:rsidRPr="0096400F" w:rsidRDefault="00DA2BB0" w:rsidP="00087323">
      <w:pPr>
        <w:pStyle w:val="Titre1"/>
        <w:spacing w:line="240" w:lineRule="auto"/>
        <w:jc w:val="left"/>
        <w:rPr>
          <w:rFonts w:asciiTheme="minorHAnsi" w:hAnsiTheme="minorHAnsi" w:cstheme="minorHAnsi"/>
        </w:rPr>
      </w:pPr>
      <w:bookmarkStart w:id="70" w:name="_Toc104382370"/>
      <w:r w:rsidRPr="0096400F">
        <w:rPr>
          <w:rFonts w:asciiTheme="minorHAnsi" w:hAnsiTheme="minorHAnsi" w:cstheme="minorHAnsi"/>
        </w:rPr>
        <w:t xml:space="preserve">6. </w:t>
      </w:r>
      <w:bookmarkEnd w:id="69"/>
      <w:r w:rsidR="00B622C2" w:rsidRPr="0096400F">
        <w:rPr>
          <w:rFonts w:asciiTheme="minorHAnsi" w:hAnsiTheme="minorHAnsi"/>
        </w:rPr>
        <w:t>Base de données et tableaux croisés</w:t>
      </w:r>
      <w:bookmarkEnd w:id="70"/>
    </w:p>
    <w:p w14:paraId="66AFF2B1" w14:textId="77777777" w:rsidR="00CD53A1" w:rsidRPr="0096400F" w:rsidRDefault="00CD53A1" w:rsidP="00933108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71" w:name="_Toc511033677"/>
    </w:p>
    <w:p w14:paraId="43F77BC1" w14:textId="7B175E44" w:rsidR="0062508C" w:rsidRPr="0096400F" w:rsidRDefault="0062508C" w:rsidP="00933108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</w:rPr>
        <w:t xml:space="preserve">La base de données a été nettoyée </w:t>
      </w:r>
      <w:r w:rsidR="00DE6C96" w:rsidRPr="0096400F">
        <w:rPr>
          <w:rFonts w:asciiTheme="minorHAnsi" w:hAnsiTheme="minorHAnsi" w:cstheme="minorHAnsi"/>
          <w:sz w:val="22"/>
        </w:rPr>
        <w:t>afin de supprimer</w:t>
      </w:r>
      <w:r w:rsidRPr="0096400F">
        <w:rPr>
          <w:rFonts w:asciiTheme="minorHAnsi" w:hAnsiTheme="minorHAnsi" w:cstheme="minorHAnsi"/>
          <w:sz w:val="22"/>
        </w:rPr>
        <w:t xml:space="preserve"> toutes les erreurs pouvant s</w:t>
      </w:r>
      <w:r w:rsidR="00F9728D" w:rsidRPr="0096400F">
        <w:rPr>
          <w:rFonts w:asciiTheme="minorHAnsi" w:hAnsiTheme="minorHAnsi" w:cstheme="minorHAnsi"/>
          <w:sz w:val="22"/>
        </w:rPr>
        <w:t>’</w:t>
      </w:r>
      <w:r w:rsidRPr="0096400F">
        <w:rPr>
          <w:rFonts w:asciiTheme="minorHAnsi" w:hAnsiTheme="minorHAnsi" w:cstheme="minorHAnsi"/>
          <w:sz w:val="22"/>
        </w:rPr>
        <w:t xml:space="preserve">y trouver à la fin de </w:t>
      </w:r>
      <w:r w:rsidR="003143A2" w:rsidRPr="0096400F">
        <w:rPr>
          <w:rFonts w:asciiTheme="minorHAnsi" w:hAnsiTheme="minorHAnsi" w:cstheme="minorHAnsi"/>
          <w:sz w:val="22"/>
        </w:rPr>
        <w:t>la phase</w:t>
      </w:r>
      <w:r w:rsidRPr="0096400F">
        <w:rPr>
          <w:rFonts w:asciiTheme="minorHAnsi" w:hAnsiTheme="minorHAnsi" w:cstheme="minorHAnsi"/>
          <w:sz w:val="22"/>
        </w:rPr>
        <w:t xml:space="preserve"> de collecte de données, et tous les </w:t>
      </w:r>
      <w:r w:rsidR="003143A2" w:rsidRPr="0096400F">
        <w:rPr>
          <w:rFonts w:asciiTheme="minorHAnsi" w:hAnsiTheme="minorHAnsi" w:cstheme="minorHAnsi"/>
          <w:sz w:val="22"/>
        </w:rPr>
        <w:t>identifiants</w:t>
      </w:r>
      <w:r w:rsidRPr="0096400F">
        <w:rPr>
          <w:rFonts w:asciiTheme="minorHAnsi" w:hAnsiTheme="minorHAnsi" w:cstheme="minorHAnsi"/>
          <w:sz w:val="22"/>
        </w:rPr>
        <w:t xml:space="preserve"> uniques dans les profils </w:t>
      </w:r>
      <w:r w:rsidR="003143A2" w:rsidRPr="0096400F">
        <w:rPr>
          <w:rFonts w:asciiTheme="minorHAnsi" w:hAnsiTheme="minorHAnsi" w:cstheme="minorHAnsi"/>
          <w:sz w:val="22"/>
        </w:rPr>
        <w:t xml:space="preserve">des </w:t>
      </w:r>
      <w:r w:rsidRPr="0096400F">
        <w:rPr>
          <w:rFonts w:asciiTheme="minorHAnsi" w:hAnsiTheme="minorHAnsi" w:cstheme="minorHAnsi"/>
          <w:sz w:val="22"/>
        </w:rPr>
        <w:t xml:space="preserve">clients ont été supprimés de </w:t>
      </w:r>
      <w:r w:rsidR="006B1164" w:rsidRPr="0096400F">
        <w:rPr>
          <w:rFonts w:asciiTheme="minorHAnsi" w:hAnsiTheme="minorHAnsi" w:cstheme="minorHAnsi"/>
          <w:sz w:val="22"/>
        </w:rPr>
        <w:t>la base de données</w:t>
      </w:r>
      <w:r w:rsidRPr="0096400F">
        <w:rPr>
          <w:rFonts w:asciiTheme="minorHAnsi" w:hAnsiTheme="minorHAnsi" w:cstheme="minorHAnsi"/>
          <w:sz w:val="22"/>
        </w:rPr>
        <w:t xml:space="preserve"> fourni</w:t>
      </w:r>
      <w:r w:rsidR="006B1164" w:rsidRPr="0096400F">
        <w:rPr>
          <w:rFonts w:asciiTheme="minorHAnsi" w:hAnsiTheme="minorHAnsi" w:cstheme="minorHAnsi"/>
          <w:sz w:val="22"/>
        </w:rPr>
        <w:t>e</w:t>
      </w:r>
      <w:r w:rsidRPr="0096400F">
        <w:rPr>
          <w:rFonts w:asciiTheme="minorHAnsi" w:hAnsiTheme="minorHAnsi" w:cstheme="minorHAnsi"/>
          <w:sz w:val="22"/>
        </w:rPr>
        <w:t xml:space="preserve"> à AMC. Toutes les réponses au sondage ont été mises en correspondance et </w:t>
      </w:r>
      <w:r w:rsidR="002B1933" w:rsidRPr="0096400F">
        <w:rPr>
          <w:rFonts w:asciiTheme="minorHAnsi" w:hAnsiTheme="minorHAnsi" w:cstheme="minorHAnsi"/>
          <w:sz w:val="22"/>
        </w:rPr>
        <w:t>compilées</w:t>
      </w:r>
      <w:r w:rsidRPr="0096400F">
        <w:rPr>
          <w:rFonts w:asciiTheme="minorHAnsi" w:hAnsiTheme="minorHAnsi" w:cstheme="minorHAnsi"/>
          <w:sz w:val="22"/>
        </w:rPr>
        <w:t xml:space="preserve"> dans des tableaux croisés.</w:t>
      </w:r>
    </w:p>
    <w:p w14:paraId="259B175F" w14:textId="77777777" w:rsidR="00A51286" w:rsidRPr="0096400F" w:rsidRDefault="00A51286" w:rsidP="00933108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050810E8" w14:textId="6DE6C2EB" w:rsidR="00A51286" w:rsidRPr="0096400F" w:rsidRDefault="00A51286" w:rsidP="00933108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 xml:space="preserve">De nouvelles variables ont été créées pour être intégrées aux tableaux croisés. </w:t>
      </w:r>
      <w:r w:rsidR="006B1164" w:rsidRPr="0096400F">
        <w:rPr>
          <w:rFonts w:asciiTheme="minorHAnsi" w:hAnsiTheme="minorHAnsi"/>
          <w:sz w:val="22"/>
        </w:rPr>
        <w:t>En utilisant les</w:t>
      </w:r>
      <w:r w:rsidRPr="0096400F">
        <w:rPr>
          <w:rFonts w:asciiTheme="minorHAnsi" w:hAnsiTheme="minorHAnsi"/>
          <w:sz w:val="22"/>
        </w:rPr>
        <w:t xml:space="preserve"> réponses aux questions du sondage, Advanis a créé des variables pour les sous-groupes suivants </w:t>
      </w:r>
      <w:r w:rsidR="00C65B19" w:rsidRPr="0096400F">
        <w:rPr>
          <w:rFonts w:asciiTheme="minorHAnsi" w:hAnsiTheme="minorHAnsi"/>
          <w:sz w:val="22"/>
        </w:rPr>
        <w:t>afin de</w:t>
      </w:r>
      <w:r w:rsidRPr="0096400F">
        <w:rPr>
          <w:rFonts w:asciiTheme="minorHAnsi" w:hAnsiTheme="minorHAnsi"/>
          <w:sz w:val="22"/>
        </w:rPr>
        <w:t xml:space="preserve"> faciliter </w:t>
      </w:r>
      <w:r w:rsidR="00D97FC9" w:rsidRPr="0096400F">
        <w:rPr>
          <w:rFonts w:asciiTheme="minorHAnsi" w:hAnsiTheme="minorHAnsi"/>
          <w:sz w:val="22"/>
        </w:rPr>
        <w:t xml:space="preserve">une </w:t>
      </w:r>
      <w:r w:rsidRPr="0096400F">
        <w:rPr>
          <w:rFonts w:asciiTheme="minorHAnsi" w:hAnsiTheme="minorHAnsi"/>
          <w:sz w:val="22"/>
        </w:rPr>
        <w:t>analyse plus approfondie :</w:t>
      </w:r>
    </w:p>
    <w:p w14:paraId="35BBBA01" w14:textId="6BFF0E14" w:rsidR="000B5043" w:rsidRPr="0096400F" w:rsidRDefault="000B5043" w:rsidP="00933108">
      <w:pPr>
        <w:pStyle w:val="Paragraphedeliste"/>
        <w:numPr>
          <w:ilvl w:val="0"/>
          <w:numId w:val="22"/>
        </w:numPr>
        <w:spacing w:line="240" w:lineRule="auto"/>
        <w:rPr>
          <w:rFonts w:cstheme="minorHAnsi"/>
          <w:lang w:val="fr-CA"/>
        </w:rPr>
      </w:pPr>
      <w:r w:rsidRPr="0096400F">
        <w:rPr>
          <w:lang w:val="fr-CA"/>
        </w:rPr>
        <w:t>les Canadiens de tous genres de 18 ans et plus qui sont intéressés par les voyages à l</w:t>
      </w:r>
      <w:r w:rsidR="00F9728D" w:rsidRPr="0096400F">
        <w:rPr>
          <w:lang w:val="fr-CA"/>
        </w:rPr>
        <w:t>’</w:t>
      </w:r>
      <w:r w:rsidRPr="0096400F">
        <w:rPr>
          <w:lang w:val="fr-CA"/>
        </w:rPr>
        <w:t>étranger, que ce soit pour affaires ou par agrément;</w:t>
      </w:r>
    </w:p>
    <w:p w14:paraId="4E9603EE" w14:textId="55F10159" w:rsidR="00DA2BB0" w:rsidRPr="0096400F" w:rsidRDefault="00F771B7" w:rsidP="00933108">
      <w:pPr>
        <w:pStyle w:val="Paragraphedeliste"/>
        <w:numPr>
          <w:ilvl w:val="0"/>
          <w:numId w:val="22"/>
        </w:numPr>
        <w:spacing w:line="240" w:lineRule="auto"/>
        <w:rPr>
          <w:rFonts w:cstheme="minorHAnsi"/>
          <w:lang w:val="fr-CA"/>
        </w:rPr>
      </w:pPr>
      <w:r w:rsidRPr="0096400F">
        <w:rPr>
          <w:lang w:val="fr-CA"/>
        </w:rPr>
        <w:t>les personnes âgées qui ont voyagé à l</w:t>
      </w:r>
      <w:r w:rsidR="00F9728D" w:rsidRPr="0096400F">
        <w:rPr>
          <w:lang w:val="fr-CA"/>
        </w:rPr>
        <w:t>’</w:t>
      </w:r>
      <w:r w:rsidRPr="0096400F">
        <w:rPr>
          <w:lang w:val="fr-CA"/>
        </w:rPr>
        <w:t>étranger au cours de la dernière année;</w:t>
      </w:r>
    </w:p>
    <w:p w14:paraId="6C21B167" w14:textId="11E62FFC" w:rsidR="00DA2BB0" w:rsidRPr="0096400F" w:rsidRDefault="00EC791B" w:rsidP="00933108">
      <w:pPr>
        <w:pStyle w:val="Paragraphedeliste"/>
        <w:numPr>
          <w:ilvl w:val="0"/>
          <w:numId w:val="22"/>
        </w:numPr>
        <w:spacing w:line="240" w:lineRule="auto"/>
        <w:rPr>
          <w:rFonts w:cstheme="minorHAnsi"/>
          <w:lang w:val="fr-CA"/>
        </w:rPr>
      </w:pPr>
      <w:r w:rsidRPr="0096400F">
        <w:rPr>
          <w:lang w:val="fr-CA"/>
        </w:rPr>
        <w:t xml:space="preserve">les étudiants âgés de 18 à 24 ans </w:t>
      </w:r>
      <w:r w:rsidR="003C5348" w:rsidRPr="0096400F">
        <w:rPr>
          <w:lang w:val="fr-CA"/>
        </w:rPr>
        <w:t>qui sont allés vers des destinations-soleil</w:t>
      </w:r>
      <w:r w:rsidR="002C6E05" w:rsidRPr="0096400F">
        <w:rPr>
          <w:lang w:val="fr-CA"/>
        </w:rPr>
        <w:t xml:space="preserve"> au cours de la semaine de relâche du mois de mars</w:t>
      </w:r>
      <w:r w:rsidR="00553FED" w:rsidRPr="0096400F">
        <w:rPr>
          <w:lang w:val="fr-CA"/>
        </w:rPr>
        <w:t xml:space="preserve"> 2022</w:t>
      </w:r>
      <w:r w:rsidR="002C6E05" w:rsidRPr="0096400F">
        <w:rPr>
          <w:lang w:val="fr-CA"/>
        </w:rPr>
        <w:t>;</w:t>
      </w:r>
    </w:p>
    <w:p w14:paraId="639FA47E" w14:textId="2EF5051F" w:rsidR="00DA2BB0" w:rsidRPr="0096400F" w:rsidRDefault="00AA0265" w:rsidP="00933108">
      <w:pPr>
        <w:pStyle w:val="Paragraphedeliste"/>
        <w:numPr>
          <w:ilvl w:val="0"/>
          <w:numId w:val="22"/>
        </w:numPr>
        <w:spacing w:line="240" w:lineRule="auto"/>
        <w:rPr>
          <w:rFonts w:cstheme="minorHAnsi"/>
          <w:lang w:val="fr-CA"/>
        </w:rPr>
      </w:pPr>
      <w:r w:rsidRPr="0096400F">
        <w:rPr>
          <w:lang w:val="fr-CA"/>
        </w:rPr>
        <w:t xml:space="preserve">les familles avec enfants qui ont voyagé </w:t>
      </w:r>
      <w:r w:rsidR="00F736E0" w:rsidRPr="0096400F">
        <w:rPr>
          <w:lang w:val="fr-CA"/>
        </w:rPr>
        <w:t>au cours de la semaine de relâche du mois de mars 2022.</w:t>
      </w:r>
    </w:p>
    <w:p w14:paraId="1133DA2D" w14:textId="48083C31" w:rsidR="001D6BE1" w:rsidRPr="0096400F" w:rsidRDefault="00DA2BB0" w:rsidP="00AC1FBA">
      <w:pPr>
        <w:pStyle w:val="Titre1"/>
        <w:spacing w:line="240" w:lineRule="auto"/>
        <w:jc w:val="left"/>
        <w:rPr>
          <w:rFonts w:asciiTheme="minorHAnsi" w:hAnsiTheme="minorHAnsi" w:cstheme="minorHAnsi"/>
        </w:rPr>
      </w:pPr>
      <w:bookmarkStart w:id="72" w:name="_Toc104382371"/>
      <w:r w:rsidRPr="0096400F">
        <w:rPr>
          <w:rFonts w:asciiTheme="minorHAnsi" w:hAnsiTheme="minorHAnsi" w:cstheme="minorHAnsi"/>
        </w:rPr>
        <w:t xml:space="preserve">7. </w:t>
      </w:r>
      <w:bookmarkEnd w:id="71"/>
      <w:r w:rsidR="00F34A1D" w:rsidRPr="0096400F">
        <w:rPr>
          <w:rFonts w:asciiTheme="minorHAnsi" w:hAnsiTheme="minorHAnsi"/>
        </w:rPr>
        <w:t xml:space="preserve">Conception </w:t>
      </w:r>
      <w:bookmarkStart w:id="73" w:name="_Hlk68093690"/>
      <w:r w:rsidR="00840568" w:rsidRPr="0096400F">
        <w:rPr>
          <w:rFonts w:asciiTheme="minorHAnsi" w:hAnsiTheme="minorHAnsi"/>
        </w:rPr>
        <w:t>du sondage</w:t>
      </w:r>
      <w:bookmarkEnd w:id="72"/>
    </w:p>
    <w:p w14:paraId="130EFC22" w14:textId="692E4D05" w:rsidR="00D717D6" w:rsidRPr="0096400F" w:rsidRDefault="00FD63DE" w:rsidP="00933108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L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Pr="0096400F">
        <w:rPr>
          <w:rFonts w:asciiTheme="minorHAnsi" w:hAnsiTheme="minorHAnsi" w:cstheme="minorHAnsi"/>
          <w:sz w:val="22"/>
          <w:szCs w:val="22"/>
        </w:rPr>
        <w:t>ébauche du</w:t>
      </w:r>
      <w:r w:rsidR="00D717D6" w:rsidRPr="0096400F">
        <w:rPr>
          <w:rFonts w:asciiTheme="minorHAnsi" w:hAnsiTheme="minorHAnsi" w:cstheme="minorHAnsi"/>
          <w:sz w:val="22"/>
          <w:szCs w:val="22"/>
        </w:rPr>
        <w:t xml:space="preserve"> questionnaire du sondage et la traduction en français ont été fourni</w:t>
      </w:r>
      <w:r w:rsidR="00FF476A" w:rsidRPr="0096400F">
        <w:rPr>
          <w:rFonts w:asciiTheme="minorHAnsi" w:hAnsiTheme="minorHAnsi" w:cstheme="minorHAnsi"/>
          <w:sz w:val="22"/>
          <w:szCs w:val="22"/>
        </w:rPr>
        <w:t>e</w:t>
      </w:r>
      <w:r w:rsidR="00D717D6" w:rsidRPr="0096400F">
        <w:rPr>
          <w:rFonts w:asciiTheme="minorHAnsi" w:hAnsiTheme="minorHAnsi" w:cstheme="minorHAnsi"/>
          <w:sz w:val="22"/>
          <w:szCs w:val="22"/>
        </w:rPr>
        <w:t xml:space="preserve">s par AMC, et les sondages ont été programmés </w:t>
      </w:r>
      <w:r w:rsidR="00C1039A" w:rsidRPr="0096400F">
        <w:rPr>
          <w:rFonts w:asciiTheme="minorHAnsi" w:hAnsiTheme="minorHAnsi" w:cstheme="minorHAnsi"/>
          <w:sz w:val="22"/>
          <w:szCs w:val="22"/>
        </w:rPr>
        <w:t>par l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="00C1039A" w:rsidRPr="0096400F">
        <w:rPr>
          <w:rFonts w:asciiTheme="minorHAnsi" w:hAnsiTheme="minorHAnsi" w:cstheme="minorHAnsi"/>
          <w:sz w:val="22"/>
          <w:szCs w:val="22"/>
        </w:rPr>
        <w:t xml:space="preserve">entremise </w:t>
      </w:r>
      <w:r w:rsidR="004E49EF" w:rsidRPr="0096400F">
        <w:rPr>
          <w:rFonts w:asciiTheme="minorHAnsi" w:hAnsiTheme="minorHAnsi" w:cstheme="minorHAnsi"/>
          <w:sz w:val="22"/>
          <w:szCs w:val="22"/>
        </w:rPr>
        <w:t xml:space="preserve">de </w:t>
      </w:r>
      <w:proofErr w:type="spellStart"/>
      <w:r w:rsidR="004E49EF" w:rsidRPr="0096400F">
        <w:rPr>
          <w:rFonts w:asciiTheme="minorHAnsi" w:hAnsiTheme="minorHAnsi" w:cstheme="minorHAnsi"/>
          <w:sz w:val="22"/>
          <w:szCs w:val="22"/>
        </w:rPr>
        <w:t>SurveyBuilder</w:t>
      </w:r>
      <w:proofErr w:type="spellEnd"/>
      <w:r w:rsidR="00D717D6" w:rsidRPr="0096400F">
        <w:rPr>
          <w:rFonts w:asciiTheme="minorHAnsi" w:hAnsiTheme="minorHAnsi" w:cstheme="minorHAnsi"/>
          <w:sz w:val="22"/>
          <w:szCs w:val="22"/>
        </w:rPr>
        <w:t xml:space="preserve">, un logiciel appartenant à Advanis. Les sondages pouvaient être remplis en ligne et étaient compatibles avec les ordinateurs et les appareils mobiles (tablettes et téléphones intelligents). Les sondages </w:t>
      </w:r>
      <w:r w:rsidR="00500914" w:rsidRPr="0096400F">
        <w:rPr>
          <w:rFonts w:asciiTheme="minorHAnsi" w:hAnsiTheme="minorHAnsi" w:cstheme="minorHAnsi"/>
          <w:sz w:val="22"/>
          <w:szCs w:val="22"/>
        </w:rPr>
        <w:t>se trouvaient sur</w:t>
      </w:r>
      <w:r w:rsidR="00D717D6" w:rsidRPr="0096400F">
        <w:rPr>
          <w:rFonts w:asciiTheme="minorHAnsi" w:hAnsiTheme="minorHAnsi" w:cstheme="minorHAnsi"/>
          <w:sz w:val="22"/>
          <w:szCs w:val="22"/>
        </w:rPr>
        <w:t xml:space="preserve"> </w:t>
      </w:r>
      <w:r w:rsidR="00137ED2" w:rsidRPr="0096400F">
        <w:rPr>
          <w:rFonts w:asciiTheme="minorHAnsi" w:hAnsiTheme="minorHAnsi" w:cstheme="minorHAnsi"/>
          <w:sz w:val="22"/>
          <w:szCs w:val="22"/>
        </w:rPr>
        <w:t xml:space="preserve">un site Web </w:t>
      </w:r>
      <w:r w:rsidR="00D717D6" w:rsidRPr="0096400F">
        <w:rPr>
          <w:rFonts w:asciiTheme="minorHAnsi" w:hAnsiTheme="minorHAnsi" w:cstheme="minorHAnsi"/>
          <w:sz w:val="22"/>
          <w:szCs w:val="22"/>
        </w:rPr>
        <w:t>hébergé par Advanis.</w:t>
      </w:r>
    </w:p>
    <w:p w14:paraId="6919D74B" w14:textId="77777777" w:rsidR="005A4059" w:rsidRPr="0096400F" w:rsidRDefault="005A4059" w:rsidP="00933108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6FD507B2" w14:textId="4B5F01D6" w:rsidR="00DA2BB0" w:rsidRPr="0096400F" w:rsidRDefault="005A4059" w:rsidP="00933108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>Quatre bannières publicitaires (image avec texte) étaient présentées aux participants et ceux-ci devaient répondre à des questions de suivi portant sur leur exposition aux publicités, leurs réactions et leur évaluation des publicités.</w:t>
      </w:r>
      <w:bookmarkEnd w:id="73"/>
    </w:p>
    <w:p w14:paraId="291CF65E" w14:textId="77777777" w:rsidR="00DA2BB0" w:rsidRPr="0096400F" w:rsidRDefault="00DA2BB0" w:rsidP="00933108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33FE8E6D" w14:textId="28C29076" w:rsidR="0040719B" w:rsidRPr="0096400F" w:rsidRDefault="0040719B" w:rsidP="00933108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/>
          <w:sz w:val="22"/>
        </w:rPr>
        <w:t xml:space="preserve">Les questionnaires étaient conçus de façon à intégrer des questions à choix multiples, y compris des questions </w:t>
      </w:r>
      <w:r w:rsidR="00D47D9F" w:rsidRPr="0096400F">
        <w:rPr>
          <w:rFonts w:asciiTheme="minorHAnsi" w:hAnsiTheme="minorHAnsi"/>
          <w:sz w:val="22"/>
        </w:rPr>
        <w:t>d</w:t>
      </w:r>
      <w:r w:rsidR="00F9728D" w:rsidRPr="0096400F">
        <w:rPr>
          <w:rFonts w:asciiTheme="minorHAnsi" w:hAnsiTheme="minorHAnsi"/>
          <w:sz w:val="22"/>
        </w:rPr>
        <w:t>’</w:t>
      </w:r>
      <w:r w:rsidR="00D47D9F" w:rsidRPr="0096400F">
        <w:rPr>
          <w:rFonts w:asciiTheme="minorHAnsi" w:hAnsiTheme="minorHAnsi"/>
          <w:sz w:val="22"/>
        </w:rPr>
        <w:t>échelles</w:t>
      </w:r>
      <w:r w:rsidRPr="0096400F">
        <w:rPr>
          <w:rFonts w:asciiTheme="minorHAnsi" w:hAnsiTheme="minorHAnsi"/>
          <w:sz w:val="22"/>
        </w:rPr>
        <w:t xml:space="preserve">, des questions ouvertes et des questions démographiques. </w:t>
      </w:r>
      <w:r w:rsidR="00F2568A" w:rsidRPr="0096400F">
        <w:rPr>
          <w:rFonts w:asciiTheme="minorHAnsi" w:hAnsiTheme="minorHAnsi"/>
          <w:sz w:val="22"/>
        </w:rPr>
        <w:t xml:space="preserve">La logique de l’enchaînement des questions a été assurée </w:t>
      </w:r>
      <w:r w:rsidRPr="0096400F">
        <w:rPr>
          <w:rFonts w:asciiTheme="minorHAnsi" w:hAnsiTheme="minorHAnsi"/>
          <w:sz w:val="22"/>
        </w:rPr>
        <w:t xml:space="preserve">tout au long du questionnaire, </w:t>
      </w:r>
      <w:r w:rsidR="004E6E54" w:rsidRPr="0096400F">
        <w:rPr>
          <w:rFonts w:asciiTheme="minorHAnsi" w:hAnsiTheme="minorHAnsi"/>
          <w:sz w:val="22"/>
        </w:rPr>
        <w:t>y compris e</w:t>
      </w:r>
      <w:r w:rsidR="000F0070" w:rsidRPr="0096400F">
        <w:rPr>
          <w:rFonts w:asciiTheme="minorHAnsi" w:hAnsiTheme="minorHAnsi"/>
          <w:sz w:val="22"/>
        </w:rPr>
        <w:t xml:space="preserve">n prévoyant </w:t>
      </w:r>
      <w:r w:rsidRPr="0096400F">
        <w:rPr>
          <w:rFonts w:asciiTheme="minorHAnsi" w:hAnsiTheme="minorHAnsi"/>
          <w:sz w:val="22"/>
        </w:rPr>
        <w:t xml:space="preserve">trois messages de remerciement pour les participants </w:t>
      </w:r>
      <w:r w:rsidR="00F2568A" w:rsidRPr="0096400F">
        <w:rPr>
          <w:rFonts w:asciiTheme="minorHAnsi" w:hAnsiTheme="minorHAnsi"/>
          <w:sz w:val="22"/>
        </w:rPr>
        <w:t xml:space="preserve">inadmissibles </w:t>
      </w:r>
      <w:r w:rsidRPr="0096400F">
        <w:rPr>
          <w:rFonts w:asciiTheme="minorHAnsi" w:hAnsiTheme="minorHAnsi"/>
          <w:sz w:val="22"/>
        </w:rPr>
        <w:t xml:space="preserve">(personnes travaillant dans un secteur les rendant </w:t>
      </w:r>
      <w:r w:rsidR="00F2568A" w:rsidRPr="0096400F">
        <w:rPr>
          <w:rFonts w:asciiTheme="minorHAnsi" w:hAnsiTheme="minorHAnsi"/>
          <w:sz w:val="22"/>
        </w:rPr>
        <w:t>inadmissibles</w:t>
      </w:r>
      <w:r w:rsidRPr="0096400F">
        <w:rPr>
          <w:rFonts w:asciiTheme="minorHAnsi" w:hAnsiTheme="minorHAnsi"/>
          <w:sz w:val="22"/>
        </w:rPr>
        <w:t>, personnes ne vivant pas au Canada et personnes de moins de 18 ans). Les sondages ont été soigneusement mis à l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>essai pour s</w:t>
      </w:r>
      <w:r w:rsidR="00F9728D" w:rsidRPr="0096400F">
        <w:rPr>
          <w:rFonts w:asciiTheme="minorHAnsi" w:hAnsiTheme="minorHAnsi"/>
          <w:sz w:val="22"/>
        </w:rPr>
        <w:t>’</w:t>
      </w:r>
      <w:r w:rsidRPr="0096400F">
        <w:rPr>
          <w:rFonts w:asciiTheme="minorHAnsi" w:hAnsiTheme="minorHAnsi"/>
          <w:sz w:val="22"/>
        </w:rPr>
        <w:t xml:space="preserve">assurer que </w:t>
      </w:r>
      <w:r w:rsidR="00F2568A" w:rsidRPr="0096400F">
        <w:rPr>
          <w:rFonts w:asciiTheme="minorHAnsi" w:hAnsiTheme="minorHAnsi"/>
          <w:sz w:val="22"/>
        </w:rPr>
        <w:t>l’enchaînement des questions</w:t>
      </w:r>
      <w:r w:rsidRPr="0096400F">
        <w:rPr>
          <w:rFonts w:asciiTheme="minorHAnsi" w:hAnsiTheme="minorHAnsi"/>
          <w:sz w:val="22"/>
        </w:rPr>
        <w:t xml:space="preserve"> et les questions étaient </w:t>
      </w:r>
      <w:r w:rsidR="00002E92" w:rsidRPr="0096400F">
        <w:rPr>
          <w:rFonts w:asciiTheme="minorHAnsi" w:hAnsiTheme="minorHAnsi"/>
          <w:sz w:val="22"/>
        </w:rPr>
        <w:t>correctement</w:t>
      </w:r>
      <w:r w:rsidRPr="0096400F">
        <w:rPr>
          <w:rFonts w:asciiTheme="minorHAnsi" w:hAnsiTheme="minorHAnsi"/>
          <w:sz w:val="22"/>
        </w:rPr>
        <w:t xml:space="preserve"> programmés.</w:t>
      </w:r>
    </w:p>
    <w:p w14:paraId="7BD49391" w14:textId="77777777" w:rsidR="00CB484E" w:rsidRPr="0096400F" w:rsidRDefault="00CB484E" w:rsidP="00933108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29C2AA31" w14:textId="1ECE8D0D" w:rsidR="00550838" w:rsidRPr="0096400F" w:rsidRDefault="00D57C06" w:rsidP="00D4721F">
      <w:pPr>
        <w:spacing w:line="24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96400F">
        <w:rPr>
          <w:rFonts w:asciiTheme="minorHAnsi" w:hAnsiTheme="minorHAnsi" w:cstheme="minorHAnsi"/>
          <w:sz w:val="22"/>
          <w:szCs w:val="22"/>
        </w:rPr>
        <w:t>Diverses stratégies ont été employées pour augmenter les taux de réponse et réduire les effets du biais de non-réponse. Il s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Pr="0096400F">
        <w:rPr>
          <w:rFonts w:asciiTheme="minorHAnsi" w:hAnsiTheme="minorHAnsi" w:cstheme="minorHAnsi"/>
          <w:sz w:val="22"/>
          <w:szCs w:val="22"/>
        </w:rPr>
        <w:t>agissait notamment de recruter des répondants potentiels par téléphone afin d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Pr="0096400F">
        <w:rPr>
          <w:rFonts w:asciiTheme="minorHAnsi" w:hAnsiTheme="minorHAnsi" w:cstheme="minorHAnsi"/>
          <w:sz w:val="22"/>
          <w:szCs w:val="22"/>
        </w:rPr>
        <w:t>augmenter les taux de réponse, car les courriels sont faciles à ignorer.</w:t>
      </w:r>
      <w:r w:rsidR="00496C69" w:rsidRPr="0096400F">
        <w:rPr>
          <w:rFonts w:asciiTheme="minorHAnsi" w:hAnsiTheme="minorHAnsi" w:cstheme="minorHAnsi"/>
          <w:sz w:val="22"/>
          <w:szCs w:val="22"/>
        </w:rPr>
        <w:t xml:space="preserve"> </w:t>
      </w:r>
      <w:r w:rsidR="00A133E9" w:rsidRPr="0096400F">
        <w:rPr>
          <w:rFonts w:asciiTheme="minorHAnsi" w:hAnsiTheme="minorHAnsi" w:cstheme="minorHAnsi"/>
          <w:sz w:val="22"/>
          <w:szCs w:val="22"/>
        </w:rPr>
        <w:t>L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="00A133E9" w:rsidRPr="0096400F">
        <w:rPr>
          <w:rFonts w:asciiTheme="minorHAnsi" w:hAnsiTheme="minorHAnsi" w:cstheme="minorHAnsi"/>
          <w:sz w:val="22"/>
          <w:szCs w:val="22"/>
        </w:rPr>
        <w:t>envoi d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="00A133E9" w:rsidRPr="0096400F">
        <w:rPr>
          <w:rFonts w:asciiTheme="minorHAnsi" w:hAnsiTheme="minorHAnsi" w:cstheme="minorHAnsi"/>
          <w:sz w:val="22"/>
          <w:szCs w:val="22"/>
        </w:rPr>
        <w:t>un SMS aux répondants recrutés assure également une transition sans heurts entre l</w:t>
      </w:r>
      <w:r w:rsidR="00840568" w:rsidRPr="0096400F">
        <w:rPr>
          <w:rFonts w:asciiTheme="minorHAnsi" w:hAnsiTheme="minorHAnsi" w:cstheme="minorHAnsi"/>
          <w:sz w:val="22"/>
          <w:szCs w:val="22"/>
        </w:rPr>
        <w:t xml:space="preserve">e sondage </w:t>
      </w:r>
      <w:r w:rsidR="00A133E9" w:rsidRPr="0096400F">
        <w:rPr>
          <w:rFonts w:asciiTheme="minorHAnsi" w:hAnsiTheme="minorHAnsi" w:cstheme="minorHAnsi"/>
          <w:sz w:val="22"/>
          <w:szCs w:val="22"/>
        </w:rPr>
        <w:t>téléphonique et l</w:t>
      </w:r>
      <w:r w:rsidR="00840568" w:rsidRPr="0096400F">
        <w:rPr>
          <w:rFonts w:asciiTheme="minorHAnsi" w:hAnsiTheme="minorHAnsi" w:cstheme="minorHAnsi"/>
          <w:sz w:val="22"/>
          <w:szCs w:val="22"/>
        </w:rPr>
        <w:t>e sondage</w:t>
      </w:r>
      <w:r w:rsidR="00A133E9" w:rsidRPr="0096400F">
        <w:rPr>
          <w:rFonts w:asciiTheme="minorHAnsi" w:hAnsiTheme="minorHAnsi" w:cstheme="minorHAnsi"/>
          <w:sz w:val="22"/>
          <w:szCs w:val="22"/>
        </w:rPr>
        <w:t xml:space="preserve"> en ligne, car la réception peut être confirmée en temps réel et encourage les répondants à continuer dès la fin de l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="00A133E9" w:rsidRPr="0096400F">
        <w:rPr>
          <w:rFonts w:asciiTheme="minorHAnsi" w:hAnsiTheme="minorHAnsi" w:cstheme="minorHAnsi"/>
          <w:sz w:val="22"/>
          <w:szCs w:val="22"/>
        </w:rPr>
        <w:t xml:space="preserve">appel. </w:t>
      </w:r>
      <w:r w:rsidR="00DF5E82" w:rsidRPr="0096400F">
        <w:rPr>
          <w:rFonts w:asciiTheme="minorHAnsi" w:hAnsiTheme="minorHAnsi" w:cstheme="minorHAnsi"/>
          <w:sz w:val="22"/>
          <w:szCs w:val="22"/>
        </w:rPr>
        <w:t>Lors des appels, des techniques telles que l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="00DF5E82" w:rsidRPr="0096400F">
        <w:rPr>
          <w:rFonts w:asciiTheme="minorHAnsi" w:hAnsiTheme="minorHAnsi" w:cstheme="minorHAnsi"/>
          <w:sz w:val="22"/>
          <w:szCs w:val="22"/>
        </w:rPr>
        <w:t>affichage d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="00DF5E82" w:rsidRPr="0096400F">
        <w:rPr>
          <w:rFonts w:asciiTheme="minorHAnsi" w:hAnsiTheme="minorHAnsi" w:cstheme="minorHAnsi"/>
          <w:sz w:val="22"/>
          <w:szCs w:val="22"/>
        </w:rPr>
        <w:t>un numéro de téléphone local plutôt qu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="00DF5E82" w:rsidRPr="0096400F">
        <w:rPr>
          <w:rFonts w:asciiTheme="minorHAnsi" w:hAnsiTheme="minorHAnsi" w:cstheme="minorHAnsi"/>
          <w:sz w:val="22"/>
          <w:szCs w:val="22"/>
        </w:rPr>
        <w:t>un numéro sans frais et l</w:t>
      </w:r>
      <w:r w:rsidR="00F9728D" w:rsidRPr="0096400F">
        <w:rPr>
          <w:rFonts w:asciiTheme="minorHAnsi" w:hAnsiTheme="minorHAnsi" w:cstheme="minorHAnsi"/>
          <w:sz w:val="22"/>
          <w:szCs w:val="22"/>
        </w:rPr>
        <w:t>’</w:t>
      </w:r>
      <w:r w:rsidR="00DF5E82" w:rsidRPr="0096400F">
        <w:rPr>
          <w:rFonts w:asciiTheme="minorHAnsi" w:hAnsiTheme="minorHAnsi" w:cstheme="minorHAnsi"/>
          <w:sz w:val="22"/>
          <w:szCs w:val="22"/>
        </w:rPr>
        <w:t xml:space="preserve">acheminement des appels des répondants vers un intervieweur en direct </w:t>
      </w:r>
      <w:r w:rsidR="00137ED2" w:rsidRPr="0096400F">
        <w:rPr>
          <w:rFonts w:asciiTheme="minorHAnsi" w:hAnsiTheme="minorHAnsi" w:cstheme="minorHAnsi"/>
          <w:sz w:val="22"/>
          <w:szCs w:val="22"/>
        </w:rPr>
        <w:t xml:space="preserve">lorsqu’ils rappellent au numéro </w:t>
      </w:r>
      <w:r w:rsidR="00DF5E82" w:rsidRPr="0096400F">
        <w:rPr>
          <w:rFonts w:asciiTheme="minorHAnsi" w:hAnsiTheme="minorHAnsi" w:cstheme="minorHAnsi"/>
          <w:sz w:val="22"/>
          <w:szCs w:val="22"/>
        </w:rPr>
        <w:t>que nous avons affiché ont également été utilisées pour augmenter les taux de réponse.</w:t>
      </w:r>
      <w:bookmarkStart w:id="74" w:name="_Toc224359367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2C07D392" w14:textId="7DC4197F" w:rsidR="00873B23" w:rsidRPr="0096400F" w:rsidRDefault="00AE3579" w:rsidP="001743FC">
      <w:pPr>
        <w:pStyle w:val="Titre1"/>
        <w:spacing w:line="276" w:lineRule="auto"/>
        <w:rPr>
          <w:rFonts w:asciiTheme="minorHAnsi" w:hAnsiTheme="minorHAnsi" w:cstheme="minorHAnsi"/>
          <w:smallCaps/>
          <w:color w:val="000000"/>
          <w:sz w:val="16"/>
          <w:szCs w:val="16"/>
          <w:lang w:eastAsia="fr-CA"/>
        </w:rPr>
      </w:pPr>
      <w:bookmarkStart w:id="75" w:name="_Toc104382372"/>
      <w:bookmarkEnd w:id="74"/>
      <w:r w:rsidRPr="0096400F">
        <w:rPr>
          <w:rFonts w:asciiTheme="minorHAnsi" w:hAnsiTheme="minorHAnsi" w:cstheme="minorHAnsi"/>
          <w:smallCaps/>
        </w:rPr>
        <w:t>Annexes</w:t>
      </w:r>
      <w:bookmarkEnd w:id="75"/>
    </w:p>
    <w:p w14:paraId="434C639A" w14:textId="522EBE81" w:rsidR="00873B23" w:rsidRPr="0096400F" w:rsidRDefault="00AE3579" w:rsidP="00D32786">
      <w:pPr>
        <w:pStyle w:val="Titre3"/>
        <w:rPr>
          <w:lang w:val="fr-CA"/>
        </w:rPr>
      </w:pPr>
      <w:bookmarkStart w:id="76" w:name="_Toc224359368"/>
      <w:bookmarkStart w:id="77" w:name="_Toc511033679"/>
      <w:bookmarkStart w:id="78" w:name="_Hlk102400138"/>
      <w:bookmarkStart w:id="79" w:name="_Toc104382373"/>
      <w:r w:rsidRPr="0096400F">
        <w:rPr>
          <w:lang w:val="fr-CA"/>
        </w:rPr>
        <w:t>Annexe</w:t>
      </w:r>
      <w:r w:rsidR="00873B23" w:rsidRPr="0096400F">
        <w:rPr>
          <w:lang w:val="fr-CA"/>
        </w:rPr>
        <w:t xml:space="preserve"> A:</w:t>
      </w:r>
      <w:r w:rsidR="00585258" w:rsidRPr="0096400F">
        <w:rPr>
          <w:lang w:val="fr-CA"/>
        </w:rPr>
        <w:t xml:space="preserve"> </w:t>
      </w:r>
      <w:bookmarkEnd w:id="76"/>
      <w:bookmarkEnd w:id="77"/>
      <w:bookmarkEnd w:id="78"/>
      <w:r w:rsidRPr="0096400F">
        <w:rPr>
          <w:lang w:val="fr-CA"/>
        </w:rPr>
        <w:t xml:space="preserve">Questionnaire </w:t>
      </w:r>
      <w:r w:rsidR="003E2E59" w:rsidRPr="0096400F">
        <w:rPr>
          <w:lang w:val="fr-CA"/>
        </w:rPr>
        <w:t>en français</w:t>
      </w:r>
      <w:bookmarkEnd w:id="79"/>
    </w:p>
    <w:p w14:paraId="664F4110" w14:textId="77777777" w:rsidR="00D4721F" w:rsidRPr="0096400F" w:rsidRDefault="00D4721F" w:rsidP="00D4721F"/>
    <w:tbl>
      <w:tblPr>
        <w:tblW w:w="0" w:type="auto"/>
        <w:tblLook w:val="04A0" w:firstRow="1" w:lastRow="0" w:firstColumn="1" w:lastColumn="0" w:noHBand="0" w:noVBand="1"/>
      </w:tblPr>
      <w:tblGrid>
        <w:gridCol w:w="6910"/>
        <w:gridCol w:w="2496"/>
      </w:tblGrid>
      <w:tr w:rsidR="00D4721F" w:rsidRPr="0096400F" w14:paraId="00CB259D" w14:textId="77777777" w:rsidTr="00F9728D">
        <w:tc>
          <w:tcPr>
            <w:tcW w:w="7920" w:type="dxa"/>
          </w:tcPr>
          <w:p w14:paraId="0FB9C7A5" w14:textId="1045B109" w:rsidR="00D4721F" w:rsidRPr="0096400F" w:rsidRDefault="00D4721F" w:rsidP="00F9728D">
            <w:pPr>
              <w:keepLines/>
              <w:spacing w:line="276" w:lineRule="auto"/>
              <w:jc w:val="left"/>
              <w:rPr>
                <w:rFonts w:ascii="Cambria" w:eastAsia="MS Mincho" w:hAnsi="Cambria"/>
                <w:sz w:val="22"/>
                <w:szCs w:val="22"/>
                <w:lang w:eastAsia="en-US"/>
              </w:rPr>
            </w:pPr>
            <w:bookmarkStart w:id="80" w:name="_Hlk102400090"/>
            <w:r w:rsidRPr="0096400F">
              <w:rPr>
                <w:rFonts w:ascii="Cambria" w:eastAsia="MS Mincho" w:hAnsi="Cambria"/>
                <w:b/>
                <w:sz w:val="36"/>
                <w:szCs w:val="22"/>
                <w:lang w:eastAsia="en-US"/>
              </w:rPr>
              <w:t>Voyages OECP Web</w:t>
            </w:r>
            <w:r w:rsidRPr="0096400F">
              <w:rPr>
                <w:rFonts w:ascii="Cambria" w:eastAsia="MS Mincho" w:hAnsi="Cambria"/>
                <w:sz w:val="28"/>
                <w:szCs w:val="22"/>
                <w:lang w:eastAsia="en-US"/>
              </w:rPr>
              <w:br/>
              <w:t>Gouvernement du Canada</w:t>
            </w:r>
            <w:r w:rsidRPr="0096400F">
              <w:rPr>
                <w:rFonts w:ascii="Cambria" w:eastAsia="MS Mincho" w:hAnsi="Cambria"/>
                <w:color w:val="A8A8A8"/>
                <w:sz w:val="16"/>
                <w:szCs w:val="22"/>
                <w:lang w:eastAsia="en-US"/>
              </w:rPr>
              <w:br/>
            </w:r>
            <w:r w:rsidRPr="0096400F">
              <w:rPr>
                <w:rFonts w:ascii="Cambria" w:eastAsia="MS Mincho" w:hAnsi="Cambria"/>
                <w:sz w:val="22"/>
                <w:szCs w:val="22"/>
                <w:lang w:eastAsia="en-US"/>
              </w:rPr>
              <w:br/>
            </w:r>
          </w:p>
        </w:tc>
        <w:tc>
          <w:tcPr>
            <w:tcW w:w="2160" w:type="dxa"/>
          </w:tcPr>
          <w:p w14:paraId="652CBFE8" w14:textId="77777777" w:rsidR="00D4721F" w:rsidRPr="0096400F" w:rsidRDefault="00D4721F" w:rsidP="00F9728D">
            <w:pPr>
              <w:spacing w:after="200" w:line="276" w:lineRule="auto"/>
              <w:jc w:val="right"/>
              <w:rPr>
                <w:rFonts w:ascii="Cambria" w:eastAsia="MS Mincho" w:hAnsi="Cambria"/>
                <w:sz w:val="22"/>
                <w:szCs w:val="22"/>
                <w:lang w:eastAsia="en-US"/>
              </w:rPr>
            </w:pPr>
            <w:r w:rsidRPr="0096400F">
              <w:rPr>
                <w:rFonts w:ascii="Cambria" w:eastAsia="MS Mincho" w:hAnsi="Cambria"/>
                <w:noProof/>
                <w:sz w:val="22"/>
                <w:szCs w:val="22"/>
                <w:lang w:val="en-CA" w:eastAsia="en-CA"/>
              </w:rPr>
              <w:drawing>
                <wp:inline distT="0" distB="0" distL="0" distR="0" wp14:anchorId="11FE07E7" wp14:editId="5981DAE5">
                  <wp:extent cx="1447800" cy="320040"/>
                  <wp:effectExtent l="0" t="0" r="0" b="381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6EB4F5" w14:textId="02098ECB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proofErr w:type="spellStart"/>
      <w:r w:rsidRPr="0096400F">
        <w:rPr>
          <w:rFonts w:ascii="Cambria" w:eastAsia="MS Mincho" w:hAnsi="Cambria"/>
          <w:b/>
          <w:sz w:val="22"/>
          <w:szCs w:val="22"/>
          <w:lang w:eastAsia="en-US"/>
        </w:rPr>
        <w:t>IntroMVÉ</w:t>
      </w:r>
      <w:proofErr w:type="spellEnd"/>
    </w:p>
    <w:p w14:paraId="0E20C1F9" w14:textId="6E88FB81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FFFFFF"/>
          <w:szCs w:val="22"/>
          <w:lang w:eastAsia="en-US"/>
        </w:rPr>
        <w:t>Sondage: Campagne publicitaire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  <w:t>Le Gouvernement du Canada mène un sondage portant sur des enjeux qui intéressent actuellement les Canadiens.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  <w:t xml:space="preserve">Votre participation est volontaire et toutes vos réponses demeureront confidentielles. </w:t>
      </w:r>
      <w:r w:rsidRPr="0096400F">
        <w:rPr>
          <w:rFonts w:ascii="Cambria" w:eastAsia="MS Mincho" w:hAnsi="Cambria"/>
          <w:sz w:val="22"/>
          <w:szCs w:val="22"/>
          <w:lang w:val="en-CA" w:eastAsia="en-US"/>
        </w:rPr>
        <w:t xml:space="preserve">Il faut environ cinq minutes pour </w:t>
      </w:r>
      <w:proofErr w:type="spellStart"/>
      <w:r w:rsidRPr="0096400F">
        <w:rPr>
          <w:rFonts w:ascii="Cambria" w:eastAsia="MS Mincho" w:hAnsi="Cambria"/>
          <w:sz w:val="22"/>
          <w:szCs w:val="22"/>
          <w:lang w:val="en-CA" w:eastAsia="en-US"/>
        </w:rPr>
        <w:t>répondre</w:t>
      </w:r>
      <w:proofErr w:type="spellEnd"/>
      <w:r w:rsidRPr="0096400F">
        <w:rPr>
          <w:rFonts w:ascii="Cambria" w:eastAsia="MS Mincho" w:hAnsi="Cambria"/>
          <w:sz w:val="22"/>
          <w:szCs w:val="22"/>
          <w:lang w:val="en-CA" w:eastAsia="en-US"/>
        </w:rPr>
        <w:t xml:space="preserve"> au sondage. </w:t>
      </w:r>
      <w:r w:rsidRPr="0096400F">
        <w:rPr>
          <w:rFonts w:ascii="Cambria" w:eastAsia="MS Mincho" w:hAnsi="Cambria"/>
          <w:sz w:val="22"/>
          <w:szCs w:val="22"/>
          <w:lang w:val="en-CA" w:eastAsia="en-US"/>
        </w:rPr>
        <w:br/>
      </w:r>
      <w:r w:rsidRPr="0096400F">
        <w:rPr>
          <w:rFonts w:ascii="Cambria" w:eastAsia="MS Mincho" w:hAnsi="Cambria"/>
          <w:sz w:val="22"/>
          <w:szCs w:val="22"/>
          <w:lang w:val="en-CA" w:eastAsia="en-US"/>
        </w:rPr>
        <w:br/>
      </w:r>
      <w:r w:rsidRPr="0096400F">
        <w:rPr>
          <w:rFonts w:ascii="Cambria" w:eastAsia="MS Mincho" w:hAnsi="Cambria"/>
          <w:b/>
          <w:sz w:val="22"/>
          <w:szCs w:val="22"/>
          <w:u w:val="single"/>
          <w:lang w:val="en-CA" w:eastAsia="en-US"/>
        </w:rPr>
        <w:t>If you wish to complete the survey in English, please click the button above.</w:t>
      </w:r>
      <w:r w:rsidRPr="0096400F">
        <w:rPr>
          <w:rFonts w:ascii="Cambria" w:eastAsia="MS Mincho" w:hAnsi="Cambria"/>
          <w:sz w:val="22"/>
          <w:szCs w:val="22"/>
          <w:lang w:val="en-CA" w:eastAsia="en-US"/>
        </w:rPr>
        <w:br/>
      </w:r>
      <w:r w:rsidRPr="0096400F">
        <w:rPr>
          <w:rFonts w:ascii="Cambria" w:eastAsia="MS Mincho" w:hAnsi="Cambria"/>
          <w:sz w:val="22"/>
          <w:szCs w:val="22"/>
          <w:lang w:val="en-CA"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t xml:space="preserve">Cliquez </w:t>
      </w:r>
      <w:r w:rsidRPr="0096400F">
        <w:rPr>
          <w:rFonts w:ascii="Cambria" w:eastAsia="MS Mincho" w:hAnsi="Cambria"/>
          <w:color w:val="000099"/>
          <w:sz w:val="22"/>
          <w:szCs w:val="22"/>
          <w:lang w:eastAsia="en-US"/>
        </w:rPr>
        <w:t>ici (https://www.canadianresearchinsightscouncil.ca/rvs/home/?lang=fr)</w:t>
      </w:r>
      <w:r w:rsidRPr="0096400F">
        <w:rPr>
          <w:rFonts w:ascii="Cambria" w:eastAsia="MS Mincho" w:hAnsi="Cambria"/>
          <w:sz w:val="22"/>
          <w:szCs w:val="22"/>
          <w:lang w:eastAsia="en-US"/>
        </w:rPr>
        <w:t xml:space="preserve"> si vous souhaitez vérifier l</w:t>
      </w:r>
      <w:r w:rsidR="00F9728D" w:rsidRPr="0096400F">
        <w:rPr>
          <w:rFonts w:ascii="Cambria" w:eastAsia="MS Mincho" w:hAnsi="Cambria"/>
          <w:sz w:val="22"/>
          <w:szCs w:val="22"/>
          <w:lang w:eastAsia="en-US"/>
        </w:rPr>
        <w:t>’</w:t>
      </w:r>
      <w:r w:rsidRPr="0096400F">
        <w:rPr>
          <w:rFonts w:ascii="Cambria" w:eastAsia="MS Mincho" w:hAnsi="Cambria"/>
          <w:sz w:val="22"/>
          <w:szCs w:val="22"/>
          <w:lang w:eastAsia="en-US"/>
        </w:rPr>
        <w:t>authenticité du présent sondage. Vous devrez inscrire le code du projet: 20220317-AD712.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  <w:t>Pour obtenir de l</w:t>
      </w:r>
      <w:r w:rsidR="00F9728D" w:rsidRPr="0096400F">
        <w:rPr>
          <w:rFonts w:ascii="Cambria" w:eastAsia="MS Mincho" w:hAnsi="Cambria"/>
          <w:sz w:val="22"/>
          <w:szCs w:val="22"/>
          <w:lang w:eastAsia="en-US"/>
        </w:rPr>
        <w:t>’</w:t>
      </w:r>
      <w:r w:rsidRPr="0096400F">
        <w:rPr>
          <w:rFonts w:ascii="Cambria" w:eastAsia="MS Mincho" w:hAnsi="Cambria"/>
          <w:sz w:val="22"/>
          <w:szCs w:val="22"/>
          <w:lang w:eastAsia="en-US"/>
        </w:rPr>
        <w:t xml:space="preserve">aide, veuillez communiquer avec 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color w:val="000099"/>
          <w:sz w:val="22"/>
          <w:szCs w:val="22"/>
          <w:lang w:eastAsia="en-US"/>
        </w:rPr>
        <w:t>POR-ROP@international.gc.ca (mailto:POR-ROP@international.gc.ca)</w:t>
      </w:r>
      <w:r w:rsidRPr="0096400F">
        <w:rPr>
          <w:rFonts w:ascii="Cambria" w:eastAsia="MS Mincho" w:hAnsi="Cambria"/>
          <w:sz w:val="22"/>
          <w:szCs w:val="22"/>
          <w:lang w:eastAsia="en-US"/>
        </w:rPr>
        <w:t xml:space="preserve">. 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  <w:t>Pour obtenir de l</w:t>
      </w:r>
      <w:r w:rsidR="00F9728D" w:rsidRPr="0096400F">
        <w:rPr>
          <w:rFonts w:ascii="Cambria" w:eastAsia="MS Mincho" w:hAnsi="Cambria"/>
          <w:sz w:val="22"/>
          <w:szCs w:val="22"/>
          <w:lang w:eastAsia="en-US"/>
        </w:rPr>
        <w:t>’</w:t>
      </w:r>
      <w:r w:rsidRPr="0096400F">
        <w:rPr>
          <w:rFonts w:ascii="Cambria" w:eastAsia="MS Mincho" w:hAnsi="Cambria"/>
          <w:sz w:val="22"/>
          <w:szCs w:val="22"/>
          <w:lang w:eastAsia="en-US"/>
        </w:rPr>
        <w:t>aide d</w:t>
      </w:r>
      <w:r w:rsidR="00F9728D" w:rsidRPr="0096400F">
        <w:rPr>
          <w:rFonts w:ascii="Cambria" w:eastAsia="MS Mincho" w:hAnsi="Cambria"/>
          <w:sz w:val="22"/>
          <w:szCs w:val="22"/>
          <w:lang w:eastAsia="en-US"/>
        </w:rPr>
        <w:t>’</w:t>
      </w:r>
      <w:r w:rsidRPr="0096400F">
        <w:rPr>
          <w:rFonts w:ascii="Cambria" w:eastAsia="MS Mincho" w:hAnsi="Cambria"/>
          <w:sz w:val="22"/>
          <w:szCs w:val="22"/>
          <w:lang w:eastAsia="en-US"/>
        </w:rPr>
        <w:t xml:space="preserve">ordre technique veuillez communiquer avec Sue Day, par téléphone au 1-866-542-6921 ou par courriel au </w:t>
      </w:r>
      <w:r w:rsidRPr="0096400F">
        <w:rPr>
          <w:rFonts w:ascii="Cambria" w:eastAsia="MS Mincho" w:hAnsi="Cambria"/>
          <w:color w:val="000099"/>
          <w:sz w:val="22"/>
          <w:szCs w:val="22"/>
          <w:lang w:eastAsia="en-US"/>
        </w:rPr>
        <w:t>survey+usborderadv2022@advanis.net (mailto:survey+usborderadv2022@advanis.net)</w:t>
      </w:r>
      <w:r w:rsidRPr="0096400F">
        <w:rPr>
          <w:rFonts w:ascii="Cambria" w:eastAsia="MS Mincho" w:hAnsi="Cambria"/>
          <w:sz w:val="22"/>
          <w:szCs w:val="22"/>
          <w:lang w:eastAsia="en-US"/>
        </w:rPr>
        <w:t>.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  <w:t xml:space="preserve">Si vous êtes interrompu pendant le sondage, vous </w:t>
      </w:r>
      <w:r w:rsidRPr="0096400F">
        <w:rPr>
          <w:rFonts w:ascii="Cambria" w:eastAsia="MS Mincho" w:hAnsi="Cambria"/>
          <w:b/>
          <w:sz w:val="22"/>
          <w:szCs w:val="22"/>
          <w:lang w:eastAsia="en-US"/>
        </w:rPr>
        <w:t>pouvez appuyer sur le même lien</w:t>
      </w:r>
      <w:r w:rsidRPr="0096400F">
        <w:rPr>
          <w:rFonts w:ascii="Cambria" w:eastAsia="MS Mincho" w:hAnsi="Cambria"/>
          <w:sz w:val="22"/>
          <w:szCs w:val="22"/>
          <w:lang w:eastAsia="en-US"/>
        </w:rPr>
        <w:t xml:space="preserve"> pour reprendre là où vous l</w:t>
      </w:r>
      <w:r w:rsidR="00F9728D" w:rsidRPr="0096400F">
        <w:rPr>
          <w:rFonts w:ascii="Cambria" w:eastAsia="MS Mincho" w:hAnsi="Cambria"/>
          <w:sz w:val="22"/>
          <w:szCs w:val="22"/>
          <w:lang w:eastAsia="en-US"/>
        </w:rPr>
        <w:t>’</w:t>
      </w:r>
      <w:r w:rsidRPr="0096400F">
        <w:rPr>
          <w:rFonts w:ascii="Cambria" w:eastAsia="MS Mincho" w:hAnsi="Cambria"/>
          <w:sz w:val="22"/>
          <w:szCs w:val="22"/>
          <w:lang w:eastAsia="en-US"/>
        </w:rPr>
        <w:t>avez laissé.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18"/>
          <w:szCs w:val="22"/>
          <w:lang w:eastAsia="en-US"/>
        </w:rPr>
        <w:t xml:space="preserve">© 2022 </w:t>
      </w:r>
      <w:r w:rsidRPr="0096400F">
        <w:rPr>
          <w:rFonts w:ascii="Cambria" w:eastAsia="MS Mincho" w:hAnsi="Cambria"/>
          <w:color w:val="000099"/>
          <w:sz w:val="18"/>
          <w:szCs w:val="22"/>
          <w:lang w:eastAsia="en-US"/>
        </w:rPr>
        <w:t>Politique de confidentialité (https://www.mavilleecoute.ca/privacy.html)</w:t>
      </w:r>
      <w:r w:rsidRPr="0096400F">
        <w:rPr>
          <w:rFonts w:ascii="Cambria" w:eastAsia="MS Mincho" w:hAnsi="Cambria"/>
          <w:sz w:val="18"/>
          <w:szCs w:val="22"/>
          <w:lang w:eastAsia="en-US"/>
        </w:rPr>
        <w:t xml:space="preserve"> </w:t>
      </w:r>
      <w:r w:rsidRPr="0096400F">
        <w:rPr>
          <w:rFonts w:ascii="Cambria" w:eastAsia="MS Mincho" w:hAnsi="Cambria"/>
          <w:color w:val="000099"/>
          <w:sz w:val="18"/>
          <w:szCs w:val="22"/>
          <w:lang w:eastAsia="en-US"/>
        </w:rPr>
        <w:t>Engagement du CRIC (https://www.canadianresearchinsightscouncil.ca/wp-content/uploads/2020/09/Engagement-du-CRIC-aupres-des-Canadiens.pdf)</w:t>
      </w:r>
      <w:r w:rsidRPr="0096400F">
        <w:rPr>
          <w:rFonts w:ascii="Cambria" w:eastAsia="MS Mincho" w:hAnsi="Cambria"/>
          <w:sz w:val="18"/>
          <w:szCs w:val="22"/>
          <w:lang w:eastAsia="en-US"/>
        </w:rPr>
        <w:t xml:space="preserve"> 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b/>
          <w:sz w:val="22"/>
          <w:szCs w:val="22"/>
          <w:lang w:eastAsia="en-US"/>
        </w:rPr>
        <w:t>QA</w:t>
      </w:r>
    </w:p>
    <w:p w14:paraId="19BE1775" w14:textId="303360D4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Quelqu</w:t>
      </w:r>
      <w:r w:rsidR="00F9728D" w:rsidRPr="0096400F">
        <w:rPr>
          <w:rFonts w:ascii="Cambria" w:eastAsia="MS Mincho" w:hAnsi="Cambria"/>
          <w:sz w:val="22"/>
          <w:szCs w:val="22"/>
          <w:lang w:eastAsia="en-US"/>
        </w:rPr>
        <w:t>’</w:t>
      </w:r>
      <w:r w:rsidRPr="0096400F">
        <w:rPr>
          <w:rFonts w:ascii="Cambria" w:eastAsia="MS Mincho" w:hAnsi="Cambria"/>
          <w:sz w:val="22"/>
          <w:szCs w:val="22"/>
          <w:lang w:eastAsia="en-US"/>
        </w:rPr>
        <w:t>un au sein de votre foyer travaille-t-il pour l</w:t>
      </w:r>
      <w:r w:rsidR="00F9728D" w:rsidRPr="0096400F">
        <w:rPr>
          <w:rFonts w:ascii="Cambria" w:eastAsia="MS Mincho" w:hAnsi="Cambria"/>
          <w:sz w:val="22"/>
          <w:szCs w:val="22"/>
          <w:lang w:eastAsia="en-US"/>
        </w:rPr>
        <w:t>’</w:t>
      </w:r>
      <w:r w:rsidRPr="0096400F">
        <w:rPr>
          <w:rFonts w:ascii="Cambria" w:eastAsia="MS Mincho" w:hAnsi="Cambria"/>
          <w:sz w:val="22"/>
          <w:szCs w:val="22"/>
          <w:lang w:eastAsia="en-US"/>
        </w:rPr>
        <w:t>une ou l</w:t>
      </w:r>
      <w:r w:rsidR="00F9728D" w:rsidRPr="0096400F">
        <w:rPr>
          <w:rFonts w:ascii="Cambria" w:eastAsia="MS Mincho" w:hAnsi="Cambria"/>
          <w:sz w:val="22"/>
          <w:szCs w:val="22"/>
          <w:lang w:eastAsia="en-US"/>
        </w:rPr>
        <w:t>’</w:t>
      </w:r>
      <w:r w:rsidRPr="0096400F">
        <w:rPr>
          <w:rFonts w:ascii="Cambria" w:eastAsia="MS Mincho" w:hAnsi="Cambria"/>
          <w:sz w:val="22"/>
          <w:szCs w:val="22"/>
          <w:lang w:eastAsia="en-US"/>
        </w:rPr>
        <w:t xml:space="preserve">autre des organisations suivantes? 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2C96A2DB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i/>
          <w:color w:val="A8A8A8"/>
          <w:szCs w:val="22"/>
          <w:lang w:eastAsia="en-US"/>
        </w:rPr>
        <w:t>Sélectionnez toutes les réponses applicables</w:t>
      </w:r>
    </w:p>
    <w:p w14:paraId="29F2885C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0"/>
        <w:gridCol w:w="8646"/>
      </w:tblGrid>
      <w:tr w:rsidR="00D4721F" w:rsidRPr="0096400F" w14:paraId="1D79E6A4" w14:textId="77777777" w:rsidTr="00F9728D">
        <w:tc>
          <w:tcPr>
            <w:tcW w:w="792" w:type="dxa"/>
          </w:tcPr>
          <w:p w14:paraId="5865F69E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</w:t>
            </w:r>
          </w:p>
        </w:tc>
        <w:tc>
          <w:tcPr>
            <w:tcW w:w="9288" w:type="dxa"/>
          </w:tcPr>
          <w:p w14:paraId="5AB2EEA4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une firme de recherche en marketing</w:t>
            </w:r>
          </w:p>
        </w:tc>
      </w:tr>
      <w:tr w:rsidR="00D4721F" w:rsidRPr="0096400F" w14:paraId="263CBD69" w14:textId="77777777" w:rsidTr="00F9728D">
        <w:tc>
          <w:tcPr>
            <w:tcW w:w="792" w:type="dxa"/>
          </w:tcPr>
          <w:p w14:paraId="6891EBFB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</w:t>
            </w:r>
          </w:p>
        </w:tc>
        <w:tc>
          <w:tcPr>
            <w:tcW w:w="9288" w:type="dxa"/>
          </w:tcPr>
          <w:p w14:paraId="4116E42F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un magazine ou un quotidien</w:t>
            </w:r>
          </w:p>
        </w:tc>
      </w:tr>
      <w:tr w:rsidR="00D4721F" w:rsidRPr="0096400F" w14:paraId="2C947457" w14:textId="77777777" w:rsidTr="00F9728D">
        <w:tc>
          <w:tcPr>
            <w:tcW w:w="792" w:type="dxa"/>
          </w:tcPr>
          <w:p w14:paraId="033B32E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3</w:t>
            </w:r>
          </w:p>
        </w:tc>
        <w:tc>
          <w:tcPr>
            <w:tcW w:w="9288" w:type="dxa"/>
          </w:tcPr>
          <w:p w14:paraId="111D500B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une agence de publicité ou de conception graphique</w:t>
            </w:r>
          </w:p>
        </w:tc>
      </w:tr>
      <w:tr w:rsidR="00D4721F" w:rsidRPr="0096400F" w14:paraId="5EDF3CCC" w14:textId="77777777" w:rsidTr="00F9728D">
        <w:tc>
          <w:tcPr>
            <w:tcW w:w="792" w:type="dxa"/>
          </w:tcPr>
          <w:p w14:paraId="563FFCE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4</w:t>
            </w:r>
          </w:p>
        </w:tc>
        <w:tc>
          <w:tcPr>
            <w:tcW w:w="9288" w:type="dxa"/>
          </w:tcPr>
          <w:p w14:paraId="6FD5245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un parti politique</w:t>
            </w:r>
          </w:p>
        </w:tc>
      </w:tr>
      <w:tr w:rsidR="00D4721F" w:rsidRPr="0096400F" w14:paraId="5D43B7BC" w14:textId="77777777" w:rsidTr="00F9728D">
        <w:tc>
          <w:tcPr>
            <w:tcW w:w="792" w:type="dxa"/>
          </w:tcPr>
          <w:p w14:paraId="352C443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5</w:t>
            </w:r>
          </w:p>
        </w:tc>
        <w:tc>
          <w:tcPr>
            <w:tcW w:w="9288" w:type="dxa"/>
          </w:tcPr>
          <w:p w14:paraId="7E42A1B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une station radiophonique ou de télévision</w:t>
            </w:r>
          </w:p>
        </w:tc>
      </w:tr>
      <w:tr w:rsidR="00D4721F" w:rsidRPr="0096400F" w14:paraId="1A557B85" w14:textId="77777777" w:rsidTr="00F9728D">
        <w:tc>
          <w:tcPr>
            <w:tcW w:w="792" w:type="dxa"/>
          </w:tcPr>
          <w:p w14:paraId="09EC8CAE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6</w:t>
            </w:r>
          </w:p>
        </w:tc>
        <w:tc>
          <w:tcPr>
            <w:tcW w:w="9288" w:type="dxa"/>
          </w:tcPr>
          <w:p w14:paraId="52DD997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une firme de relations publiques</w:t>
            </w:r>
          </w:p>
        </w:tc>
      </w:tr>
      <w:tr w:rsidR="00D4721F" w:rsidRPr="0096400F" w14:paraId="727375FF" w14:textId="77777777" w:rsidTr="00F9728D">
        <w:tc>
          <w:tcPr>
            <w:tcW w:w="792" w:type="dxa"/>
          </w:tcPr>
          <w:p w14:paraId="5C70588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7</w:t>
            </w:r>
          </w:p>
        </w:tc>
        <w:tc>
          <w:tcPr>
            <w:tcW w:w="9288" w:type="dxa"/>
          </w:tcPr>
          <w:p w14:paraId="5D006019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le gouvernement fédéral ou provincial</w:t>
            </w:r>
          </w:p>
        </w:tc>
      </w:tr>
      <w:tr w:rsidR="00D4721F" w:rsidRPr="0096400F" w14:paraId="02CDA02D" w14:textId="77777777" w:rsidTr="00F9728D">
        <w:tc>
          <w:tcPr>
            <w:tcW w:w="792" w:type="dxa"/>
          </w:tcPr>
          <w:p w14:paraId="5282AC7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8</w:t>
            </w:r>
          </w:p>
        </w:tc>
        <w:tc>
          <w:tcPr>
            <w:tcW w:w="9288" w:type="dxa"/>
          </w:tcPr>
          <w:p w14:paraId="7A1E988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aucune de ces organisations</w:t>
            </w:r>
            <w:r w:rsidRPr="0096400F">
              <w:rPr>
                <w:rFonts w:ascii="Cambria" w:hAnsi="Cambria"/>
                <w:i/>
                <w:color w:val="A8A8A8"/>
                <w:sz w:val="20"/>
                <w:szCs w:val="22"/>
                <w:lang w:val="fr-CA" w:eastAsia="en-US"/>
              </w:rPr>
              <w:tab/>
              <w:t>(Exclusif)</w:t>
            </w:r>
          </w:p>
        </w:tc>
      </w:tr>
    </w:tbl>
    <w:p w14:paraId="25869605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37361616" w14:textId="7D10CBA1" w:rsidR="00D4721F" w:rsidRPr="0096400F" w:rsidRDefault="00D4721F" w:rsidP="00D4721F">
      <w:pPr>
        <w:keepNext/>
        <w:spacing w:after="22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8"/>
          <w:szCs w:val="22"/>
          <w:lang w:eastAsia="en-US"/>
        </w:rPr>
        <w:t>Page</w:t>
      </w:r>
      <w:r w:rsidRPr="0096400F">
        <w:rPr>
          <w:rFonts w:ascii="Cambria" w:eastAsia="MS Mincho" w:hAnsi="Cambria"/>
          <w:i/>
          <w:szCs w:val="22"/>
          <w:lang w:eastAsia="en-US"/>
        </w:rPr>
        <w:tab/>
        <w:t>Voir si QA Sélection d</w:t>
      </w:r>
      <w:r w:rsidR="00F9728D" w:rsidRPr="0096400F">
        <w:rPr>
          <w:rFonts w:ascii="Cambria" w:eastAsia="MS Mincho" w:hAnsi="Cambria"/>
          <w:i/>
          <w:szCs w:val="22"/>
          <w:lang w:eastAsia="en-US"/>
        </w:rPr>
        <w:t>’</w:t>
      </w:r>
      <w:r w:rsidRPr="0096400F">
        <w:rPr>
          <w:rFonts w:ascii="Cambria" w:eastAsia="MS Mincho" w:hAnsi="Cambria"/>
          <w:i/>
          <w:szCs w:val="22"/>
          <w:lang w:eastAsia="en-US"/>
        </w:rPr>
        <w:t>une organisation</w:t>
      </w:r>
    </w:p>
    <w:p w14:paraId="30FA136C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Thnk1</w:t>
      </w:r>
    </w:p>
    <w:p w14:paraId="04C7F061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br/>
        <w:t>Merci pour votre intérêt. Cette enquête est destinée à ceux qui ne travaillent dans aucun des secteurs mentionnés à la question précédente.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055D5A10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p w14:paraId="6954BA5A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22"/>
          <w:szCs w:val="22"/>
          <w:lang w:eastAsia="en-US"/>
        </w:rPr>
        <w:t xml:space="preserve">   </w:t>
      </w:r>
    </w:p>
    <w:p w14:paraId="727E04C8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678A50AF" w14:textId="77777777" w:rsidR="00D4721F" w:rsidRPr="0096400F" w:rsidRDefault="00D4721F" w:rsidP="00D4721F">
      <w:pPr>
        <w:keepNext/>
        <w:spacing w:after="220" w:line="276" w:lineRule="auto"/>
        <w:jc w:val="left"/>
        <w:rPr>
          <w:rFonts w:ascii="Cambria" w:eastAsia="MS Mincho" w:hAnsi="Cambria"/>
          <w:b/>
          <w:sz w:val="28"/>
          <w:szCs w:val="22"/>
          <w:lang w:eastAsia="en-US"/>
        </w:rPr>
      </w:pPr>
      <w:r w:rsidRPr="0096400F">
        <w:rPr>
          <w:rFonts w:ascii="Cambria" w:eastAsia="MS Mincho" w:hAnsi="Cambria"/>
          <w:b/>
          <w:sz w:val="28"/>
          <w:szCs w:val="22"/>
          <w:lang w:eastAsia="en-US"/>
        </w:rPr>
        <w:t>Page</w:t>
      </w:r>
    </w:p>
    <w:p w14:paraId="4046364C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QB</w:t>
      </w:r>
    </w:p>
    <w:p w14:paraId="609DCA96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 xml:space="preserve">Êtes-vous de… 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2071D98D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1"/>
        <w:gridCol w:w="8645"/>
      </w:tblGrid>
      <w:tr w:rsidR="00D4721F" w:rsidRPr="0096400F" w14:paraId="21027290" w14:textId="77777777" w:rsidTr="00F9728D">
        <w:tc>
          <w:tcPr>
            <w:tcW w:w="792" w:type="dxa"/>
          </w:tcPr>
          <w:p w14:paraId="4AB3AFC4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</w:t>
            </w:r>
          </w:p>
        </w:tc>
        <w:tc>
          <w:tcPr>
            <w:tcW w:w="9288" w:type="dxa"/>
          </w:tcPr>
          <w:p w14:paraId="6A6ADF39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genre masculin</w:t>
            </w:r>
          </w:p>
        </w:tc>
      </w:tr>
      <w:tr w:rsidR="00D4721F" w:rsidRPr="0096400F" w14:paraId="2954AF25" w14:textId="77777777" w:rsidTr="00F9728D">
        <w:tc>
          <w:tcPr>
            <w:tcW w:w="792" w:type="dxa"/>
          </w:tcPr>
          <w:p w14:paraId="75F1C484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</w:t>
            </w:r>
          </w:p>
        </w:tc>
        <w:tc>
          <w:tcPr>
            <w:tcW w:w="9288" w:type="dxa"/>
          </w:tcPr>
          <w:p w14:paraId="570D03B9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genre féminin</w:t>
            </w:r>
          </w:p>
        </w:tc>
      </w:tr>
      <w:tr w:rsidR="00D4721F" w:rsidRPr="0096400F" w14:paraId="61D73B9F" w14:textId="77777777" w:rsidTr="00F9728D">
        <w:tc>
          <w:tcPr>
            <w:tcW w:w="792" w:type="dxa"/>
          </w:tcPr>
          <w:p w14:paraId="30CFD73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3</w:t>
            </w:r>
          </w:p>
        </w:tc>
        <w:tc>
          <w:tcPr>
            <w:tcW w:w="9288" w:type="dxa"/>
          </w:tcPr>
          <w:p w14:paraId="30810CD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diverses identités de genre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ab/>
            </w:r>
          </w:p>
        </w:tc>
      </w:tr>
    </w:tbl>
    <w:p w14:paraId="19172B97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28EFF7C1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QC</w:t>
      </w:r>
    </w:p>
    <w:p w14:paraId="19006DEC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Quelle est votre année de naissance?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4085C329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p w14:paraId="669CE039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Cs w:val="22"/>
          <w:lang w:eastAsia="en-US"/>
        </w:rPr>
        <w:t>Minimum: 1900, Maximum: 2006</w:t>
      </w:r>
    </w:p>
    <w:p w14:paraId="2B52CCDD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__________</w:t>
      </w: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"/>
        <w:gridCol w:w="8644"/>
      </w:tblGrid>
      <w:tr w:rsidR="00D4721F" w:rsidRPr="0096400F" w14:paraId="55D338D7" w14:textId="77777777" w:rsidTr="00F9728D">
        <w:tc>
          <w:tcPr>
            <w:tcW w:w="792" w:type="dxa"/>
          </w:tcPr>
          <w:p w14:paraId="228A122E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-8</w:t>
            </w:r>
          </w:p>
        </w:tc>
        <w:tc>
          <w:tcPr>
            <w:tcW w:w="9288" w:type="dxa"/>
          </w:tcPr>
          <w:p w14:paraId="25E824A9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Préfère ne pas répondre</w:t>
            </w:r>
          </w:p>
        </w:tc>
      </w:tr>
    </w:tbl>
    <w:p w14:paraId="23387AF5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48D1BD3B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QD</w:t>
      </w:r>
      <w:r w:rsidRPr="0096400F">
        <w:rPr>
          <w:rFonts w:ascii="Cambria" w:eastAsia="MS Mincho" w:hAnsi="Cambria"/>
          <w:i/>
          <w:szCs w:val="22"/>
          <w:lang w:eastAsia="en-US"/>
        </w:rPr>
        <w:tab/>
        <w:t>Voir si QC Pas répondu</w:t>
      </w:r>
    </w:p>
    <w:p w14:paraId="31554B10" w14:textId="04EE7805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À quelle catégorie d</w:t>
      </w:r>
      <w:r w:rsidR="00F9728D" w:rsidRPr="0096400F">
        <w:rPr>
          <w:rFonts w:ascii="Cambria" w:eastAsia="MS Mincho" w:hAnsi="Cambria"/>
          <w:sz w:val="22"/>
          <w:szCs w:val="22"/>
          <w:lang w:eastAsia="en-US"/>
        </w:rPr>
        <w:t>’</w:t>
      </w:r>
      <w:r w:rsidRPr="0096400F">
        <w:rPr>
          <w:rFonts w:ascii="Cambria" w:eastAsia="MS Mincho" w:hAnsi="Cambria"/>
          <w:sz w:val="22"/>
          <w:szCs w:val="22"/>
          <w:lang w:eastAsia="en-US"/>
        </w:rPr>
        <w:t xml:space="preserve">âge appartenez-vous? 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302D7B5B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"/>
        <w:gridCol w:w="8644"/>
      </w:tblGrid>
      <w:tr w:rsidR="00D4721F" w:rsidRPr="0096400F" w14:paraId="788A63F0" w14:textId="77777777" w:rsidTr="00F9728D">
        <w:tc>
          <w:tcPr>
            <w:tcW w:w="792" w:type="dxa"/>
          </w:tcPr>
          <w:p w14:paraId="5BE22407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</w:t>
            </w:r>
          </w:p>
        </w:tc>
        <w:tc>
          <w:tcPr>
            <w:tcW w:w="9288" w:type="dxa"/>
          </w:tcPr>
          <w:p w14:paraId="0D8D15CF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moins de 18 ans</w:t>
            </w:r>
          </w:p>
        </w:tc>
      </w:tr>
      <w:tr w:rsidR="00D4721F" w:rsidRPr="0096400F" w14:paraId="1060EFB5" w14:textId="77777777" w:rsidTr="00F9728D">
        <w:tc>
          <w:tcPr>
            <w:tcW w:w="792" w:type="dxa"/>
          </w:tcPr>
          <w:p w14:paraId="7028E1C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</w:t>
            </w:r>
          </w:p>
        </w:tc>
        <w:tc>
          <w:tcPr>
            <w:tcW w:w="9288" w:type="dxa"/>
          </w:tcPr>
          <w:p w14:paraId="6B6B59C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18 à 24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ab/>
            </w:r>
          </w:p>
        </w:tc>
      </w:tr>
      <w:tr w:rsidR="00D4721F" w:rsidRPr="0096400F" w14:paraId="2361C0EA" w14:textId="77777777" w:rsidTr="00F9728D">
        <w:tc>
          <w:tcPr>
            <w:tcW w:w="792" w:type="dxa"/>
          </w:tcPr>
          <w:p w14:paraId="71D8AB5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3</w:t>
            </w:r>
          </w:p>
        </w:tc>
        <w:tc>
          <w:tcPr>
            <w:tcW w:w="9288" w:type="dxa"/>
          </w:tcPr>
          <w:p w14:paraId="20316E5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25 à 34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ab/>
            </w:r>
          </w:p>
        </w:tc>
      </w:tr>
      <w:tr w:rsidR="00D4721F" w:rsidRPr="0096400F" w14:paraId="15DD93BF" w14:textId="77777777" w:rsidTr="00F9728D">
        <w:tc>
          <w:tcPr>
            <w:tcW w:w="792" w:type="dxa"/>
          </w:tcPr>
          <w:p w14:paraId="7832A047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4</w:t>
            </w:r>
          </w:p>
        </w:tc>
        <w:tc>
          <w:tcPr>
            <w:tcW w:w="9288" w:type="dxa"/>
          </w:tcPr>
          <w:p w14:paraId="493BCAB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35 à 44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ab/>
            </w:r>
          </w:p>
        </w:tc>
      </w:tr>
      <w:tr w:rsidR="00D4721F" w:rsidRPr="0096400F" w14:paraId="3532F25F" w14:textId="77777777" w:rsidTr="00F9728D">
        <w:tc>
          <w:tcPr>
            <w:tcW w:w="792" w:type="dxa"/>
          </w:tcPr>
          <w:p w14:paraId="7079CD1E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5</w:t>
            </w:r>
          </w:p>
        </w:tc>
        <w:tc>
          <w:tcPr>
            <w:tcW w:w="9288" w:type="dxa"/>
          </w:tcPr>
          <w:p w14:paraId="0BBEE3B9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45 à 54</w:t>
            </w:r>
          </w:p>
        </w:tc>
      </w:tr>
      <w:tr w:rsidR="00D4721F" w:rsidRPr="0096400F" w14:paraId="05B6CDD7" w14:textId="77777777" w:rsidTr="00F9728D">
        <w:tc>
          <w:tcPr>
            <w:tcW w:w="792" w:type="dxa"/>
          </w:tcPr>
          <w:p w14:paraId="7E88E8E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6</w:t>
            </w:r>
          </w:p>
        </w:tc>
        <w:tc>
          <w:tcPr>
            <w:tcW w:w="9288" w:type="dxa"/>
          </w:tcPr>
          <w:p w14:paraId="655B96D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55 à 64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ab/>
            </w:r>
          </w:p>
        </w:tc>
      </w:tr>
      <w:tr w:rsidR="00D4721F" w:rsidRPr="0096400F" w14:paraId="33E3E2D0" w14:textId="77777777" w:rsidTr="00F9728D">
        <w:tc>
          <w:tcPr>
            <w:tcW w:w="792" w:type="dxa"/>
          </w:tcPr>
          <w:p w14:paraId="51035DC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7</w:t>
            </w:r>
          </w:p>
        </w:tc>
        <w:tc>
          <w:tcPr>
            <w:tcW w:w="9288" w:type="dxa"/>
          </w:tcPr>
          <w:p w14:paraId="0930E59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65 et plus</w:t>
            </w:r>
          </w:p>
        </w:tc>
      </w:tr>
    </w:tbl>
    <w:p w14:paraId="4881180F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1B84D0C4" w14:textId="77777777" w:rsidR="00D4721F" w:rsidRPr="0096400F" w:rsidRDefault="00D4721F" w:rsidP="00D4721F">
      <w:pPr>
        <w:keepNext/>
        <w:spacing w:after="22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8"/>
          <w:szCs w:val="22"/>
          <w:lang w:eastAsia="en-US"/>
        </w:rPr>
        <w:t>Page</w:t>
      </w:r>
      <w:r w:rsidRPr="0096400F">
        <w:rPr>
          <w:rFonts w:ascii="Cambria" w:eastAsia="MS Mincho" w:hAnsi="Cambria"/>
          <w:i/>
          <w:szCs w:val="22"/>
          <w:lang w:eastAsia="en-US"/>
        </w:rPr>
        <w:tab/>
        <w:t>Voir si QC ou QD moins de 18 ans</w:t>
      </w:r>
    </w:p>
    <w:p w14:paraId="5149B676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Thnk2</w:t>
      </w:r>
    </w:p>
    <w:p w14:paraId="13E99CBE" w14:textId="65371E8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br/>
        <w:t>Merci pour votre intérêt. Cette enquête s</w:t>
      </w:r>
      <w:r w:rsidR="00F9728D" w:rsidRPr="0096400F">
        <w:rPr>
          <w:rFonts w:ascii="Cambria" w:eastAsia="MS Mincho" w:hAnsi="Cambria"/>
          <w:sz w:val="22"/>
          <w:szCs w:val="22"/>
          <w:lang w:eastAsia="en-US"/>
        </w:rPr>
        <w:t>’</w:t>
      </w:r>
      <w:r w:rsidRPr="0096400F">
        <w:rPr>
          <w:rFonts w:ascii="Cambria" w:eastAsia="MS Mincho" w:hAnsi="Cambria"/>
          <w:sz w:val="22"/>
          <w:szCs w:val="22"/>
          <w:lang w:eastAsia="en-US"/>
        </w:rPr>
        <w:t xml:space="preserve">adresse aux personnes âgées de 18 ans ou plus. 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042EF0A1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p w14:paraId="17D20E88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70843A2A" w14:textId="77777777" w:rsidR="00D4721F" w:rsidRPr="0096400F" w:rsidRDefault="00D4721F" w:rsidP="00D4721F">
      <w:pPr>
        <w:keepNext/>
        <w:spacing w:after="220" w:line="276" w:lineRule="auto"/>
        <w:jc w:val="left"/>
        <w:rPr>
          <w:rFonts w:ascii="Cambria" w:eastAsia="MS Mincho" w:hAnsi="Cambria"/>
          <w:b/>
          <w:sz w:val="28"/>
          <w:szCs w:val="22"/>
          <w:lang w:eastAsia="en-US"/>
        </w:rPr>
      </w:pPr>
      <w:r w:rsidRPr="0096400F">
        <w:rPr>
          <w:rFonts w:ascii="Cambria" w:eastAsia="MS Mincho" w:hAnsi="Cambria"/>
          <w:b/>
          <w:sz w:val="28"/>
          <w:szCs w:val="22"/>
          <w:lang w:eastAsia="en-US"/>
        </w:rPr>
        <w:t>Page</w:t>
      </w:r>
    </w:p>
    <w:p w14:paraId="1BB85765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QE</w:t>
      </w:r>
    </w:p>
    <w:p w14:paraId="09FD742B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Dans quelle province ou quel territoire habitez-vous?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5B5E4B1E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0"/>
        <w:gridCol w:w="8646"/>
      </w:tblGrid>
      <w:tr w:rsidR="00D4721F" w:rsidRPr="0096400F" w14:paraId="0CC7A691" w14:textId="77777777" w:rsidTr="00F9728D">
        <w:tc>
          <w:tcPr>
            <w:tcW w:w="792" w:type="dxa"/>
          </w:tcPr>
          <w:p w14:paraId="4B74B24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</w:t>
            </w:r>
          </w:p>
        </w:tc>
        <w:tc>
          <w:tcPr>
            <w:tcW w:w="9288" w:type="dxa"/>
          </w:tcPr>
          <w:p w14:paraId="56E7918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Alberta</w:t>
            </w:r>
          </w:p>
        </w:tc>
      </w:tr>
      <w:tr w:rsidR="00D4721F" w:rsidRPr="0096400F" w14:paraId="1499BFDC" w14:textId="77777777" w:rsidTr="00F9728D">
        <w:tc>
          <w:tcPr>
            <w:tcW w:w="792" w:type="dxa"/>
          </w:tcPr>
          <w:p w14:paraId="624DC21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</w:t>
            </w:r>
          </w:p>
        </w:tc>
        <w:tc>
          <w:tcPr>
            <w:tcW w:w="9288" w:type="dxa"/>
          </w:tcPr>
          <w:p w14:paraId="5C1B0B9F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Colombie-Britannique</w:t>
            </w:r>
          </w:p>
        </w:tc>
      </w:tr>
      <w:tr w:rsidR="00D4721F" w:rsidRPr="0096400F" w14:paraId="16906EB9" w14:textId="77777777" w:rsidTr="00F9728D">
        <w:tc>
          <w:tcPr>
            <w:tcW w:w="792" w:type="dxa"/>
          </w:tcPr>
          <w:p w14:paraId="6962206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3</w:t>
            </w:r>
          </w:p>
        </w:tc>
        <w:tc>
          <w:tcPr>
            <w:tcW w:w="9288" w:type="dxa"/>
          </w:tcPr>
          <w:p w14:paraId="748111AF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Manitoba</w:t>
            </w:r>
          </w:p>
        </w:tc>
      </w:tr>
      <w:tr w:rsidR="00D4721F" w:rsidRPr="0096400F" w14:paraId="6D2F54DE" w14:textId="77777777" w:rsidTr="00F9728D">
        <w:tc>
          <w:tcPr>
            <w:tcW w:w="792" w:type="dxa"/>
          </w:tcPr>
          <w:p w14:paraId="3DF4645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4</w:t>
            </w:r>
          </w:p>
        </w:tc>
        <w:tc>
          <w:tcPr>
            <w:tcW w:w="9288" w:type="dxa"/>
          </w:tcPr>
          <w:p w14:paraId="63B9E26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Nouveau-Brunswick</w:t>
            </w:r>
          </w:p>
        </w:tc>
      </w:tr>
      <w:tr w:rsidR="00D4721F" w:rsidRPr="0096400F" w14:paraId="6BD554B2" w14:textId="77777777" w:rsidTr="00F9728D">
        <w:tc>
          <w:tcPr>
            <w:tcW w:w="792" w:type="dxa"/>
          </w:tcPr>
          <w:p w14:paraId="4BD7C57B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5</w:t>
            </w:r>
          </w:p>
        </w:tc>
        <w:tc>
          <w:tcPr>
            <w:tcW w:w="9288" w:type="dxa"/>
          </w:tcPr>
          <w:p w14:paraId="2FBFCAD7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Terre-Neuve-et-Labrador</w:t>
            </w:r>
          </w:p>
        </w:tc>
      </w:tr>
      <w:tr w:rsidR="00D4721F" w:rsidRPr="0096400F" w14:paraId="3D17CAB8" w14:textId="77777777" w:rsidTr="00F9728D">
        <w:tc>
          <w:tcPr>
            <w:tcW w:w="792" w:type="dxa"/>
          </w:tcPr>
          <w:p w14:paraId="721F328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6</w:t>
            </w:r>
          </w:p>
        </w:tc>
        <w:tc>
          <w:tcPr>
            <w:tcW w:w="9288" w:type="dxa"/>
          </w:tcPr>
          <w:p w14:paraId="31E1C38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Territoire du Nord-Ouest</w:t>
            </w:r>
          </w:p>
        </w:tc>
      </w:tr>
      <w:tr w:rsidR="00D4721F" w:rsidRPr="0096400F" w14:paraId="43BA220B" w14:textId="77777777" w:rsidTr="00F9728D">
        <w:tc>
          <w:tcPr>
            <w:tcW w:w="792" w:type="dxa"/>
          </w:tcPr>
          <w:p w14:paraId="54C8CE2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7</w:t>
            </w:r>
          </w:p>
        </w:tc>
        <w:tc>
          <w:tcPr>
            <w:tcW w:w="9288" w:type="dxa"/>
          </w:tcPr>
          <w:p w14:paraId="3699C227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Nouvelle-Écosse</w:t>
            </w:r>
          </w:p>
        </w:tc>
      </w:tr>
      <w:tr w:rsidR="00D4721F" w:rsidRPr="0096400F" w14:paraId="4231FCAC" w14:textId="77777777" w:rsidTr="00F9728D">
        <w:tc>
          <w:tcPr>
            <w:tcW w:w="792" w:type="dxa"/>
          </w:tcPr>
          <w:p w14:paraId="56B8CB99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8</w:t>
            </w:r>
          </w:p>
        </w:tc>
        <w:tc>
          <w:tcPr>
            <w:tcW w:w="9288" w:type="dxa"/>
          </w:tcPr>
          <w:p w14:paraId="0A6790F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Nunavut</w:t>
            </w:r>
          </w:p>
        </w:tc>
      </w:tr>
      <w:tr w:rsidR="00D4721F" w:rsidRPr="0096400F" w14:paraId="10051FE7" w14:textId="77777777" w:rsidTr="00F9728D">
        <w:tc>
          <w:tcPr>
            <w:tcW w:w="792" w:type="dxa"/>
          </w:tcPr>
          <w:p w14:paraId="12B7264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9</w:t>
            </w:r>
          </w:p>
        </w:tc>
        <w:tc>
          <w:tcPr>
            <w:tcW w:w="9288" w:type="dxa"/>
          </w:tcPr>
          <w:p w14:paraId="1743684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Ontario</w:t>
            </w:r>
          </w:p>
        </w:tc>
      </w:tr>
      <w:tr w:rsidR="00D4721F" w:rsidRPr="0096400F" w14:paraId="008BC66D" w14:textId="77777777" w:rsidTr="00F9728D">
        <w:tc>
          <w:tcPr>
            <w:tcW w:w="792" w:type="dxa"/>
          </w:tcPr>
          <w:p w14:paraId="2FA590C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10</w:t>
            </w:r>
          </w:p>
        </w:tc>
        <w:tc>
          <w:tcPr>
            <w:tcW w:w="9288" w:type="dxa"/>
          </w:tcPr>
          <w:p w14:paraId="7DB0BE9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Île-du-Prince-Édouard</w:t>
            </w:r>
          </w:p>
        </w:tc>
      </w:tr>
      <w:tr w:rsidR="00D4721F" w:rsidRPr="0096400F" w14:paraId="6F606C64" w14:textId="77777777" w:rsidTr="00F9728D">
        <w:tc>
          <w:tcPr>
            <w:tcW w:w="792" w:type="dxa"/>
          </w:tcPr>
          <w:p w14:paraId="0D47FFEB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11</w:t>
            </w:r>
          </w:p>
        </w:tc>
        <w:tc>
          <w:tcPr>
            <w:tcW w:w="9288" w:type="dxa"/>
          </w:tcPr>
          <w:p w14:paraId="1E31965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Québec</w:t>
            </w:r>
          </w:p>
        </w:tc>
      </w:tr>
      <w:tr w:rsidR="00D4721F" w:rsidRPr="0096400F" w14:paraId="5DBE039D" w14:textId="77777777" w:rsidTr="00F9728D">
        <w:tc>
          <w:tcPr>
            <w:tcW w:w="792" w:type="dxa"/>
          </w:tcPr>
          <w:p w14:paraId="612B1B0B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12</w:t>
            </w:r>
          </w:p>
        </w:tc>
        <w:tc>
          <w:tcPr>
            <w:tcW w:w="9288" w:type="dxa"/>
          </w:tcPr>
          <w:p w14:paraId="4DB96E0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Saskatchewan</w:t>
            </w:r>
          </w:p>
        </w:tc>
      </w:tr>
      <w:tr w:rsidR="00D4721F" w:rsidRPr="0096400F" w14:paraId="3E73BEE9" w14:textId="77777777" w:rsidTr="00F9728D">
        <w:tc>
          <w:tcPr>
            <w:tcW w:w="792" w:type="dxa"/>
          </w:tcPr>
          <w:p w14:paraId="5D9D8369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13</w:t>
            </w:r>
          </w:p>
        </w:tc>
        <w:tc>
          <w:tcPr>
            <w:tcW w:w="9288" w:type="dxa"/>
          </w:tcPr>
          <w:p w14:paraId="7EC74A2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Yukon</w:t>
            </w:r>
          </w:p>
        </w:tc>
      </w:tr>
      <w:tr w:rsidR="00D4721F" w:rsidRPr="0096400F" w14:paraId="02371904" w14:textId="77777777" w:rsidTr="00F9728D">
        <w:tc>
          <w:tcPr>
            <w:tcW w:w="792" w:type="dxa"/>
          </w:tcPr>
          <w:p w14:paraId="796FD24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-8</w:t>
            </w:r>
          </w:p>
        </w:tc>
        <w:tc>
          <w:tcPr>
            <w:tcW w:w="9288" w:type="dxa"/>
          </w:tcPr>
          <w:p w14:paraId="51E2BB4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Préfère ne pas répondre</w:t>
            </w:r>
          </w:p>
        </w:tc>
      </w:tr>
    </w:tbl>
    <w:p w14:paraId="16C764DB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7A74D417" w14:textId="77777777" w:rsidR="00D4721F" w:rsidRPr="0096400F" w:rsidRDefault="00D4721F" w:rsidP="00D4721F">
      <w:pPr>
        <w:keepNext/>
        <w:spacing w:after="22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8"/>
          <w:szCs w:val="22"/>
          <w:lang w:eastAsia="en-US"/>
        </w:rPr>
        <w:t>Page</w:t>
      </w:r>
      <w:r w:rsidRPr="0096400F">
        <w:rPr>
          <w:rFonts w:ascii="Cambria" w:eastAsia="MS Mincho" w:hAnsi="Cambria"/>
          <w:i/>
          <w:szCs w:val="22"/>
          <w:lang w:eastAsia="en-US"/>
        </w:rPr>
        <w:tab/>
        <w:t>Voir si QE Pas de réponse</w:t>
      </w:r>
    </w:p>
    <w:p w14:paraId="6EF95F7A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Thnk3</w:t>
      </w:r>
    </w:p>
    <w:p w14:paraId="6FD0C587" w14:textId="6BC55431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br/>
        <w:t>Merci pour votre intérêt. Cette enquête s</w:t>
      </w:r>
      <w:r w:rsidR="00F9728D" w:rsidRPr="0096400F">
        <w:rPr>
          <w:rFonts w:ascii="Cambria" w:eastAsia="MS Mincho" w:hAnsi="Cambria"/>
          <w:sz w:val="22"/>
          <w:szCs w:val="22"/>
          <w:lang w:eastAsia="en-US"/>
        </w:rPr>
        <w:t>’</w:t>
      </w:r>
      <w:r w:rsidRPr="0096400F">
        <w:rPr>
          <w:rFonts w:ascii="Cambria" w:eastAsia="MS Mincho" w:hAnsi="Cambria"/>
          <w:sz w:val="22"/>
          <w:szCs w:val="22"/>
          <w:lang w:eastAsia="en-US"/>
        </w:rPr>
        <w:t>adresse aux personnes vivant dans une province canadienne ou un territoire.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3736AFC6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p w14:paraId="48020FC7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22"/>
          <w:szCs w:val="22"/>
          <w:lang w:eastAsia="en-US"/>
        </w:rPr>
        <w:t xml:space="preserve">    </w:t>
      </w:r>
    </w:p>
    <w:p w14:paraId="12241EC3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0EBCCDAC" w14:textId="77777777" w:rsidR="00D4721F" w:rsidRPr="0096400F" w:rsidRDefault="00D4721F" w:rsidP="00D4721F">
      <w:pPr>
        <w:keepNext/>
        <w:spacing w:after="220" w:line="276" w:lineRule="auto"/>
        <w:jc w:val="left"/>
        <w:rPr>
          <w:rFonts w:ascii="Cambria" w:eastAsia="MS Mincho" w:hAnsi="Cambria"/>
          <w:b/>
          <w:sz w:val="28"/>
          <w:szCs w:val="22"/>
          <w:lang w:eastAsia="en-US"/>
        </w:rPr>
      </w:pPr>
      <w:r w:rsidRPr="0096400F">
        <w:rPr>
          <w:rFonts w:ascii="Cambria" w:eastAsia="MS Mincho" w:hAnsi="Cambria"/>
          <w:b/>
          <w:sz w:val="28"/>
          <w:szCs w:val="22"/>
          <w:lang w:eastAsia="en-US"/>
        </w:rPr>
        <w:t>Page</w:t>
      </w:r>
    </w:p>
    <w:p w14:paraId="7C2B071D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Q1</w:t>
      </w:r>
    </w:p>
    <w:p w14:paraId="19BCD641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Au cours des trois dernières semaines avez-vous vu, lu ou entendu des publicités du gouvernement du Canada?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7C7432AF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3"/>
        <w:gridCol w:w="8643"/>
      </w:tblGrid>
      <w:tr w:rsidR="00D4721F" w:rsidRPr="0096400F" w14:paraId="0B85E887" w14:textId="77777777" w:rsidTr="00F9728D">
        <w:tc>
          <w:tcPr>
            <w:tcW w:w="792" w:type="dxa"/>
          </w:tcPr>
          <w:p w14:paraId="10C950D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</w:t>
            </w:r>
          </w:p>
        </w:tc>
        <w:tc>
          <w:tcPr>
            <w:tcW w:w="9288" w:type="dxa"/>
          </w:tcPr>
          <w:p w14:paraId="162E5BD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Oui</w:t>
            </w:r>
          </w:p>
        </w:tc>
      </w:tr>
      <w:tr w:rsidR="00D4721F" w:rsidRPr="0096400F" w14:paraId="258707A5" w14:textId="77777777" w:rsidTr="00F9728D">
        <w:tc>
          <w:tcPr>
            <w:tcW w:w="792" w:type="dxa"/>
          </w:tcPr>
          <w:p w14:paraId="2B3636F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</w:t>
            </w:r>
          </w:p>
        </w:tc>
        <w:tc>
          <w:tcPr>
            <w:tcW w:w="9288" w:type="dxa"/>
          </w:tcPr>
          <w:p w14:paraId="59E79D3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Non</w:t>
            </w:r>
          </w:p>
        </w:tc>
      </w:tr>
    </w:tbl>
    <w:p w14:paraId="483D156A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6A6B607E" w14:textId="77777777" w:rsidR="00D4721F" w:rsidRPr="0096400F" w:rsidRDefault="00D4721F" w:rsidP="00D4721F">
      <w:pPr>
        <w:keepNext/>
        <w:spacing w:after="22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8"/>
          <w:szCs w:val="22"/>
          <w:lang w:eastAsia="en-US"/>
        </w:rPr>
        <w:t>Page</w:t>
      </w:r>
      <w:r w:rsidRPr="0096400F">
        <w:rPr>
          <w:rFonts w:ascii="Cambria" w:eastAsia="MS Mincho" w:hAnsi="Cambria"/>
          <w:i/>
          <w:szCs w:val="22"/>
          <w:lang w:eastAsia="en-US"/>
        </w:rPr>
        <w:tab/>
        <w:t>Voir si Q1 Oui</w:t>
      </w:r>
    </w:p>
    <w:p w14:paraId="3461AB93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Q3</w:t>
      </w:r>
    </w:p>
    <w:p w14:paraId="21FFEC2A" w14:textId="6DC79774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Pensez à la plus récente publicité du gouvernement du Canada qui vous revient à l</w:t>
      </w:r>
      <w:r w:rsidR="00F9728D" w:rsidRPr="0096400F">
        <w:rPr>
          <w:rFonts w:ascii="Cambria" w:eastAsia="MS Mincho" w:hAnsi="Cambria"/>
          <w:sz w:val="22"/>
          <w:szCs w:val="22"/>
          <w:lang w:eastAsia="en-US"/>
        </w:rPr>
        <w:t>’</w:t>
      </w:r>
      <w:r w:rsidRPr="0096400F">
        <w:rPr>
          <w:rFonts w:ascii="Cambria" w:eastAsia="MS Mincho" w:hAnsi="Cambria"/>
          <w:sz w:val="22"/>
          <w:szCs w:val="22"/>
          <w:lang w:eastAsia="en-US"/>
        </w:rPr>
        <w:t>esprit. De quoi vous souvenez-vous à propos de cette publicité?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7213BEDA" w14:textId="364EEF64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i/>
          <w:color w:val="A8A8A8"/>
          <w:szCs w:val="22"/>
          <w:lang w:eastAsia="en-US"/>
        </w:rPr>
        <w:t>Veuillez ne pas saisir d</w:t>
      </w:r>
      <w:r w:rsidR="00F9728D" w:rsidRPr="0096400F">
        <w:rPr>
          <w:rFonts w:ascii="Cambria" w:eastAsia="MS Mincho" w:hAnsi="Cambria"/>
          <w:i/>
          <w:color w:val="A8A8A8"/>
          <w:szCs w:val="22"/>
          <w:lang w:eastAsia="en-US"/>
        </w:rPr>
        <w:t>’</w:t>
      </w:r>
      <w:r w:rsidRPr="0096400F">
        <w:rPr>
          <w:rFonts w:ascii="Cambria" w:eastAsia="MS Mincho" w:hAnsi="Cambria"/>
          <w:i/>
          <w:color w:val="A8A8A8"/>
          <w:szCs w:val="22"/>
          <w:lang w:eastAsia="en-US"/>
        </w:rPr>
        <w:t>informations d</w:t>
      </w:r>
      <w:r w:rsidR="00F9728D" w:rsidRPr="0096400F">
        <w:rPr>
          <w:rFonts w:ascii="Cambria" w:eastAsia="MS Mincho" w:hAnsi="Cambria"/>
          <w:i/>
          <w:color w:val="A8A8A8"/>
          <w:szCs w:val="22"/>
          <w:lang w:eastAsia="en-US"/>
        </w:rPr>
        <w:t>’</w:t>
      </w:r>
      <w:r w:rsidRPr="0096400F">
        <w:rPr>
          <w:rFonts w:ascii="Cambria" w:eastAsia="MS Mincho" w:hAnsi="Cambria"/>
          <w:i/>
          <w:color w:val="A8A8A8"/>
          <w:szCs w:val="22"/>
          <w:lang w:eastAsia="en-US"/>
        </w:rPr>
        <w:t>identification personnelle (par exemple, nom, adresse e-mail, numéro de téléphone, adresse postale), car tout ce que vous saisissez peut être partagé avec le commanditaire de cette recherche.</w:t>
      </w:r>
    </w:p>
    <w:p w14:paraId="7A8DA8DA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p w14:paraId="2793B68C" w14:textId="77777777" w:rsidR="00D4721F" w:rsidRPr="0096400F" w:rsidRDefault="00D4721F" w:rsidP="00D4721F">
      <w:pPr>
        <w:keepNext/>
        <w:keepLines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__________________________________________________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  <w:t>__________________________________________________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  <w:t>__________________________________________________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  <w:t>__________________________________________________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  <w:t>__________________________________________________</w:t>
      </w:r>
    </w:p>
    <w:p w14:paraId="68CEDC5E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62E8F53D" w14:textId="77777777" w:rsidR="00D4721F" w:rsidRPr="0096400F" w:rsidRDefault="00D4721F" w:rsidP="00D4721F">
      <w:pPr>
        <w:keepNext/>
        <w:spacing w:after="220" w:line="276" w:lineRule="auto"/>
        <w:jc w:val="left"/>
        <w:rPr>
          <w:rFonts w:ascii="Cambria" w:eastAsia="MS Mincho" w:hAnsi="Cambria"/>
          <w:b/>
          <w:sz w:val="28"/>
          <w:szCs w:val="22"/>
          <w:lang w:eastAsia="en-US"/>
        </w:rPr>
      </w:pPr>
      <w:r w:rsidRPr="0096400F">
        <w:rPr>
          <w:rFonts w:ascii="Cambria" w:eastAsia="MS Mincho" w:hAnsi="Cambria"/>
          <w:b/>
          <w:sz w:val="28"/>
          <w:szCs w:val="22"/>
          <w:lang w:eastAsia="en-US"/>
        </w:rPr>
        <w:t>Page</w:t>
      </w:r>
    </w:p>
    <w:p w14:paraId="1E14FF00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T1A</w:t>
      </w:r>
    </w:p>
    <w:p w14:paraId="268774AC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Au cours des trois dernières semaines, avez-vous vu, lu ou entendu une publicité du gouvernement du Canada au sujet de voyages internationaux?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3593C3E0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3"/>
        <w:gridCol w:w="8643"/>
      </w:tblGrid>
      <w:tr w:rsidR="00D4721F" w:rsidRPr="0096400F" w14:paraId="74100801" w14:textId="77777777" w:rsidTr="00F9728D">
        <w:tc>
          <w:tcPr>
            <w:tcW w:w="792" w:type="dxa"/>
          </w:tcPr>
          <w:p w14:paraId="00CE369B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</w:t>
            </w:r>
          </w:p>
        </w:tc>
        <w:tc>
          <w:tcPr>
            <w:tcW w:w="9288" w:type="dxa"/>
          </w:tcPr>
          <w:p w14:paraId="02117DB4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Oui</w:t>
            </w:r>
          </w:p>
        </w:tc>
      </w:tr>
      <w:tr w:rsidR="00D4721F" w:rsidRPr="0096400F" w14:paraId="532E9947" w14:textId="77777777" w:rsidTr="00F9728D">
        <w:tc>
          <w:tcPr>
            <w:tcW w:w="792" w:type="dxa"/>
          </w:tcPr>
          <w:p w14:paraId="260FFABF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</w:t>
            </w:r>
          </w:p>
        </w:tc>
        <w:tc>
          <w:tcPr>
            <w:tcW w:w="9288" w:type="dxa"/>
          </w:tcPr>
          <w:p w14:paraId="4E133D97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Non</w:t>
            </w:r>
          </w:p>
        </w:tc>
      </w:tr>
    </w:tbl>
    <w:p w14:paraId="3DBB2750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4FDFFED4" w14:textId="77777777" w:rsidR="00D4721F" w:rsidRPr="0096400F" w:rsidRDefault="00D4721F" w:rsidP="00D4721F">
      <w:pPr>
        <w:keepNext/>
        <w:spacing w:after="22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8"/>
          <w:szCs w:val="22"/>
          <w:lang w:eastAsia="en-US"/>
        </w:rPr>
        <w:t>Page</w:t>
      </w:r>
      <w:r w:rsidRPr="0096400F">
        <w:rPr>
          <w:rFonts w:ascii="Cambria" w:eastAsia="MS Mincho" w:hAnsi="Cambria"/>
          <w:i/>
          <w:szCs w:val="22"/>
          <w:lang w:eastAsia="en-US"/>
        </w:rPr>
        <w:tab/>
        <w:t>Voir si T1A Oui</w:t>
      </w:r>
    </w:p>
    <w:p w14:paraId="5F3FF1E4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T1B</w:t>
      </w:r>
    </w:p>
    <w:p w14:paraId="332FA0BB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Où avez-vous vu, lu ou entendu cette publicité au sujet de voyages internationaux?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>Sélectionnez toutes les réponses applicables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4535E4CC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4"/>
        <w:gridCol w:w="8672"/>
      </w:tblGrid>
      <w:tr w:rsidR="00D4721F" w:rsidRPr="0096400F" w14:paraId="54EF2178" w14:textId="77777777" w:rsidTr="00F9728D">
        <w:tc>
          <w:tcPr>
            <w:tcW w:w="792" w:type="dxa"/>
          </w:tcPr>
          <w:p w14:paraId="3F974F29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</w:t>
            </w:r>
          </w:p>
        </w:tc>
        <w:tc>
          <w:tcPr>
            <w:tcW w:w="9288" w:type="dxa"/>
          </w:tcPr>
          <w:p w14:paraId="2AC4A4B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Facebook</w:t>
            </w:r>
          </w:p>
        </w:tc>
      </w:tr>
      <w:tr w:rsidR="00D4721F" w:rsidRPr="0096400F" w14:paraId="6299AB20" w14:textId="77777777" w:rsidTr="00F9728D">
        <w:tc>
          <w:tcPr>
            <w:tcW w:w="792" w:type="dxa"/>
          </w:tcPr>
          <w:p w14:paraId="74E3EC8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</w:t>
            </w:r>
          </w:p>
        </w:tc>
        <w:tc>
          <w:tcPr>
            <w:tcW w:w="9288" w:type="dxa"/>
          </w:tcPr>
          <w:p w14:paraId="66F510F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Instagram</w:t>
            </w:r>
          </w:p>
        </w:tc>
      </w:tr>
      <w:tr w:rsidR="00D4721F" w:rsidRPr="0096400F" w14:paraId="0ADCDD9E" w14:textId="77777777" w:rsidTr="00F9728D">
        <w:tc>
          <w:tcPr>
            <w:tcW w:w="792" w:type="dxa"/>
          </w:tcPr>
          <w:p w14:paraId="3C46D61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3</w:t>
            </w:r>
          </w:p>
        </w:tc>
        <w:tc>
          <w:tcPr>
            <w:tcW w:w="9288" w:type="dxa"/>
          </w:tcPr>
          <w:p w14:paraId="048F5C84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Moteur de recherche (e.g. Google, Bing)</w:t>
            </w:r>
          </w:p>
        </w:tc>
      </w:tr>
      <w:tr w:rsidR="00D4721F" w:rsidRPr="0096400F" w14:paraId="58E8A62F" w14:textId="77777777" w:rsidTr="00F9728D">
        <w:tc>
          <w:tcPr>
            <w:tcW w:w="792" w:type="dxa"/>
          </w:tcPr>
          <w:p w14:paraId="562EA99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4</w:t>
            </w:r>
          </w:p>
        </w:tc>
        <w:tc>
          <w:tcPr>
            <w:tcW w:w="9288" w:type="dxa"/>
          </w:tcPr>
          <w:p w14:paraId="572C489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Autre, veuillez préciser:   __________________________________________________</w:t>
            </w:r>
          </w:p>
        </w:tc>
      </w:tr>
    </w:tbl>
    <w:p w14:paraId="703C4C29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5442C119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T1C</w:t>
      </w:r>
    </w:p>
    <w:p w14:paraId="1FF6ADD5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De quoi vous souvenez-vous à propos de cette publicité?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55777E5F" w14:textId="2B05F270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i/>
          <w:color w:val="A8A8A8"/>
          <w:szCs w:val="22"/>
          <w:lang w:eastAsia="en-US"/>
        </w:rPr>
        <w:t>Veuillez ne pas saisir d</w:t>
      </w:r>
      <w:r w:rsidR="00F9728D" w:rsidRPr="0096400F">
        <w:rPr>
          <w:rFonts w:ascii="Cambria" w:eastAsia="MS Mincho" w:hAnsi="Cambria"/>
          <w:i/>
          <w:color w:val="A8A8A8"/>
          <w:szCs w:val="22"/>
          <w:lang w:eastAsia="en-US"/>
        </w:rPr>
        <w:t>’</w:t>
      </w:r>
      <w:r w:rsidRPr="0096400F">
        <w:rPr>
          <w:rFonts w:ascii="Cambria" w:eastAsia="MS Mincho" w:hAnsi="Cambria"/>
          <w:i/>
          <w:color w:val="A8A8A8"/>
          <w:szCs w:val="22"/>
          <w:lang w:eastAsia="en-US"/>
        </w:rPr>
        <w:t>informations d</w:t>
      </w:r>
      <w:r w:rsidR="00F9728D" w:rsidRPr="0096400F">
        <w:rPr>
          <w:rFonts w:ascii="Cambria" w:eastAsia="MS Mincho" w:hAnsi="Cambria"/>
          <w:i/>
          <w:color w:val="A8A8A8"/>
          <w:szCs w:val="22"/>
          <w:lang w:eastAsia="en-US"/>
        </w:rPr>
        <w:t>’</w:t>
      </w:r>
      <w:r w:rsidRPr="0096400F">
        <w:rPr>
          <w:rFonts w:ascii="Cambria" w:eastAsia="MS Mincho" w:hAnsi="Cambria"/>
          <w:i/>
          <w:color w:val="A8A8A8"/>
          <w:szCs w:val="22"/>
          <w:lang w:eastAsia="en-US"/>
        </w:rPr>
        <w:t>identification personnelle (par exemple, nom, adresse e-mail, numéro de téléphone, adresse postale), car tout ce que vous saisissez peut être partagé avec le commanditaire de cette recherche.</w:t>
      </w:r>
    </w:p>
    <w:p w14:paraId="6437F2FA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p w14:paraId="5171534F" w14:textId="77777777" w:rsidR="00D4721F" w:rsidRPr="0096400F" w:rsidRDefault="00D4721F" w:rsidP="00D4721F">
      <w:pPr>
        <w:keepNext/>
        <w:keepLines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__________________________________________________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  <w:t>__________________________________________________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  <w:t>__________________________________________________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  <w:t>__________________________________________________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  <w:t>__________________________________________________</w:t>
      </w:r>
    </w:p>
    <w:p w14:paraId="0395EC86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299F7698" w14:textId="77777777" w:rsidR="00D4721F" w:rsidRPr="0096400F" w:rsidRDefault="00D4721F" w:rsidP="00D4721F">
      <w:pPr>
        <w:keepNext/>
        <w:spacing w:after="220" w:line="276" w:lineRule="auto"/>
        <w:jc w:val="left"/>
        <w:rPr>
          <w:rFonts w:ascii="Cambria" w:eastAsia="MS Mincho" w:hAnsi="Cambria"/>
          <w:b/>
          <w:sz w:val="28"/>
          <w:szCs w:val="22"/>
          <w:lang w:eastAsia="en-US"/>
        </w:rPr>
      </w:pPr>
      <w:r w:rsidRPr="0096400F">
        <w:rPr>
          <w:rFonts w:ascii="Cambria" w:eastAsia="MS Mincho" w:hAnsi="Cambria"/>
          <w:b/>
          <w:sz w:val="28"/>
          <w:szCs w:val="22"/>
          <w:lang w:eastAsia="en-US"/>
        </w:rPr>
        <w:t>Page</w:t>
      </w:r>
    </w:p>
    <w:p w14:paraId="65957B9C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T1D</w:t>
      </w:r>
    </w:p>
    <w:p w14:paraId="32B3FA12" w14:textId="10F8CEBD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Où obtenez-vous généralement vos informations concernant les exigences d</w:t>
      </w:r>
      <w:r w:rsidR="00F9728D" w:rsidRPr="0096400F">
        <w:rPr>
          <w:rFonts w:ascii="Cambria" w:eastAsia="MS Mincho" w:hAnsi="Cambria"/>
          <w:sz w:val="22"/>
          <w:szCs w:val="22"/>
          <w:lang w:eastAsia="en-US"/>
        </w:rPr>
        <w:t>’</w:t>
      </w:r>
      <w:r w:rsidRPr="0096400F">
        <w:rPr>
          <w:rFonts w:ascii="Cambria" w:eastAsia="MS Mincho" w:hAnsi="Cambria"/>
          <w:sz w:val="22"/>
          <w:szCs w:val="22"/>
          <w:lang w:eastAsia="en-US"/>
        </w:rPr>
        <w:t>entrée du gouvernement du Canada?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>Sélectionnez toutes les réponses applicables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</w:p>
    <w:p w14:paraId="3D8D5BAE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4"/>
        <w:gridCol w:w="8672"/>
      </w:tblGrid>
      <w:tr w:rsidR="00D4721F" w:rsidRPr="0096400F" w14:paraId="5AE39445" w14:textId="77777777" w:rsidTr="00F9728D">
        <w:tc>
          <w:tcPr>
            <w:tcW w:w="792" w:type="dxa"/>
          </w:tcPr>
          <w:p w14:paraId="7303059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</w:t>
            </w:r>
          </w:p>
        </w:tc>
        <w:tc>
          <w:tcPr>
            <w:tcW w:w="9288" w:type="dxa"/>
          </w:tcPr>
          <w:p w14:paraId="55F95FF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Site Web du gouvernement du Canada</w:t>
            </w:r>
          </w:p>
        </w:tc>
      </w:tr>
      <w:tr w:rsidR="00D4721F" w:rsidRPr="0096400F" w14:paraId="14165A5D" w14:textId="77777777" w:rsidTr="00F9728D">
        <w:tc>
          <w:tcPr>
            <w:tcW w:w="792" w:type="dxa"/>
          </w:tcPr>
          <w:p w14:paraId="67BBF979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</w:t>
            </w:r>
          </w:p>
        </w:tc>
        <w:tc>
          <w:tcPr>
            <w:tcW w:w="9288" w:type="dxa"/>
          </w:tcPr>
          <w:p w14:paraId="315E921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À la télévision</w:t>
            </w:r>
          </w:p>
        </w:tc>
      </w:tr>
      <w:tr w:rsidR="00D4721F" w:rsidRPr="0096400F" w14:paraId="0C460115" w14:textId="77777777" w:rsidTr="00F9728D">
        <w:tc>
          <w:tcPr>
            <w:tcW w:w="792" w:type="dxa"/>
          </w:tcPr>
          <w:p w14:paraId="3895608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3</w:t>
            </w:r>
          </w:p>
        </w:tc>
        <w:tc>
          <w:tcPr>
            <w:tcW w:w="9288" w:type="dxa"/>
          </w:tcPr>
          <w:p w14:paraId="55A3E99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Sites Internet</w:t>
            </w:r>
          </w:p>
        </w:tc>
      </w:tr>
      <w:tr w:rsidR="00D4721F" w:rsidRPr="0096400F" w14:paraId="4CAE4C13" w14:textId="77777777" w:rsidTr="00F9728D">
        <w:tc>
          <w:tcPr>
            <w:tcW w:w="792" w:type="dxa"/>
          </w:tcPr>
          <w:p w14:paraId="74A43C5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4</w:t>
            </w:r>
          </w:p>
        </w:tc>
        <w:tc>
          <w:tcPr>
            <w:tcW w:w="9288" w:type="dxa"/>
          </w:tcPr>
          <w:p w14:paraId="5BAB10BF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Réseaux sociaux</w:t>
            </w:r>
          </w:p>
        </w:tc>
      </w:tr>
      <w:tr w:rsidR="00D4721F" w:rsidRPr="0096400F" w14:paraId="0EEBE171" w14:textId="77777777" w:rsidTr="00F9728D">
        <w:tc>
          <w:tcPr>
            <w:tcW w:w="792" w:type="dxa"/>
          </w:tcPr>
          <w:p w14:paraId="55A942D4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5</w:t>
            </w:r>
          </w:p>
        </w:tc>
        <w:tc>
          <w:tcPr>
            <w:tcW w:w="9288" w:type="dxa"/>
          </w:tcPr>
          <w:p w14:paraId="5975954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À la radio</w:t>
            </w:r>
          </w:p>
        </w:tc>
      </w:tr>
      <w:tr w:rsidR="00D4721F" w:rsidRPr="0096400F" w14:paraId="4C8DD4C7" w14:textId="77777777" w:rsidTr="00F9728D">
        <w:tc>
          <w:tcPr>
            <w:tcW w:w="792" w:type="dxa"/>
          </w:tcPr>
          <w:p w14:paraId="0A34651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6</w:t>
            </w:r>
          </w:p>
        </w:tc>
        <w:tc>
          <w:tcPr>
            <w:tcW w:w="9288" w:type="dxa"/>
          </w:tcPr>
          <w:p w14:paraId="1716462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Dans les journaux</w:t>
            </w:r>
          </w:p>
        </w:tc>
      </w:tr>
      <w:tr w:rsidR="00D4721F" w:rsidRPr="0096400F" w14:paraId="6850E022" w14:textId="77777777" w:rsidTr="00F9728D">
        <w:tc>
          <w:tcPr>
            <w:tcW w:w="792" w:type="dxa"/>
          </w:tcPr>
          <w:p w14:paraId="7828C03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7</w:t>
            </w:r>
          </w:p>
        </w:tc>
        <w:tc>
          <w:tcPr>
            <w:tcW w:w="9288" w:type="dxa"/>
          </w:tcPr>
          <w:p w14:paraId="4E63DE3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Amis et famille</w:t>
            </w:r>
          </w:p>
        </w:tc>
      </w:tr>
      <w:tr w:rsidR="00D4721F" w:rsidRPr="0096400F" w14:paraId="26AA7D93" w14:textId="77777777" w:rsidTr="00F9728D">
        <w:tc>
          <w:tcPr>
            <w:tcW w:w="792" w:type="dxa"/>
          </w:tcPr>
          <w:p w14:paraId="01B377B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8</w:t>
            </w:r>
          </w:p>
        </w:tc>
        <w:tc>
          <w:tcPr>
            <w:tcW w:w="9288" w:type="dxa"/>
          </w:tcPr>
          <w:p w14:paraId="5D0512AE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Voyage.gc.ca</w:t>
            </w:r>
          </w:p>
        </w:tc>
      </w:tr>
      <w:tr w:rsidR="00D4721F" w:rsidRPr="0096400F" w14:paraId="5D9AF500" w14:textId="77777777" w:rsidTr="00F9728D">
        <w:tc>
          <w:tcPr>
            <w:tcW w:w="792" w:type="dxa"/>
          </w:tcPr>
          <w:p w14:paraId="75A02B2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9</w:t>
            </w:r>
          </w:p>
        </w:tc>
        <w:tc>
          <w:tcPr>
            <w:tcW w:w="9288" w:type="dxa"/>
          </w:tcPr>
          <w:p w14:paraId="1CA413DE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Autre, veuillez préciser:   __________________________________________________</w:t>
            </w:r>
          </w:p>
        </w:tc>
      </w:tr>
      <w:tr w:rsidR="00D4721F" w:rsidRPr="0096400F" w14:paraId="52F0126F" w14:textId="77777777" w:rsidTr="00F9728D">
        <w:tc>
          <w:tcPr>
            <w:tcW w:w="792" w:type="dxa"/>
          </w:tcPr>
          <w:p w14:paraId="1CB5FA89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10</w:t>
            </w:r>
          </w:p>
        </w:tc>
        <w:tc>
          <w:tcPr>
            <w:tcW w:w="9288" w:type="dxa"/>
          </w:tcPr>
          <w:p w14:paraId="0C592513" w14:textId="489456A0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Je ne recherche jamais ce type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>informations</w:t>
            </w:r>
            <w:r w:rsidRPr="0096400F">
              <w:rPr>
                <w:rFonts w:ascii="Cambria" w:hAnsi="Cambria"/>
                <w:i/>
                <w:color w:val="A8A8A8"/>
                <w:sz w:val="20"/>
                <w:szCs w:val="22"/>
                <w:lang w:val="fr-CA" w:eastAsia="en-US"/>
              </w:rPr>
              <w:tab/>
              <w:t>(Exclusif)</w:t>
            </w:r>
          </w:p>
        </w:tc>
      </w:tr>
    </w:tbl>
    <w:p w14:paraId="5EFFFF91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1DFC5650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T1HBanners1</w:t>
      </w:r>
    </w:p>
    <w:p w14:paraId="7487FF78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 xml:space="preserve">Voici quelques publicités qui ont récemment été diffusées sur différents médias. Veuillez lire attentivement ces publicités avant de passer à la question suivante. 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noProof/>
          <w:sz w:val="22"/>
          <w:szCs w:val="22"/>
          <w:lang w:val="en-CA" w:eastAsia="en-CA"/>
        </w:rPr>
        <w:drawing>
          <wp:inline distT="0" distB="0" distL="0" distR="0" wp14:anchorId="65B762F3" wp14:editId="475BE35C">
            <wp:extent cx="3802380" cy="3802380"/>
            <wp:effectExtent l="0" t="0" r="7620" b="7620"/>
            <wp:docPr id="16" name="Image 1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noProof/>
          <w:sz w:val="22"/>
          <w:szCs w:val="22"/>
          <w:lang w:val="en-CA" w:eastAsia="en-CA"/>
        </w:rPr>
        <w:drawing>
          <wp:inline distT="0" distB="0" distL="0" distR="0" wp14:anchorId="2B2E2D85" wp14:editId="25950CC7">
            <wp:extent cx="3802380" cy="3802380"/>
            <wp:effectExtent l="0" t="0" r="7620" b="7620"/>
            <wp:docPr id="15" name="Image 1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noProof/>
          <w:sz w:val="22"/>
          <w:szCs w:val="22"/>
          <w:lang w:val="en-CA" w:eastAsia="en-CA"/>
        </w:rPr>
        <w:drawing>
          <wp:inline distT="0" distB="0" distL="0" distR="0" wp14:anchorId="6217F061" wp14:editId="4B6D9B05">
            <wp:extent cx="3802380" cy="3802380"/>
            <wp:effectExtent l="0" t="0" r="7620" b="7620"/>
            <wp:docPr id="14" name="Image 1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noProof/>
          <w:sz w:val="22"/>
          <w:szCs w:val="22"/>
          <w:lang w:val="en-CA" w:eastAsia="en-CA"/>
        </w:rPr>
        <w:drawing>
          <wp:inline distT="0" distB="0" distL="0" distR="0" wp14:anchorId="46E0EA3B" wp14:editId="3D86A3FD">
            <wp:extent cx="3802380" cy="3169920"/>
            <wp:effectExtent l="0" t="0" r="7620" b="0"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  <w:t>Cliquez sur la flèche droite pour aller à la page suivante.</w:t>
      </w:r>
    </w:p>
    <w:p w14:paraId="20609894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p w14:paraId="34CA3484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4C4D821F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T1H</w:t>
      </w:r>
    </w:p>
    <w:p w14:paraId="5485B4C1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Au cours des trois dernières semaines avez-vous vu, lu ou entendu ces publicités?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2874339F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3"/>
        <w:gridCol w:w="8643"/>
      </w:tblGrid>
      <w:tr w:rsidR="00D4721F" w:rsidRPr="0096400F" w14:paraId="0EC91787" w14:textId="77777777" w:rsidTr="00F9728D">
        <w:tc>
          <w:tcPr>
            <w:tcW w:w="792" w:type="dxa"/>
          </w:tcPr>
          <w:p w14:paraId="0CED16A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</w:t>
            </w:r>
          </w:p>
        </w:tc>
        <w:tc>
          <w:tcPr>
            <w:tcW w:w="9288" w:type="dxa"/>
          </w:tcPr>
          <w:p w14:paraId="7E89FD5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Oui</w:t>
            </w:r>
          </w:p>
        </w:tc>
      </w:tr>
      <w:tr w:rsidR="00D4721F" w:rsidRPr="0096400F" w14:paraId="30C09EE4" w14:textId="77777777" w:rsidTr="00F9728D">
        <w:tc>
          <w:tcPr>
            <w:tcW w:w="792" w:type="dxa"/>
          </w:tcPr>
          <w:p w14:paraId="5398419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</w:t>
            </w:r>
          </w:p>
        </w:tc>
        <w:tc>
          <w:tcPr>
            <w:tcW w:w="9288" w:type="dxa"/>
          </w:tcPr>
          <w:p w14:paraId="131892B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Non</w:t>
            </w:r>
          </w:p>
        </w:tc>
      </w:tr>
    </w:tbl>
    <w:p w14:paraId="689C5DB4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51C3AA2A" w14:textId="77777777" w:rsidR="00D4721F" w:rsidRPr="0096400F" w:rsidRDefault="00D4721F" w:rsidP="00D4721F">
      <w:pPr>
        <w:keepNext/>
        <w:spacing w:after="22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8"/>
          <w:szCs w:val="22"/>
          <w:lang w:eastAsia="en-US"/>
        </w:rPr>
        <w:t>Page</w:t>
      </w:r>
      <w:r w:rsidRPr="0096400F">
        <w:rPr>
          <w:rFonts w:ascii="Cambria" w:eastAsia="MS Mincho" w:hAnsi="Cambria"/>
          <w:i/>
          <w:szCs w:val="22"/>
          <w:lang w:eastAsia="en-US"/>
        </w:rPr>
        <w:tab/>
        <w:t>Voir si T1H Oui</w:t>
      </w:r>
    </w:p>
    <w:p w14:paraId="5A63FD0D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T1I</w:t>
      </w:r>
    </w:p>
    <w:p w14:paraId="48EFB5DC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Où avez-vous vu, lu ou entendu ces publicités?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>Sélectionnez toutes les réponses applicables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2F20A678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4"/>
        <w:gridCol w:w="8672"/>
      </w:tblGrid>
      <w:tr w:rsidR="00D4721F" w:rsidRPr="0096400F" w14:paraId="3297D6BD" w14:textId="77777777" w:rsidTr="00F9728D">
        <w:tc>
          <w:tcPr>
            <w:tcW w:w="792" w:type="dxa"/>
          </w:tcPr>
          <w:p w14:paraId="129F128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</w:t>
            </w:r>
          </w:p>
        </w:tc>
        <w:tc>
          <w:tcPr>
            <w:tcW w:w="9288" w:type="dxa"/>
          </w:tcPr>
          <w:p w14:paraId="7B95883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Facebook</w:t>
            </w:r>
          </w:p>
        </w:tc>
      </w:tr>
      <w:tr w:rsidR="00D4721F" w:rsidRPr="0096400F" w14:paraId="41269FCD" w14:textId="77777777" w:rsidTr="00F9728D">
        <w:tc>
          <w:tcPr>
            <w:tcW w:w="792" w:type="dxa"/>
          </w:tcPr>
          <w:p w14:paraId="0615D70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</w:t>
            </w:r>
          </w:p>
        </w:tc>
        <w:tc>
          <w:tcPr>
            <w:tcW w:w="9288" w:type="dxa"/>
          </w:tcPr>
          <w:p w14:paraId="0EE6A3C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Instagram</w:t>
            </w:r>
          </w:p>
        </w:tc>
      </w:tr>
      <w:tr w:rsidR="00D4721F" w:rsidRPr="0096400F" w14:paraId="730019D4" w14:textId="77777777" w:rsidTr="00F9728D">
        <w:tc>
          <w:tcPr>
            <w:tcW w:w="792" w:type="dxa"/>
          </w:tcPr>
          <w:p w14:paraId="01CD5B6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3</w:t>
            </w:r>
          </w:p>
        </w:tc>
        <w:tc>
          <w:tcPr>
            <w:tcW w:w="9288" w:type="dxa"/>
          </w:tcPr>
          <w:p w14:paraId="3E37854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Moteur de recherche (e.g. Google, Bing)</w:t>
            </w:r>
          </w:p>
        </w:tc>
      </w:tr>
      <w:tr w:rsidR="00D4721F" w:rsidRPr="0096400F" w14:paraId="4646D7EC" w14:textId="77777777" w:rsidTr="00F9728D">
        <w:tc>
          <w:tcPr>
            <w:tcW w:w="792" w:type="dxa"/>
          </w:tcPr>
          <w:p w14:paraId="65EBDD9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4</w:t>
            </w:r>
          </w:p>
        </w:tc>
        <w:tc>
          <w:tcPr>
            <w:tcW w:w="9288" w:type="dxa"/>
          </w:tcPr>
          <w:p w14:paraId="24A0C23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Autre, veuillez préciser:   __________________________________________________</w:t>
            </w:r>
          </w:p>
        </w:tc>
      </w:tr>
    </w:tbl>
    <w:p w14:paraId="26D657D2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07F3DA06" w14:textId="77777777" w:rsidR="00D4721F" w:rsidRPr="0096400F" w:rsidRDefault="00D4721F" w:rsidP="00D4721F">
      <w:pPr>
        <w:keepNext/>
        <w:spacing w:after="220" w:line="276" w:lineRule="auto"/>
        <w:jc w:val="left"/>
        <w:rPr>
          <w:rFonts w:ascii="Cambria" w:eastAsia="MS Mincho" w:hAnsi="Cambria"/>
          <w:b/>
          <w:sz w:val="28"/>
          <w:szCs w:val="22"/>
          <w:lang w:eastAsia="en-US"/>
        </w:rPr>
      </w:pPr>
      <w:r w:rsidRPr="0096400F">
        <w:rPr>
          <w:rFonts w:ascii="Cambria" w:eastAsia="MS Mincho" w:hAnsi="Cambria"/>
          <w:b/>
          <w:sz w:val="28"/>
          <w:szCs w:val="22"/>
          <w:lang w:eastAsia="en-US"/>
        </w:rPr>
        <w:t>Page</w:t>
      </w:r>
    </w:p>
    <w:p w14:paraId="30FFDDA4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T1J</w:t>
      </w:r>
    </w:p>
    <w:p w14:paraId="62E69EAA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 xml:space="preserve">Quel est, selon vous, le message </w:t>
      </w:r>
      <w:r w:rsidRPr="0096400F">
        <w:rPr>
          <w:rFonts w:ascii="Cambria" w:eastAsia="MS Mincho" w:hAnsi="Cambria"/>
          <w:b/>
          <w:sz w:val="22"/>
          <w:szCs w:val="22"/>
          <w:u w:val="single"/>
          <w:lang w:eastAsia="en-US"/>
        </w:rPr>
        <w:t>principal</w:t>
      </w:r>
      <w:r w:rsidRPr="0096400F">
        <w:rPr>
          <w:rFonts w:ascii="Cambria" w:eastAsia="MS Mincho" w:hAnsi="Cambria"/>
          <w:sz w:val="22"/>
          <w:szCs w:val="22"/>
          <w:lang w:eastAsia="en-US"/>
        </w:rPr>
        <w:t xml:space="preserve"> que ces publicités tentent de véhiculer?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4461C18A" w14:textId="1BF2C61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i/>
          <w:color w:val="A8A8A8"/>
          <w:szCs w:val="22"/>
          <w:lang w:eastAsia="en-US"/>
        </w:rPr>
        <w:t>Veuillez ne pas saisir d</w:t>
      </w:r>
      <w:r w:rsidR="00F9728D" w:rsidRPr="0096400F">
        <w:rPr>
          <w:rFonts w:ascii="Cambria" w:eastAsia="MS Mincho" w:hAnsi="Cambria"/>
          <w:i/>
          <w:color w:val="A8A8A8"/>
          <w:szCs w:val="22"/>
          <w:lang w:eastAsia="en-US"/>
        </w:rPr>
        <w:t>’</w:t>
      </w:r>
      <w:r w:rsidRPr="0096400F">
        <w:rPr>
          <w:rFonts w:ascii="Cambria" w:eastAsia="MS Mincho" w:hAnsi="Cambria"/>
          <w:i/>
          <w:color w:val="A8A8A8"/>
          <w:szCs w:val="22"/>
          <w:lang w:eastAsia="en-US"/>
        </w:rPr>
        <w:t>informations d</w:t>
      </w:r>
      <w:r w:rsidR="00F9728D" w:rsidRPr="0096400F">
        <w:rPr>
          <w:rFonts w:ascii="Cambria" w:eastAsia="MS Mincho" w:hAnsi="Cambria"/>
          <w:i/>
          <w:color w:val="A8A8A8"/>
          <w:szCs w:val="22"/>
          <w:lang w:eastAsia="en-US"/>
        </w:rPr>
        <w:t>’</w:t>
      </w:r>
      <w:r w:rsidRPr="0096400F">
        <w:rPr>
          <w:rFonts w:ascii="Cambria" w:eastAsia="MS Mincho" w:hAnsi="Cambria"/>
          <w:i/>
          <w:color w:val="A8A8A8"/>
          <w:szCs w:val="22"/>
          <w:lang w:eastAsia="en-US"/>
        </w:rPr>
        <w:t>identification personnelle (par exemple, nom, adresse e-mail, numéro de téléphone, adresse postale), car tout ce que vous saisissez peut être partagé avec le commanditaire de cette recherche.</w:t>
      </w:r>
    </w:p>
    <w:p w14:paraId="754AA68B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p w14:paraId="4BE4136A" w14:textId="77777777" w:rsidR="00D4721F" w:rsidRPr="0096400F" w:rsidRDefault="00D4721F" w:rsidP="00D4721F">
      <w:pPr>
        <w:keepNext/>
        <w:keepLines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__________________________________________________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  <w:t>__________________________________________________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  <w:t>__________________________________________________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  <w:t>__________________________________________________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  <w:t>__________________________________________________</w:t>
      </w:r>
    </w:p>
    <w:p w14:paraId="07C99929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5C057097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T1K</w:t>
      </w:r>
    </w:p>
    <w:p w14:paraId="57BD419F" w14:textId="3FE30691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Dans quelle mesure êtes-vous d</w:t>
      </w:r>
      <w:r w:rsidR="00F9728D" w:rsidRPr="0096400F">
        <w:rPr>
          <w:rFonts w:ascii="Cambria" w:eastAsia="MS Mincho" w:hAnsi="Cambria"/>
          <w:sz w:val="22"/>
          <w:szCs w:val="22"/>
          <w:lang w:eastAsia="en-US"/>
        </w:rPr>
        <w:t>’</w:t>
      </w:r>
      <w:r w:rsidRPr="0096400F">
        <w:rPr>
          <w:rFonts w:ascii="Cambria" w:eastAsia="MS Mincho" w:hAnsi="Cambria"/>
          <w:sz w:val="22"/>
          <w:szCs w:val="22"/>
          <w:lang w:eastAsia="en-US"/>
        </w:rPr>
        <w:t xml:space="preserve">accord ou non avec les énoncés suivants au sujet de ces publicités? </w:t>
      </w:r>
      <w:r w:rsidRPr="0096400F">
        <w:rPr>
          <w:rFonts w:ascii="Cambria" w:eastAsia="MS Mincho" w:hAnsi="Cambria"/>
          <w:b/>
          <w:sz w:val="22"/>
          <w:szCs w:val="22"/>
          <w:lang w:eastAsia="en-US"/>
        </w:rPr>
        <w:t>*?*</w:t>
      </w:r>
    </w:p>
    <w:p w14:paraId="128B58C4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Si vous avez besoin de soutien technique, veuillez communiquer avec Sue Day en composant le 1-866-542-6921 ou en adressant un courriel à survey+usborderadv2021@advanis.net (mailto:survey+usborderadv2022@advanis.net).</w:t>
      </w: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8"/>
        <w:gridCol w:w="8648"/>
      </w:tblGrid>
      <w:tr w:rsidR="00D4721F" w:rsidRPr="0096400F" w14:paraId="297336EF" w14:textId="77777777" w:rsidTr="00F9728D">
        <w:tc>
          <w:tcPr>
            <w:tcW w:w="792" w:type="dxa"/>
          </w:tcPr>
          <w:p w14:paraId="06D90F2E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1.</w:t>
            </w:r>
          </w:p>
        </w:tc>
        <w:tc>
          <w:tcPr>
            <w:tcW w:w="9288" w:type="dxa"/>
          </w:tcPr>
          <w:p w14:paraId="5027FF1F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Ces publicités attirent mon attention *</w:t>
            </w:r>
          </w:p>
        </w:tc>
      </w:tr>
      <w:tr w:rsidR="00D4721F" w:rsidRPr="0096400F" w14:paraId="005E4E7B" w14:textId="77777777" w:rsidTr="00F9728D">
        <w:tc>
          <w:tcPr>
            <w:tcW w:w="792" w:type="dxa"/>
          </w:tcPr>
          <w:p w14:paraId="440F2D2A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2.</w:t>
            </w:r>
          </w:p>
        </w:tc>
        <w:tc>
          <w:tcPr>
            <w:tcW w:w="9288" w:type="dxa"/>
          </w:tcPr>
          <w:p w14:paraId="154482E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Ces publicités me concernent *</w:t>
            </w:r>
          </w:p>
        </w:tc>
      </w:tr>
      <w:tr w:rsidR="00D4721F" w:rsidRPr="0096400F" w14:paraId="5BD1361C" w14:textId="77777777" w:rsidTr="00F9728D">
        <w:tc>
          <w:tcPr>
            <w:tcW w:w="792" w:type="dxa"/>
          </w:tcPr>
          <w:p w14:paraId="3CF57C8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3.</w:t>
            </w:r>
          </w:p>
        </w:tc>
        <w:tc>
          <w:tcPr>
            <w:tcW w:w="9288" w:type="dxa"/>
          </w:tcPr>
          <w:p w14:paraId="30B6471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Ces publicités sont difficiles à suivre *</w:t>
            </w:r>
          </w:p>
        </w:tc>
      </w:tr>
      <w:tr w:rsidR="00D4721F" w:rsidRPr="0096400F" w14:paraId="061F9E78" w14:textId="77777777" w:rsidTr="00F9728D">
        <w:tc>
          <w:tcPr>
            <w:tcW w:w="792" w:type="dxa"/>
          </w:tcPr>
          <w:p w14:paraId="0415AF5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4.</w:t>
            </w:r>
          </w:p>
        </w:tc>
        <w:tc>
          <w:tcPr>
            <w:tcW w:w="9288" w:type="dxa"/>
          </w:tcPr>
          <w:p w14:paraId="4EF41D94" w14:textId="547074FD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Cette publicité ne favorise pas un parti politique plus qu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>un autre *</w:t>
            </w:r>
          </w:p>
        </w:tc>
      </w:tr>
      <w:tr w:rsidR="00D4721F" w:rsidRPr="0096400F" w14:paraId="73AB1C23" w14:textId="77777777" w:rsidTr="00F9728D">
        <w:tc>
          <w:tcPr>
            <w:tcW w:w="792" w:type="dxa"/>
          </w:tcPr>
          <w:p w14:paraId="060F240F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5.</w:t>
            </w:r>
          </w:p>
        </w:tc>
        <w:tc>
          <w:tcPr>
            <w:tcW w:w="9288" w:type="dxa"/>
          </w:tcPr>
          <w:p w14:paraId="0DE70B59" w14:textId="678653DD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Ces publicités traitent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>un sujet important *</w:t>
            </w:r>
          </w:p>
        </w:tc>
      </w:tr>
      <w:tr w:rsidR="00D4721F" w:rsidRPr="0096400F" w14:paraId="00EBF3F6" w14:textId="77777777" w:rsidTr="00F9728D">
        <w:tc>
          <w:tcPr>
            <w:tcW w:w="792" w:type="dxa"/>
          </w:tcPr>
          <w:p w14:paraId="06635D8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6.</w:t>
            </w:r>
          </w:p>
        </w:tc>
        <w:tc>
          <w:tcPr>
            <w:tcW w:w="9288" w:type="dxa"/>
          </w:tcPr>
          <w:p w14:paraId="2D070232" w14:textId="302A4B1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Ces publicités fournissent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>information nouvelle *</w:t>
            </w:r>
          </w:p>
        </w:tc>
      </w:tr>
      <w:tr w:rsidR="00D4721F" w:rsidRPr="0096400F" w14:paraId="0123C7DA" w14:textId="77777777" w:rsidTr="00F9728D">
        <w:tc>
          <w:tcPr>
            <w:tcW w:w="792" w:type="dxa"/>
          </w:tcPr>
          <w:p w14:paraId="76FAD5E4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7.</w:t>
            </w:r>
          </w:p>
        </w:tc>
        <w:tc>
          <w:tcPr>
            <w:tcW w:w="9288" w:type="dxa"/>
          </w:tcPr>
          <w:p w14:paraId="0FEC8E8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Ces publicités indiquent clairement que le gouvernement du Canada a fourni des ressources aux Canadiens pour prendre des décisions éclairées concernant les voyages internationaux au milieu de la pandémie de COVID-19 *</w:t>
            </w:r>
          </w:p>
        </w:tc>
      </w:tr>
    </w:tbl>
    <w:p w14:paraId="54B6B9A1" w14:textId="77777777" w:rsidR="00D4721F" w:rsidRPr="0096400F" w:rsidRDefault="00D4721F" w:rsidP="00D4721F">
      <w:pPr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i/>
          <w:color w:val="A8A8A8"/>
          <w:szCs w:val="22"/>
          <w:lang w:eastAsia="en-US"/>
        </w:rPr>
        <w:t>Les niveaux avec un * apparaissent dans un ordre aléatoire</w:t>
      </w:r>
    </w:p>
    <w:p w14:paraId="00FC419D" w14:textId="77777777" w:rsidR="00D4721F" w:rsidRPr="0096400F" w:rsidRDefault="00D4721F" w:rsidP="00D4721F">
      <w:pPr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0"/>
        <w:gridCol w:w="8646"/>
      </w:tblGrid>
      <w:tr w:rsidR="00D4721F" w:rsidRPr="0096400F" w14:paraId="5F218E73" w14:textId="77777777" w:rsidTr="00F9728D">
        <w:tc>
          <w:tcPr>
            <w:tcW w:w="792" w:type="dxa"/>
          </w:tcPr>
          <w:p w14:paraId="686DE71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</w:t>
            </w:r>
          </w:p>
        </w:tc>
        <w:tc>
          <w:tcPr>
            <w:tcW w:w="9288" w:type="dxa"/>
          </w:tcPr>
          <w:p w14:paraId="5B47735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1 - Fortement en désaccord</w:t>
            </w:r>
          </w:p>
        </w:tc>
      </w:tr>
      <w:tr w:rsidR="00D4721F" w:rsidRPr="0096400F" w14:paraId="3F0CF8D8" w14:textId="77777777" w:rsidTr="00F9728D">
        <w:tc>
          <w:tcPr>
            <w:tcW w:w="792" w:type="dxa"/>
          </w:tcPr>
          <w:p w14:paraId="2562BF8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</w:t>
            </w:r>
          </w:p>
        </w:tc>
        <w:tc>
          <w:tcPr>
            <w:tcW w:w="9288" w:type="dxa"/>
          </w:tcPr>
          <w:p w14:paraId="585B3BAB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2</w:t>
            </w:r>
          </w:p>
        </w:tc>
      </w:tr>
      <w:tr w:rsidR="00D4721F" w:rsidRPr="0096400F" w14:paraId="6D626377" w14:textId="77777777" w:rsidTr="00F9728D">
        <w:tc>
          <w:tcPr>
            <w:tcW w:w="792" w:type="dxa"/>
          </w:tcPr>
          <w:p w14:paraId="6FB35B9F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3</w:t>
            </w:r>
          </w:p>
        </w:tc>
        <w:tc>
          <w:tcPr>
            <w:tcW w:w="9288" w:type="dxa"/>
          </w:tcPr>
          <w:p w14:paraId="4ECEC4D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3</w:t>
            </w:r>
          </w:p>
        </w:tc>
      </w:tr>
      <w:tr w:rsidR="00D4721F" w:rsidRPr="0096400F" w14:paraId="51A7194A" w14:textId="77777777" w:rsidTr="00F9728D">
        <w:tc>
          <w:tcPr>
            <w:tcW w:w="792" w:type="dxa"/>
          </w:tcPr>
          <w:p w14:paraId="728EB3A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4</w:t>
            </w:r>
          </w:p>
        </w:tc>
        <w:tc>
          <w:tcPr>
            <w:tcW w:w="9288" w:type="dxa"/>
          </w:tcPr>
          <w:p w14:paraId="678E1AC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4</w:t>
            </w:r>
          </w:p>
        </w:tc>
      </w:tr>
      <w:tr w:rsidR="00D4721F" w:rsidRPr="0096400F" w14:paraId="533689F0" w14:textId="77777777" w:rsidTr="00F9728D">
        <w:tc>
          <w:tcPr>
            <w:tcW w:w="792" w:type="dxa"/>
          </w:tcPr>
          <w:p w14:paraId="12821E87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5</w:t>
            </w:r>
          </w:p>
        </w:tc>
        <w:tc>
          <w:tcPr>
            <w:tcW w:w="9288" w:type="dxa"/>
          </w:tcPr>
          <w:p w14:paraId="24D9D11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5 - Fortement en  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br/>
              <w:t>accord</w:t>
            </w:r>
          </w:p>
        </w:tc>
      </w:tr>
    </w:tbl>
    <w:p w14:paraId="6E569354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0A5EE0E0" w14:textId="77777777" w:rsidR="00D4721F" w:rsidRPr="0096400F" w:rsidRDefault="00D4721F" w:rsidP="00D4721F">
      <w:pPr>
        <w:keepNext/>
        <w:spacing w:after="220" w:line="276" w:lineRule="auto"/>
        <w:jc w:val="left"/>
        <w:rPr>
          <w:rFonts w:ascii="Cambria" w:eastAsia="MS Mincho" w:hAnsi="Cambria"/>
          <w:b/>
          <w:sz w:val="28"/>
          <w:szCs w:val="22"/>
          <w:lang w:eastAsia="en-US"/>
        </w:rPr>
      </w:pPr>
      <w:r w:rsidRPr="0096400F">
        <w:rPr>
          <w:rFonts w:ascii="Cambria" w:eastAsia="MS Mincho" w:hAnsi="Cambria"/>
          <w:b/>
          <w:sz w:val="28"/>
          <w:szCs w:val="22"/>
          <w:lang w:eastAsia="en-US"/>
        </w:rPr>
        <w:t>Page</w:t>
      </w:r>
    </w:p>
    <w:p w14:paraId="74E59F74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D1</w:t>
      </w:r>
    </w:p>
    <w:p w14:paraId="28231A2E" w14:textId="573E387A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Laquelle de ces descriptions correspond le mieux à votre situation d</w:t>
      </w:r>
      <w:r w:rsidR="00F9728D" w:rsidRPr="0096400F">
        <w:rPr>
          <w:rFonts w:ascii="Cambria" w:eastAsia="MS Mincho" w:hAnsi="Cambria"/>
          <w:sz w:val="22"/>
          <w:szCs w:val="22"/>
          <w:lang w:eastAsia="en-US"/>
        </w:rPr>
        <w:t>’</w:t>
      </w:r>
      <w:r w:rsidRPr="0096400F">
        <w:rPr>
          <w:rFonts w:ascii="Cambria" w:eastAsia="MS Mincho" w:hAnsi="Cambria"/>
          <w:sz w:val="22"/>
          <w:szCs w:val="22"/>
          <w:lang w:eastAsia="en-US"/>
        </w:rPr>
        <w:t xml:space="preserve">emploi actuelle? Êtes-vous… 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65B0260F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5"/>
        <w:gridCol w:w="8651"/>
      </w:tblGrid>
      <w:tr w:rsidR="00D4721F" w:rsidRPr="0096400F" w14:paraId="4B0779F7" w14:textId="77777777" w:rsidTr="00F9728D">
        <w:tc>
          <w:tcPr>
            <w:tcW w:w="792" w:type="dxa"/>
          </w:tcPr>
          <w:p w14:paraId="31B0F50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</w:t>
            </w:r>
          </w:p>
        </w:tc>
        <w:tc>
          <w:tcPr>
            <w:tcW w:w="9288" w:type="dxa"/>
          </w:tcPr>
          <w:p w14:paraId="6CB3DBE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Travailleur/travailleuse à temps complet (30 heures et plus par semaine) </w:t>
            </w:r>
          </w:p>
        </w:tc>
      </w:tr>
      <w:tr w:rsidR="00D4721F" w:rsidRPr="0096400F" w14:paraId="0762408B" w14:textId="77777777" w:rsidTr="00F9728D">
        <w:tc>
          <w:tcPr>
            <w:tcW w:w="792" w:type="dxa"/>
          </w:tcPr>
          <w:p w14:paraId="78DEE52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</w:t>
            </w:r>
          </w:p>
        </w:tc>
        <w:tc>
          <w:tcPr>
            <w:tcW w:w="9288" w:type="dxa"/>
          </w:tcPr>
          <w:p w14:paraId="1A09DCA4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Travailleur/travailleuse à temps partiel (moins de 30 heures par semaine)</w:t>
            </w:r>
          </w:p>
        </w:tc>
      </w:tr>
      <w:tr w:rsidR="00D4721F" w:rsidRPr="0096400F" w14:paraId="412D8F5F" w14:textId="77777777" w:rsidTr="00F9728D">
        <w:tc>
          <w:tcPr>
            <w:tcW w:w="792" w:type="dxa"/>
          </w:tcPr>
          <w:p w14:paraId="5F52DA7A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3</w:t>
            </w:r>
          </w:p>
        </w:tc>
        <w:tc>
          <w:tcPr>
            <w:tcW w:w="9288" w:type="dxa"/>
          </w:tcPr>
          <w:p w14:paraId="08946D3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Travailleur/travailleuse autonome 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ab/>
            </w:r>
          </w:p>
        </w:tc>
      </w:tr>
      <w:tr w:rsidR="00D4721F" w:rsidRPr="0096400F" w14:paraId="66C2806A" w14:textId="77777777" w:rsidTr="00F9728D">
        <w:tc>
          <w:tcPr>
            <w:tcW w:w="792" w:type="dxa"/>
          </w:tcPr>
          <w:p w14:paraId="0BE20D8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4</w:t>
            </w:r>
          </w:p>
        </w:tc>
        <w:tc>
          <w:tcPr>
            <w:tcW w:w="9288" w:type="dxa"/>
          </w:tcPr>
          <w:p w14:paraId="7A2E8C1F" w14:textId="4EF32249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Sans emploi, mais à la recherche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>un emploi</w:t>
            </w:r>
          </w:p>
        </w:tc>
      </w:tr>
      <w:tr w:rsidR="00D4721F" w:rsidRPr="0096400F" w14:paraId="564DC1FA" w14:textId="77777777" w:rsidTr="00F9728D">
        <w:tc>
          <w:tcPr>
            <w:tcW w:w="792" w:type="dxa"/>
          </w:tcPr>
          <w:p w14:paraId="4EC545CA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5</w:t>
            </w:r>
          </w:p>
        </w:tc>
        <w:tc>
          <w:tcPr>
            <w:tcW w:w="9288" w:type="dxa"/>
          </w:tcPr>
          <w:p w14:paraId="011323B7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Étudiant(e) à temps plein </w:t>
            </w:r>
          </w:p>
        </w:tc>
      </w:tr>
      <w:tr w:rsidR="00D4721F" w:rsidRPr="0096400F" w14:paraId="63D0E9D3" w14:textId="77777777" w:rsidTr="00F9728D">
        <w:tc>
          <w:tcPr>
            <w:tcW w:w="792" w:type="dxa"/>
          </w:tcPr>
          <w:p w14:paraId="00176AE4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6</w:t>
            </w:r>
          </w:p>
        </w:tc>
        <w:tc>
          <w:tcPr>
            <w:tcW w:w="9288" w:type="dxa"/>
          </w:tcPr>
          <w:p w14:paraId="1D6C6E5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Retraité(e)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ab/>
            </w:r>
          </w:p>
        </w:tc>
      </w:tr>
      <w:tr w:rsidR="00D4721F" w:rsidRPr="0096400F" w14:paraId="7EDAEA7A" w14:textId="77777777" w:rsidTr="00F9728D">
        <w:tc>
          <w:tcPr>
            <w:tcW w:w="792" w:type="dxa"/>
          </w:tcPr>
          <w:p w14:paraId="60A7274E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7</w:t>
            </w:r>
          </w:p>
        </w:tc>
        <w:tc>
          <w:tcPr>
            <w:tcW w:w="9288" w:type="dxa"/>
          </w:tcPr>
          <w:p w14:paraId="079BCB82" w14:textId="57F38544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À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>extérieur du marché du travail (personne au foyer à temps plein ou sans emploi et non à la recherche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>emploi)</w:t>
            </w:r>
          </w:p>
        </w:tc>
      </w:tr>
      <w:tr w:rsidR="00D4721F" w:rsidRPr="0096400F" w14:paraId="27B5E745" w14:textId="77777777" w:rsidTr="00F9728D">
        <w:tc>
          <w:tcPr>
            <w:tcW w:w="792" w:type="dxa"/>
          </w:tcPr>
          <w:p w14:paraId="2F6249A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8</w:t>
            </w:r>
          </w:p>
        </w:tc>
        <w:tc>
          <w:tcPr>
            <w:tcW w:w="9288" w:type="dxa"/>
          </w:tcPr>
          <w:p w14:paraId="68AF49FA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 situation</w:t>
            </w:r>
          </w:p>
        </w:tc>
      </w:tr>
    </w:tbl>
    <w:p w14:paraId="087607AE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331147DF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D2</w:t>
      </w:r>
    </w:p>
    <w:p w14:paraId="38FF0F8D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Quel est le plus haut niveau de scolarité que vous avez atteint?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2C047063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9"/>
        <w:gridCol w:w="8647"/>
      </w:tblGrid>
      <w:tr w:rsidR="00D4721F" w:rsidRPr="0096400F" w14:paraId="05AD9834" w14:textId="77777777" w:rsidTr="00F9728D">
        <w:tc>
          <w:tcPr>
            <w:tcW w:w="792" w:type="dxa"/>
          </w:tcPr>
          <w:p w14:paraId="4158497A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</w:t>
            </w:r>
          </w:p>
        </w:tc>
        <w:tc>
          <w:tcPr>
            <w:tcW w:w="9288" w:type="dxa"/>
          </w:tcPr>
          <w:p w14:paraId="73079A0B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Huitième année ou moins</w:t>
            </w:r>
          </w:p>
        </w:tc>
      </w:tr>
      <w:tr w:rsidR="00D4721F" w:rsidRPr="0096400F" w14:paraId="55C876A3" w14:textId="77777777" w:rsidTr="00F9728D">
        <w:tc>
          <w:tcPr>
            <w:tcW w:w="792" w:type="dxa"/>
          </w:tcPr>
          <w:p w14:paraId="6FB4AE4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</w:t>
            </w:r>
          </w:p>
        </w:tc>
        <w:tc>
          <w:tcPr>
            <w:tcW w:w="9288" w:type="dxa"/>
          </w:tcPr>
          <w:p w14:paraId="018E93CB" w14:textId="7409CB01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Quelques années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>études secondaires</w:t>
            </w:r>
          </w:p>
        </w:tc>
      </w:tr>
      <w:tr w:rsidR="00D4721F" w:rsidRPr="0096400F" w14:paraId="4CA604C0" w14:textId="77777777" w:rsidTr="00F9728D">
        <w:tc>
          <w:tcPr>
            <w:tcW w:w="792" w:type="dxa"/>
          </w:tcPr>
          <w:p w14:paraId="067C2549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5</w:t>
            </w:r>
          </w:p>
        </w:tc>
        <w:tc>
          <w:tcPr>
            <w:tcW w:w="9288" w:type="dxa"/>
          </w:tcPr>
          <w:p w14:paraId="63AF06D5" w14:textId="7F406613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Diplôme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>études secondaires ou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>équivalent</w:t>
            </w:r>
          </w:p>
        </w:tc>
      </w:tr>
      <w:tr w:rsidR="00D4721F" w:rsidRPr="0096400F" w14:paraId="16580B25" w14:textId="77777777" w:rsidTr="00F9728D">
        <w:tc>
          <w:tcPr>
            <w:tcW w:w="792" w:type="dxa"/>
          </w:tcPr>
          <w:p w14:paraId="18111EC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6</w:t>
            </w:r>
          </w:p>
        </w:tc>
        <w:tc>
          <w:tcPr>
            <w:tcW w:w="9288" w:type="dxa"/>
          </w:tcPr>
          <w:p w14:paraId="63D5A642" w14:textId="598AA11C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Apprentissage enregistré ou autre certificat ou diplôme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>une école de métiers</w:t>
            </w:r>
          </w:p>
        </w:tc>
      </w:tr>
      <w:tr w:rsidR="00D4721F" w:rsidRPr="0096400F" w14:paraId="7AB4ECDB" w14:textId="77777777" w:rsidTr="00F9728D">
        <w:tc>
          <w:tcPr>
            <w:tcW w:w="792" w:type="dxa"/>
          </w:tcPr>
          <w:p w14:paraId="4AB043C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7</w:t>
            </w:r>
          </w:p>
        </w:tc>
        <w:tc>
          <w:tcPr>
            <w:tcW w:w="9288" w:type="dxa"/>
          </w:tcPr>
          <w:p w14:paraId="672467F4" w14:textId="3CF5B2B0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Collège, cégep ou autre certificat ou diplôme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>une institution non universitaire</w:t>
            </w:r>
          </w:p>
        </w:tc>
      </w:tr>
      <w:tr w:rsidR="00D4721F" w:rsidRPr="0096400F" w14:paraId="3FE5FE02" w14:textId="77777777" w:rsidTr="00F9728D">
        <w:tc>
          <w:tcPr>
            <w:tcW w:w="792" w:type="dxa"/>
          </w:tcPr>
          <w:p w14:paraId="09EF790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8</w:t>
            </w:r>
          </w:p>
        </w:tc>
        <w:tc>
          <w:tcPr>
            <w:tcW w:w="9288" w:type="dxa"/>
          </w:tcPr>
          <w:p w14:paraId="4302077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Certificat ou diplôme inférieur au baccalauréat</w:t>
            </w:r>
          </w:p>
        </w:tc>
      </w:tr>
      <w:tr w:rsidR="00D4721F" w:rsidRPr="0096400F" w14:paraId="1062B030" w14:textId="77777777" w:rsidTr="00F9728D">
        <w:tc>
          <w:tcPr>
            <w:tcW w:w="792" w:type="dxa"/>
          </w:tcPr>
          <w:p w14:paraId="754E640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9</w:t>
            </w:r>
          </w:p>
        </w:tc>
        <w:tc>
          <w:tcPr>
            <w:tcW w:w="9288" w:type="dxa"/>
          </w:tcPr>
          <w:p w14:paraId="5B601717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Baccalauréat</w:t>
            </w:r>
          </w:p>
        </w:tc>
      </w:tr>
      <w:tr w:rsidR="00D4721F" w:rsidRPr="0096400F" w14:paraId="6CB527E8" w14:textId="77777777" w:rsidTr="00F9728D">
        <w:tc>
          <w:tcPr>
            <w:tcW w:w="792" w:type="dxa"/>
          </w:tcPr>
          <w:p w14:paraId="350DEB5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10</w:t>
            </w:r>
          </w:p>
        </w:tc>
        <w:tc>
          <w:tcPr>
            <w:tcW w:w="9288" w:type="dxa"/>
          </w:tcPr>
          <w:p w14:paraId="72096002" w14:textId="56C0A2AB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Diplôme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>études universitaires supérieur au baccalauréat</w:t>
            </w:r>
          </w:p>
        </w:tc>
      </w:tr>
    </w:tbl>
    <w:p w14:paraId="7CC8E0CB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4164D324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D3</w:t>
      </w:r>
    </w:p>
    <w:p w14:paraId="5404EE9C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Des enfants de moins de 18 ans habitent-ils actuellement dans votre foyer?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5C42AB0A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3"/>
        <w:gridCol w:w="8643"/>
      </w:tblGrid>
      <w:tr w:rsidR="00D4721F" w:rsidRPr="0096400F" w14:paraId="6C97275B" w14:textId="77777777" w:rsidTr="00F9728D">
        <w:tc>
          <w:tcPr>
            <w:tcW w:w="792" w:type="dxa"/>
          </w:tcPr>
          <w:p w14:paraId="04A88CB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</w:t>
            </w:r>
          </w:p>
        </w:tc>
        <w:tc>
          <w:tcPr>
            <w:tcW w:w="9288" w:type="dxa"/>
          </w:tcPr>
          <w:p w14:paraId="512AA8B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Oui</w:t>
            </w:r>
          </w:p>
        </w:tc>
      </w:tr>
      <w:tr w:rsidR="00D4721F" w:rsidRPr="0096400F" w14:paraId="5CEAA994" w14:textId="77777777" w:rsidTr="00F9728D">
        <w:tc>
          <w:tcPr>
            <w:tcW w:w="792" w:type="dxa"/>
          </w:tcPr>
          <w:p w14:paraId="7DCDB4B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</w:t>
            </w:r>
          </w:p>
        </w:tc>
        <w:tc>
          <w:tcPr>
            <w:tcW w:w="9288" w:type="dxa"/>
          </w:tcPr>
          <w:p w14:paraId="579A7E4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Non</w:t>
            </w:r>
          </w:p>
        </w:tc>
      </w:tr>
    </w:tbl>
    <w:p w14:paraId="3178796B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75D6D1DD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Ex1</w:t>
      </w:r>
    </w:p>
    <w:p w14:paraId="4D3DFCE0" w14:textId="5758BBF5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Avez-vous effectué un voyage d</w:t>
      </w:r>
      <w:r w:rsidR="00F9728D" w:rsidRPr="0096400F">
        <w:rPr>
          <w:rFonts w:ascii="Cambria" w:eastAsia="MS Mincho" w:hAnsi="Cambria"/>
          <w:sz w:val="22"/>
          <w:szCs w:val="22"/>
          <w:lang w:eastAsia="en-US"/>
        </w:rPr>
        <w:t>’</w:t>
      </w:r>
      <w:r w:rsidRPr="0096400F">
        <w:rPr>
          <w:rFonts w:ascii="Cambria" w:eastAsia="MS Mincho" w:hAnsi="Cambria"/>
          <w:sz w:val="22"/>
          <w:szCs w:val="22"/>
          <w:lang w:eastAsia="en-US"/>
        </w:rPr>
        <w:t>affaires ou de loisirs à l</w:t>
      </w:r>
      <w:r w:rsidR="00F9728D" w:rsidRPr="0096400F">
        <w:rPr>
          <w:rFonts w:ascii="Cambria" w:eastAsia="MS Mincho" w:hAnsi="Cambria"/>
          <w:sz w:val="22"/>
          <w:szCs w:val="22"/>
          <w:lang w:eastAsia="en-US"/>
        </w:rPr>
        <w:t>’</w:t>
      </w:r>
      <w:r w:rsidRPr="0096400F">
        <w:rPr>
          <w:rFonts w:ascii="Cambria" w:eastAsia="MS Mincho" w:hAnsi="Cambria"/>
          <w:sz w:val="22"/>
          <w:szCs w:val="22"/>
          <w:lang w:eastAsia="en-US"/>
        </w:rPr>
        <w:t>international au cours de la dernière année?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5E1B054D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3"/>
        <w:gridCol w:w="8643"/>
      </w:tblGrid>
      <w:tr w:rsidR="00D4721F" w:rsidRPr="0096400F" w14:paraId="0036EDCC" w14:textId="77777777" w:rsidTr="00F9728D">
        <w:tc>
          <w:tcPr>
            <w:tcW w:w="792" w:type="dxa"/>
          </w:tcPr>
          <w:p w14:paraId="4DA73257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</w:t>
            </w:r>
          </w:p>
        </w:tc>
        <w:tc>
          <w:tcPr>
            <w:tcW w:w="9288" w:type="dxa"/>
          </w:tcPr>
          <w:p w14:paraId="2243058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Oui</w:t>
            </w:r>
          </w:p>
        </w:tc>
      </w:tr>
      <w:tr w:rsidR="00D4721F" w:rsidRPr="0096400F" w14:paraId="6C22080A" w14:textId="77777777" w:rsidTr="00F9728D">
        <w:tc>
          <w:tcPr>
            <w:tcW w:w="792" w:type="dxa"/>
          </w:tcPr>
          <w:p w14:paraId="564D6CF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0</w:t>
            </w:r>
          </w:p>
        </w:tc>
        <w:tc>
          <w:tcPr>
            <w:tcW w:w="9288" w:type="dxa"/>
          </w:tcPr>
          <w:p w14:paraId="735A595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Non</w:t>
            </w:r>
          </w:p>
        </w:tc>
      </w:tr>
    </w:tbl>
    <w:p w14:paraId="709B52B4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11C0B2F6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Ex2</w:t>
      </w:r>
      <w:r w:rsidRPr="0096400F">
        <w:rPr>
          <w:rFonts w:ascii="Cambria" w:eastAsia="MS Mincho" w:hAnsi="Cambria"/>
          <w:i/>
          <w:szCs w:val="22"/>
          <w:lang w:eastAsia="en-US"/>
        </w:rPr>
        <w:tab/>
        <w:t>Voir si D3 Oui et Ex1 Oui</w:t>
      </w:r>
    </w:p>
    <w:p w14:paraId="289E4CAD" w14:textId="7464E656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Avez-vous voyagé à l</w:t>
      </w:r>
      <w:r w:rsidR="00F9728D" w:rsidRPr="0096400F">
        <w:rPr>
          <w:rFonts w:ascii="Cambria" w:eastAsia="MS Mincho" w:hAnsi="Cambria"/>
          <w:sz w:val="22"/>
          <w:szCs w:val="22"/>
          <w:lang w:eastAsia="en-US"/>
        </w:rPr>
        <w:t>’</w:t>
      </w:r>
      <w:r w:rsidRPr="0096400F">
        <w:rPr>
          <w:rFonts w:ascii="Cambria" w:eastAsia="MS Mincho" w:hAnsi="Cambria"/>
          <w:sz w:val="22"/>
          <w:szCs w:val="22"/>
          <w:lang w:eastAsia="en-US"/>
        </w:rPr>
        <w:t>international avec votre famille pendant la semaine de relâche 2022?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5BF0635C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3"/>
        <w:gridCol w:w="8643"/>
      </w:tblGrid>
      <w:tr w:rsidR="00D4721F" w:rsidRPr="0096400F" w14:paraId="23B77ADD" w14:textId="77777777" w:rsidTr="00F9728D">
        <w:tc>
          <w:tcPr>
            <w:tcW w:w="792" w:type="dxa"/>
          </w:tcPr>
          <w:p w14:paraId="3020AA7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</w:t>
            </w:r>
          </w:p>
        </w:tc>
        <w:tc>
          <w:tcPr>
            <w:tcW w:w="9288" w:type="dxa"/>
          </w:tcPr>
          <w:p w14:paraId="7037B21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Oui</w:t>
            </w:r>
          </w:p>
        </w:tc>
      </w:tr>
      <w:tr w:rsidR="00D4721F" w:rsidRPr="0096400F" w14:paraId="3DECD6B7" w14:textId="77777777" w:rsidTr="00F9728D">
        <w:tc>
          <w:tcPr>
            <w:tcW w:w="792" w:type="dxa"/>
          </w:tcPr>
          <w:p w14:paraId="50F142C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0</w:t>
            </w:r>
          </w:p>
        </w:tc>
        <w:tc>
          <w:tcPr>
            <w:tcW w:w="9288" w:type="dxa"/>
          </w:tcPr>
          <w:p w14:paraId="529BCBF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Non</w:t>
            </w:r>
          </w:p>
        </w:tc>
      </w:tr>
    </w:tbl>
    <w:p w14:paraId="41F5FA5B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149240AA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Ex3</w:t>
      </w:r>
      <w:r w:rsidRPr="0096400F">
        <w:rPr>
          <w:rFonts w:ascii="Cambria" w:eastAsia="MS Mincho" w:hAnsi="Cambria"/>
          <w:i/>
          <w:szCs w:val="22"/>
          <w:lang w:eastAsia="en-US"/>
        </w:rPr>
        <w:tab/>
        <w:t>Voir si D1 Étudiant et Ex1 Oui</w:t>
      </w:r>
    </w:p>
    <w:p w14:paraId="49C777CC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Avez-vous voyagé vers un climat plus chaud pendant la semaine de relâche 2022?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044BB63D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3"/>
        <w:gridCol w:w="8643"/>
      </w:tblGrid>
      <w:tr w:rsidR="00D4721F" w:rsidRPr="0096400F" w14:paraId="252E3FB6" w14:textId="77777777" w:rsidTr="00F9728D">
        <w:tc>
          <w:tcPr>
            <w:tcW w:w="792" w:type="dxa"/>
          </w:tcPr>
          <w:p w14:paraId="679AEF9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</w:t>
            </w:r>
          </w:p>
        </w:tc>
        <w:tc>
          <w:tcPr>
            <w:tcW w:w="9288" w:type="dxa"/>
          </w:tcPr>
          <w:p w14:paraId="3DE56A5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Oui</w:t>
            </w:r>
          </w:p>
        </w:tc>
      </w:tr>
      <w:tr w:rsidR="00D4721F" w:rsidRPr="0096400F" w14:paraId="03A3E5A4" w14:textId="77777777" w:rsidTr="00F9728D">
        <w:tc>
          <w:tcPr>
            <w:tcW w:w="792" w:type="dxa"/>
          </w:tcPr>
          <w:p w14:paraId="7A4EFF5B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0</w:t>
            </w:r>
          </w:p>
        </w:tc>
        <w:tc>
          <w:tcPr>
            <w:tcW w:w="9288" w:type="dxa"/>
          </w:tcPr>
          <w:p w14:paraId="43A748E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Non</w:t>
            </w:r>
          </w:p>
        </w:tc>
      </w:tr>
    </w:tbl>
    <w:p w14:paraId="41AD6865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348ABDCA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Ex4</w:t>
      </w:r>
      <w:r w:rsidRPr="0096400F">
        <w:rPr>
          <w:rFonts w:ascii="Cambria" w:eastAsia="MS Mincho" w:hAnsi="Cambria"/>
          <w:i/>
          <w:szCs w:val="22"/>
          <w:lang w:eastAsia="en-US"/>
        </w:rPr>
        <w:tab/>
        <w:t>Voir si Ex1Non</w:t>
      </w:r>
    </w:p>
    <w:p w14:paraId="499FB2B8" w14:textId="428695F9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val="en-CA"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Diriez-vous que vous avez un intérêt pour les voyages internationaux d</w:t>
      </w:r>
      <w:r w:rsidR="00F9728D" w:rsidRPr="0096400F">
        <w:rPr>
          <w:rFonts w:ascii="Cambria" w:eastAsia="MS Mincho" w:hAnsi="Cambria"/>
          <w:sz w:val="22"/>
          <w:szCs w:val="22"/>
          <w:lang w:eastAsia="en-US"/>
        </w:rPr>
        <w:t>’</w:t>
      </w:r>
      <w:r w:rsidRPr="0096400F">
        <w:rPr>
          <w:rFonts w:ascii="Cambria" w:eastAsia="MS Mincho" w:hAnsi="Cambria"/>
          <w:sz w:val="22"/>
          <w:szCs w:val="22"/>
          <w:lang w:eastAsia="en-US"/>
        </w:rPr>
        <w:t>affaires ou de loisirs?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val="en-CA" w:eastAsia="en-US"/>
        </w:rPr>
        <w:t xml:space="preserve">Click here if you require any technical assistance: </w:t>
      </w:r>
      <w:r w:rsidRPr="0096400F">
        <w:rPr>
          <w:rFonts w:ascii="Cambria" w:eastAsia="MS Mincho" w:hAnsi="Cambria"/>
          <w:b/>
          <w:szCs w:val="22"/>
          <w:lang w:val="en-CA" w:eastAsia="en-US"/>
        </w:rPr>
        <w:t>*?*</w:t>
      </w:r>
    </w:p>
    <w:p w14:paraId="0E980980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val="en-CA"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val="en-CA" w:eastAsia="en-US"/>
        </w:rPr>
        <w:t>*?* please contact Sue Day, by telephone at 1-866-542-6921 or by e-mail at survey+usborderadv2022@advanis.net (mailto:survey+usborderadv2022@advanis.net).</w:t>
      </w: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3"/>
        <w:gridCol w:w="8643"/>
      </w:tblGrid>
      <w:tr w:rsidR="00D4721F" w:rsidRPr="0096400F" w14:paraId="12A44169" w14:textId="77777777" w:rsidTr="00F9728D">
        <w:tc>
          <w:tcPr>
            <w:tcW w:w="792" w:type="dxa"/>
          </w:tcPr>
          <w:p w14:paraId="79B1200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</w:t>
            </w:r>
          </w:p>
        </w:tc>
        <w:tc>
          <w:tcPr>
            <w:tcW w:w="9288" w:type="dxa"/>
          </w:tcPr>
          <w:p w14:paraId="1B25C28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Oui</w:t>
            </w:r>
          </w:p>
        </w:tc>
      </w:tr>
      <w:tr w:rsidR="00D4721F" w:rsidRPr="0096400F" w14:paraId="4D0EA45A" w14:textId="77777777" w:rsidTr="00F9728D">
        <w:tc>
          <w:tcPr>
            <w:tcW w:w="792" w:type="dxa"/>
          </w:tcPr>
          <w:p w14:paraId="426E0B7F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0</w:t>
            </w:r>
          </w:p>
        </w:tc>
        <w:tc>
          <w:tcPr>
            <w:tcW w:w="9288" w:type="dxa"/>
          </w:tcPr>
          <w:p w14:paraId="12BBE36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Non</w:t>
            </w:r>
          </w:p>
        </w:tc>
      </w:tr>
    </w:tbl>
    <w:p w14:paraId="45C3FFAA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0B33F6FA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D4</w:t>
      </w:r>
    </w:p>
    <w:p w14:paraId="63967C9B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Laquelle des catégories suivantes décrit le mieux la somme des revenus annuels avant impôts de tous les membres de votre foyer?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1F373175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2"/>
        <w:gridCol w:w="8644"/>
      </w:tblGrid>
      <w:tr w:rsidR="00D4721F" w:rsidRPr="0096400F" w14:paraId="448CEB2E" w14:textId="77777777" w:rsidTr="00F9728D">
        <w:tc>
          <w:tcPr>
            <w:tcW w:w="792" w:type="dxa"/>
          </w:tcPr>
          <w:p w14:paraId="2371259B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</w:t>
            </w:r>
          </w:p>
        </w:tc>
        <w:tc>
          <w:tcPr>
            <w:tcW w:w="9288" w:type="dxa"/>
          </w:tcPr>
          <w:p w14:paraId="46BC6574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moins de 20 000 $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ab/>
            </w:r>
          </w:p>
        </w:tc>
      </w:tr>
      <w:tr w:rsidR="00D4721F" w:rsidRPr="0096400F" w14:paraId="0DCB6FB7" w14:textId="77777777" w:rsidTr="00F9728D">
        <w:tc>
          <w:tcPr>
            <w:tcW w:w="792" w:type="dxa"/>
          </w:tcPr>
          <w:p w14:paraId="6D272DF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</w:t>
            </w:r>
          </w:p>
        </w:tc>
        <w:tc>
          <w:tcPr>
            <w:tcW w:w="9288" w:type="dxa"/>
          </w:tcPr>
          <w:p w14:paraId="131AFF9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entre 20 000 $ et moins de 40 000 $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ab/>
            </w:r>
          </w:p>
        </w:tc>
      </w:tr>
      <w:tr w:rsidR="00D4721F" w:rsidRPr="0096400F" w14:paraId="79E36940" w14:textId="77777777" w:rsidTr="00F9728D">
        <w:tc>
          <w:tcPr>
            <w:tcW w:w="792" w:type="dxa"/>
          </w:tcPr>
          <w:p w14:paraId="508973A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3</w:t>
            </w:r>
          </w:p>
        </w:tc>
        <w:tc>
          <w:tcPr>
            <w:tcW w:w="9288" w:type="dxa"/>
          </w:tcPr>
          <w:p w14:paraId="4425D18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entre 40 000 $ et moins de 60 000 $</w:t>
            </w:r>
          </w:p>
        </w:tc>
      </w:tr>
      <w:tr w:rsidR="00D4721F" w:rsidRPr="0096400F" w14:paraId="402887DA" w14:textId="77777777" w:rsidTr="00F9728D">
        <w:tc>
          <w:tcPr>
            <w:tcW w:w="792" w:type="dxa"/>
          </w:tcPr>
          <w:p w14:paraId="2449B43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4</w:t>
            </w:r>
          </w:p>
        </w:tc>
        <w:tc>
          <w:tcPr>
            <w:tcW w:w="9288" w:type="dxa"/>
          </w:tcPr>
          <w:p w14:paraId="3A934E1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entre 60 000 $ et moins de 80 000 $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ab/>
            </w:r>
          </w:p>
        </w:tc>
      </w:tr>
      <w:tr w:rsidR="00D4721F" w:rsidRPr="0096400F" w14:paraId="118CB435" w14:textId="77777777" w:rsidTr="00F9728D">
        <w:tc>
          <w:tcPr>
            <w:tcW w:w="792" w:type="dxa"/>
          </w:tcPr>
          <w:p w14:paraId="6DF07D7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5</w:t>
            </w:r>
          </w:p>
        </w:tc>
        <w:tc>
          <w:tcPr>
            <w:tcW w:w="9288" w:type="dxa"/>
          </w:tcPr>
          <w:p w14:paraId="3E099B04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entre 80 000 $ et moins de 100 000 $</w:t>
            </w:r>
          </w:p>
        </w:tc>
      </w:tr>
      <w:tr w:rsidR="00D4721F" w:rsidRPr="0096400F" w14:paraId="617DB8F1" w14:textId="77777777" w:rsidTr="00F9728D">
        <w:tc>
          <w:tcPr>
            <w:tcW w:w="792" w:type="dxa"/>
          </w:tcPr>
          <w:p w14:paraId="5DEA213B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6</w:t>
            </w:r>
          </w:p>
        </w:tc>
        <w:tc>
          <w:tcPr>
            <w:tcW w:w="9288" w:type="dxa"/>
          </w:tcPr>
          <w:p w14:paraId="7A09B55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entre 100 000 $ et moins de 150 000 $</w:t>
            </w:r>
          </w:p>
        </w:tc>
      </w:tr>
      <w:tr w:rsidR="00D4721F" w:rsidRPr="0096400F" w14:paraId="1228D489" w14:textId="77777777" w:rsidTr="00F9728D">
        <w:tc>
          <w:tcPr>
            <w:tcW w:w="792" w:type="dxa"/>
          </w:tcPr>
          <w:p w14:paraId="2F2CF18F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7</w:t>
            </w:r>
          </w:p>
        </w:tc>
        <w:tc>
          <w:tcPr>
            <w:tcW w:w="9288" w:type="dxa"/>
          </w:tcPr>
          <w:p w14:paraId="6A3BC60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entre 150 000 $ et moins de 200 000 $</w:t>
            </w:r>
          </w:p>
        </w:tc>
      </w:tr>
      <w:tr w:rsidR="00D4721F" w:rsidRPr="0096400F" w14:paraId="424491EC" w14:textId="77777777" w:rsidTr="00F9728D">
        <w:tc>
          <w:tcPr>
            <w:tcW w:w="792" w:type="dxa"/>
          </w:tcPr>
          <w:p w14:paraId="436E4504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8</w:t>
            </w:r>
          </w:p>
        </w:tc>
        <w:tc>
          <w:tcPr>
            <w:tcW w:w="9288" w:type="dxa"/>
          </w:tcPr>
          <w:p w14:paraId="785A7B99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200 000 $ et plus</w:t>
            </w:r>
          </w:p>
        </w:tc>
      </w:tr>
      <w:tr w:rsidR="00D4721F" w:rsidRPr="0096400F" w14:paraId="5FFFB9E8" w14:textId="77777777" w:rsidTr="00F9728D">
        <w:tc>
          <w:tcPr>
            <w:tcW w:w="792" w:type="dxa"/>
          </w:tcPr>
          <w:p w14:paraId="5B9ECF9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-8</w:t>
            </w:r>
          </w:p>
        </w:tc>
        <w:tc>
          <w:tcPr>
            <w:tcW w:w="9288" w:type="dxa"/>
          </w:tcPr>
          <w:p w14:paraId="768ED14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Préfère ne pas répondre</w:t>
            </w:r>
          </w:p>
        </w:tc>
      </w:tr>
    </w:tbl>
    <w:p w14:paraId="708BD1C5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3EFB6043" w14:textId="77777777" w:rsidR="00D4721F" w:rsidRPr="0096400F" w:rsidRDefault="00D4721F" w:rsidP="00D4721F">
      <w:pPr>
        <w:keepNext/>
        <w:spacing w:after="220" w:line="276" w:lineRule="auto"/>
        <w:jc w:val="left"/>
        <w:rPr>
          <w:rFonts w:ascii="Cambria" w:eastAsia="MS Mincho" w:hAnsi="Cambria"/>
          <w:b/>
          <w:sz w:val="28"/>
          <w:szCs w:val="22"/>
          <w:lang w:eastAsia="en-US"/>
        </w:rPr>
      </w:pPr>
      <w:r w:rsidRPr="0096400F">
        <w:rPr>
          <w:rFonts w:ascii="Cambria" w:eastAsia="MS Mincho" w:hAnsi="Cambria"/>
          <w:b/>
          <w:sz w:val="28"/>
          <w:szCs w:val="22"/>
          <w:lang w:eastAsia="en-US"/>
        </w:rPr>
        <w:t>Page</w:t>
      </w:r>
    </w:p>
    <w:p w14:paraId="4CA8C12E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D5</w:t>
      </w:r>
    </w:p>
    <w:p w14:paraId="0107EF8F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Où êtes-vous né(e)?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287DFF5E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1"/>
        <w:gridCol w:w="8645"/>
      </w:tblGrid>
      <w:tr w:rsidR="00D4721F" w:rsidRPr="0096400F" w14:paraId="7CAE237A" w14:textId="77777777" w:rsidTr="00F9728D">
        <w:tc>
          <w:tcPr>
            <w:tcW w:w="792" w:type="dxa"/>
          </w:tcPr>
          <w:p w14:paraId="04BA786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</w:t>
            </w:r>
          </w:p>
        </w:tc>
        <w:tc>
          <w:tcPr>
            <w:tcW w:w="9288" w:type="dxa"/>
          </w:tcPr>
          <w:p w14:paraId="00A95F0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 Canada</w:t>
            </w:r>
          </w:p>
        </w:tc>
      </w:tr>
      <w:tr w:rsidR="00D4721F" w:rsidRPr="0096400F" w14:paraId="7C596CBA" w14:textId="77777777" w:rsidTr="00F9728D">
        <w:tc>
          <w:tcPr>
            <w:tcW w:w="792" w:type="dxa"/>
          </w:tcPr>
          <w:p w14:paraId="3F9408C7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</w:t>
            </w:r>
          </w:p>
        </w:tc>
        <w:tc>
          <w:tcPr>
            <w:tcW w:w="9288" w:type="dxa"/>
          </w:tcPr>
          <w:p w14:paraId="2D2194E2" w14:textId="2E4B3609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À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>étranger</w:t>
            </w:r>
          </w:p>
        </w:tc>
      </w:tr>
    </w:tbl>
    <w:p w14:paraId="0DAD187B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4490D25E" w14:textId="34DC4F2A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D5elsewhere</w:t>
      </w:r>
      <w:r w:rsidRPr="0096400F">
        <w:rPr>
          <w:rFonts w:ascii="Cambria" w:eastAsia="MS Mincho" w:hAnsi="Cambria"/>
          <w:i/>
          <w:szCs w:val="22"/>
          <w:lang w:eastAsia="en-US"/>
        </w:rPr>
        <w:tab/>
        <w:t>Voir si D5 À l</w:t>
      </w:r>
      <w:r w:rsidR="00F9728D" w:rsidRPr="0096400F">
        <w:rPr>
          <w:rFonts w:ascii="Cambria" w:eastAsia="MS Mincho" w:hAnsi="Cambria"/>
          <w:i/>
          <w:szCs w:val="22"/>
          <w:lang w:eastAsia="en-US"/>
        </w:rPr>
        <w:t>’</w:t>
      </w:r>
      <w:r w:rsidRPr="0096400F">
        <w:rPr>
          <w:rFonts w:ascii="Cambria" w:eastAsia="MS Mincho" w:hAnsi="Cambria"/>
          <w:i/>
          <w:szCs w:val="22"/>
          <w:lang w:eastAsia="en-US"/>
        </w:rPr>
        <w:t>étranger</w:t>
      </w:r>
    </w:p>
    <w:p w14:paraId="02E33605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Veuillez sélectionner le pays où vous êtes né(e).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619C176F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5"/>
        <w:gridCol w:w="8661"/>
      </w:tblGrid>
      <w:tr w:rsidR="00D4721F" w:rsidRPr="0096400F" w14:paraId="027152FE" w14:textId="77777777" w:rsidTr="00F9728D">
        <w:tc>
          <w:tcPr>
            <w:tcW w:w="792" w:type="dxa"/>
          </w:tcPr>
          <w:p w14:paraId="3C3BF15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</w:p>
        </w:tc>
        <w:tc>
          <w:tcPr>
            <w:tcW w:w="9288" w:type="dxa"/>
          </w:tcPr>
          <w:p w14:paraId="62A581C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</w:p>
        </w:tc>
      </w:tr>
      <w:tr w:rsidR="00D4721F" w:rsidRPr="0096400F" w14:paraId="219C9286" w14:textId="77777777" w:rsidTr="00F9728D">
        <w:tc>
          <w:tcPr>
            <w:tcW w:w="792" w:type="dxa"/>
          </w:tcPr>
          <w:p w14:paraId="5089929E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3</w:t>
            </w:r>
          </w:p>
        </w:tc>
        <w:tc>
          <w:tcPr>
            <w:tcW w:w="9288" w:type="dxa"/>
          </w:tcPr>
          <w:p w14:paraId="48CAA80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Amérique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Nord|Mexique</w:t>
            </w:r>
            <w:proofErr w:type="spellEnd"/>
          </w:p>
        </w:tc>
      </w:tr>
      <w:tr w:rsidR="00D4721F" w:rsidRPr="0096400F" w14:paraId="5FC85AEC" w14:textId="77777777" w:rsidTr="00F9728D">
        <w:tc>
          <w:tcPr>
            <w:tcW w:w="792" w:type="dxa"/>
          </w:tcPr>
          <w:p w14:paraId="0EADD5D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</w:t>
            </w:r>
          </w:p>
        </w:tc>
        <w:tc>
          <w:tcPr>
            <w:tcW w:w="9288" w:type="dxa"/>
          </w:tcPr>
          <w:p w14:paraId="3DF0F3DE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Amérique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Nord|États-Unis</w:t>
            </w:r>
            <w:proofErr w:type="spellEnd"/>
          </w:p>
        </w:tc>
      </w:tr>
      <w:tr w:rsidR="00D4721F" w:rsidRPr="0096400F" w14:paraId="755FB273" w14:textId="77777777" w:rsidTr="00F9728D">
        <w:tc>
          <w:tcPr>
            <w:tcW w:w="792" w:type="dxa"/>
          </w:tcPr>
          <w:p w14:paraId="2454F05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4</w:t>
            </w:r>
          </w:p>
        </w:tc>
        <w:tc>
          <w:tcPr>
            <w:tcW w:w="9288" w:type="dxa"/>
          </w:tcPr>
          <w:p w14:paraId="6994326F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Caraïbes/Amérique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centrale|Bahamas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>, les</w:t>
            </w:r>
          </w:p>
        </w:tc>
      </w:tr>
      <w:tr w:rsidR="00D4721F" w:rsidRPr="0096400F" w14:paraId="64636B7D" w14:textId="77777777" w:rsidTr="00F9728D">
        <w:tc>
          <w:tcPr>
            <w:tcW w:w="792" w:type="dxa"/>
          </w:tcPr>
          <w:p w14:paraId="734DD5B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5</w:t>
            </w:r>
          </w:p>
        </w:tc>
        <w:tc>
          <w:tcPr>
            <w:tcW w:w="9288" w:type="dxa"/>
          </w:tcPr>
          <w:p w14:paraId="0C0CDC1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Caraïbes/Amérique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centrale|Barbade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</w:t>
            </w:r>
          </w:p>
        </w:tc>
      </w:tr>
      <w:tr w:rsidR="00D4721F" w:rsidRPr="0096400F" w14:paraId="0ED77A9F" w14:textId="77777777" w:rsidTr="00F9728D">
        <w:tc>
          <w:tcPr>
            <w:tcW w:w="792" w:type="dxa"/>
          </w:tcPr>
          <w:p w14:paraId="551F8927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6</w:t>
            </w:r>
          </w:p>
        </w:tc>
        <w:tc>
          <w:tcPr>
            <w:tcW w:w="9288" w:type="dxa"/>
          </w:tcPr>
          <w:p w14:paraId="35DD88D7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Caraïbes/Amérique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centrale|îles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Caïmans </w:t>
            </w:r>
          </w:p>
        </w:tc>
      </w:tr>
      <w:tr w:rsidR="00D4721F" w:rsidRPr="0096400F" w14:paraId="6FCC7F4D" w14:textId="77777777" w:rsidTr="00F9728D">
        <w:tc>
          <w:tcPr>
            <w:tcW w:w="792" w:type="dxa"/>
          </w:tcPr>
          <w:p w14:paraId="7B87E96B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7</w:t>
            </w:r>
          </w:p>
        </w:tc>
        <w:tc>
          <w:tcPr>
            <w:tcW w:w="9288" w:type="dxa"/>
          </w:tcPr>
          <w:p w14:paraId="2812AEE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Caraïbes/Amérique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centrale|Costa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Rica </w:t>
            </w:r>
          </w:p>
        </w:tc>
      </w:tr>
      <w:tr w:rsidR="00D4721F" w:rsidRPr="0096400F" w14:paraId="3F05B26A" w14:textId="77777777" w:rsidTr="00F9728D">
        <w:tc>
          <w:tcPr>
            <w:tcW w:w="792" w:type="dxa"/>
          </w:tcPr>
          <w:p w14:paraId="133C8D5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8</w:t>
            </w:r>
          </w:p>
        </w:tc>
        <w:tc>
          <w:tcPr>
            <w:tcW w:w="9288" w:type="dxa"/>
          </w:tcPr>
          <w:p w14:paraId="1506C02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Caraïbes/Amérique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centrale|Cuba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</w:t>
            </w:r>
          </w:p>
        </w:tc>
      </w:tr>
      <w:tr w:rsidR="00D4721F" w:rsidRPr="0096400F" w14:paraId="38C7EF2B" w14:textId="77777777" w:rsidTr="00F9728D">
        <w:tc>
          <w:tcPr>
            <w:tcW w:w="792" w:type="dxa"/>
          </w:tcPr>
          <w:p w14:paraId="589A731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9</w:t>
            </w:r>
          </w:p>
        </w:tc>
        <w:tc>
          <w:tcPr>
            <w:tcW w:w="9288" w:type="dxa"/>
          </w:tcPr>
          <w:p w14:paraId="383DE00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Caraïbes/Amérique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centrale|Dominique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</w:t>
            </w:r>
          </w:p>
        </w:tc>
      </w:tr>
      <w:tr w:rsidR="00D4721F" w:rsidRPr="0096400F" w14:paraId="04DC7F7F" w14:textId="77777777" w:rsidTr="00F9728D">
        <w:tc>
          <w:tcPr>
            <w:tcW w:w="792" w:type="dxa"/>
          </w:tcPr>
          <w:p w14:paraId="692F05CE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10</w:t>
            </w:r>
          </w:p>
        </w:tc>
        <w:tc>
          <w:tcPr>
            <w:tcW w:w="9288" w:type="dxa"/>
          </w:tcPr>
          <w:p w14:paraId="4BFEB11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Caraïbes/Amérique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centrale|République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dominicaine</w:t>
            </w:r>
          </w:p>
        </w:tc>
      </w:tr>
      <w:tr w:rsidR="00D4721F" w:rsidRPr="0096400F" w14:paraId="7721D406" w14:textId="77777777" w:rsidTr="00F9728D">
        <w:tc>
          <w:tcPr>
            <w:tcW w:w="792" w:type="dxa"/>
          </w:tcPr>
          <w:p w14:paraId="1A13F13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11</w:t>
            </w:r>
          </w:p>
        </w:tc>
        <w:tc>
          <w:tcPr>
            <w:tcW w:w="9288" w:type="dxa"/>
          </w:tcPr>
          <w:p w14:paraId="0A18DEA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es-MX" w:eastAsia="en-US"/>
              </w:rPr>
            </w:pPr>
            <w:proofErr w:type="spellStart"/>
            <w:r w:rsidRPr="0096400F">
              <w:rPr>
                <w:rFonts w:ascii="Cambria" w:hAnsi="Cambria"/>
                <w:szCs w:val="22"/>
                <w:lang w:val="es-MX" w:eastAsia="en-US"/>
              </w:rPr>
              <w:t>Caraïbes</w:t>
            </w:r>
            <w:proofErr w:type="spellEnd"/>
            <w:r w:rsidRPr="0096400F">
              <w:rPr>
                <w:rFonts w:ascii="Cambria" w:hAnsi="Cambria"/>
                <w:szCs w:val="22"/>
                <w:lang w:val="es-MX" w:eastAsia="en-US"/>
              </w:rPr>
              <w:t xml:space="preserve">/Amérique </w:t>
            </w:r>
            <w:proofErr w:type="spellStart"/>
            <w:r w:rsidRPr="0096400F">
              <w:rPr>
                <w:rFonts w:ascii="Cambria" w:hAnsi="Cambria"/>
                <w:szCs w:val="22"/>
                <w:lang w:val="es-MX" w:eastAsia="en-US"/>
              </w:rPr>
              <w:t>centrale|El</w:t>
            </w:r>
            <w:proofErr w:type="spellEnd"/>
            <w:r w:rsidRPr="0096400F">
              <w:rPr>
                <w:rFonts w:ascii="Cambria" w:hAnsi="Cambria"/>
                <w:szCs w:val="22"/>
                <w:lang w:val="es-MX" w:eastAsia="en-US"/>
              </w:rPr>
              <w:t xml:space="preserve"> Salvador</w:t>
            </w:r>
          </w:p>
        </w:tc>
      </w:tr>
      <w:tr w:rsidR="00D4721F" w:rsidRPr="0096400F" w14:paraId="68032926" w14:textId="77777777" w:rsidTr="00F9728D">
        <w:tc>
          <w:tcPr>
            <w:tcW w:w="792" w:type="dxa"/>
          </w:tcPr>
          <w:p w14:paraId="67CFEEF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12</w:t>
            </w:r>
          </w:p>
        </w:tc>
        <w:tc>
          <w:tcPr>
            <w:tcW w:w="9288" w:type="dxa"/>
          </w:tcPr>
          <w:p w14:paraId="2F0EDB6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Caraïbes/Amérique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centrale|Grenade</w:t>
            </w:r>
            <w:proofErr w:type="spellEnd"/>
          </w:p>
        </w:tc>
      </w:tr>
      <w:tr w:rsidR="00D4721F" w:rsidRPr="0096400F" w14:paraId="19F1DB07" w14:textId="77777777" w:rsidTr="00F9728D">
        <w:tc>
          <w:tcPr>
            <w:tcW w:w="792" w:type="dxa"/>
          </w:tcPr>
          <w:p w14:paraId="5C4E7BE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13</w:t>
            </w:r>
          </w:p>
        </w:tc>
        <w:tc>
          <w:tcPr>
            <w:tcW w:w="9288" w:type="dxa"/>
          </w:tcPr>
          <w:p w14:paraId="49F36837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Caraïbes/Amérique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centrale|Guadeloupe</w:t>
            </w:r>
            <w:proofErr w:type="spellEnd"/>
          </w:p>
        </w:tc>
      </w:tr>
      <w:tr w:rsidR="00D4721F" w:rsidRPr="0096400F" w14:paraId="4DC49DCD" w14:textId="77777777" w:rsidTr="00F9728D">
        <w:tc>
          <w:tcPr>
            <w:tcW w:w="792" w:type="dxa"/>
          </w:tcPr>
          <w:p w14:paraId="6E6C553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14</w:t>
            </w:r>
          </w:p>
        </w:tc>
        <w:tc>
          <w:tcPr>
            <w:tcW w:w="9288" w:type="dxa"/>
          </w:tcPr>
          <w:p w14:paraId="4D0ED9C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Caraïbes/Amérique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centrale|Guatemala</w:t>
            </w:r>
            <w:proofErr w:type="spellEnd"/>
          </w:p>
        </w:tc>
      </w:tr>
      <w:tr w:rsidR="00D4721F" w:rsidRPr="0096400F" w14:paraId="1882CA13" w14:textId="77777777" w:rsidTr="00F9728D">
        <w:tc>
          <w:tcPr>
            <w:tcW w:w="792" w:type="dxa"/>
          </w:tcPr>
          <w:p w14:paraId="0AE68F67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15</w:t>
            </w:r>
          </w:p>
        </w:tc>
        <w:tc>
          <w:tcPr>
            <w:tcW w:w="9288" w:type="dxa"/>
          </w:tcPr>
          <w:p w14:paraId="4A18124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Caraïbes/Amérique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centrale|Haïti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</w:t>
            </w:r>
          </w:p>
        </w:tc>
      </w:tr>
      <w:tr w:rsidR="00D4721F" w:rsidRPr="0096400F" w14:paraId="37C4EFF2" w14:textId="77777777" w:rsidTr="00F9728D">
        <w:tc>
          <w:tcPr>
            <w:tcW w:w="792" w:type="dxa"/>
          </w:tcPr>
          <w:p w14:paraId="6C8EF3E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16</w:t>
            </w:r>
          </w:p>
        </w:tc>
        <w:tc>
          <w:tcPr>
            <w:tcW w:w="9288" w:type="dxa"/>
          </w:tcPr>
          <w:p w14:paraId="43308757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Caraïbes/Amérique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centrale|Honduras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</w:t>
            </w:r>
          </w:p>
        </w:tc>
      </w:tr>
      <w:tr w:rsidR="00D4721F" w:rsidRPr="0096400F" w14:paraId="693B37E1" w14:textId="77777777" w:rsidTr="00F9728D">
        <w:tc>
          <w:tcPr>
            <w:tcW w:w="792" w:type="dxa"/>
          </w:tcPr>
          <w:p w14:paraId="1935DA8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17</w:t>
            </w:r>
          </w:p>
        </w:tc>
        <w:tc>
          <w:tcPr>
            <w:tcW w:w="9288" w:type="dxa"/>
          </w:tcPr>
          <w:p w14:paraId="420C343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Caraïbes/Amérique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centrale|Jamaïque</w:t>
            </w:r>
            <w:proofErr w:type="spellEnd"/>
          </w:p>
        </w:tc>
      </w:tr>
      <w:tr w:rsidR="00D4721F" w:rsidRPr="0096400F" w14:paraId="76A3F477" w14:textId="77777777" w:rsidTr="00F9728D">
        <w:tc>
          <w:tcPr>
            <w:tcW w:w="792" w:type="dxa"/>
          </w:tcPr>
          <w:p w14:paraId="1FDBAB2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18</w:t>
            </w:r>
          </w:p>
        </w:tc>
        <w:tc>
          <w:tcPr>
            <w:tcW w:w="9288" w:type="dxa"/>
          </w:tcPr>
          <w:p w14:paraId="4941A6A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Caraïbes/Amérique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centrale|Martinique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</w:t>
            </w:r>
          </w:p>
        </w:tc>
      </w:tr>
      <w:tr w:rsidR="00D4721F" w:rsidRPr="0096400F" w14:paraId="1A6C6BDA" w14:textId="77777777" w:rsidTr="00F9728D">
        <w:tc>
          <w:tcPr>
            <w:tcW w:w="792" w:type="dxa"/>
          </w:tcPr>
          <w:p w14:paraId="0AE66D39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19</w:t>
            </w:r>
          </w:p>
        </w:tc>
        <w:tc>
          <w:tcPr>
            <w:tcW w:w="9288" w:type="dxa"/>
          </w:tcPr>
          <w:p w14:paraId="44F8DE14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Caraïbes/Amérique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centrale|Nicaragua</w:t>
            </w:r>
            <w:proofErr w:type="spellEnd"/>
          </w:p>
        </w:tc>
      </w:tr>
      <w:tr w:rsidR="00D4721F" w:rsidRPr="0096400F" w14:paraId="553D4B04" w14:textId="77777777" w:rsidTr="00F9728D">
        <w:tc>
          <w:tcPr>
            <w:tcW w:w="792" w:type="dxa"/>
          </w:tcPr>
          <w:p w14:paraId="4C7241B7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20</w:t>
            </w:r>
          </w:p>
        </w:tc>
        <w:tc>
          <w:tcPr>
            <w:tcW w:w="9288" w:type="dxa"/>
          </w:tcPr>
          <w:p w14:paraId="564FFA2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Caraïbes/Amérique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centrale|Panama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>, République du</w:t>
            </w:r>
          </w:p>
        </w:tc>
      </w:tr>
      <w:tr w:rsidR="00D4721F" w:rsidRPr="0096400F" w14:paraId="64E37A2F" w14:textId="77777777" w:rsidTr="00F9728D">
        <w:tc>
          <w:tcPr>
            <w:tcW w:w="792" w:type="dxa"/>
          </w:tcPr>
          <w:p w14:paraId="2B73BAE9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21</w:t>
            </w:r>
          </w:p>
        </w:tc>
        <w:tc>
          <w:tcPr>
            <w:tcW w:w="9288" w:type="dxa"/>
          </w:tcPr>
          <w:p w14:paraId="11D64A0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Caraïbes/Amérique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centrale|Sainte-Lucie</w:t>
            </w:r>
            <w:proofErr w:type="spellEnd"/>
          </w:p>
        </w:tc>
      </w:tr>
      <w:tr w:rsidR="00D4721F" w:rsidRPr="0096400F" w14:paraId="4E5126AE" w14:textId="77777777" w:rsidTr="00F9728D">
        <w:tc>
          <w:tcPr>
            <w:tcW w:w="792" w:type="dxa"/>
          </w:tcPr>
          <w:p w14:paraId="05D3566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22</w:t>
            </w:r>
          </w:p>
        </w:tc>
        <w:tc>
          <w:tcPr>
            <w:tcW w:w="9288" w:type="dxa"/>
          </w:tcPr>
          <w:p w14:paraId="17A5CA5E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Caraïbes/Amérique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centrale|Saint-Kitts-et-Nevis</w:t>
            </w:r>
            <w:proofErr w:type="spellEnd"/>
          </w:p>
        </w:tc>
      </w:tr>
      <w:tr w:rsidR="00D4721F" w:rsidRPr="0096400F" w14:paraId="630B6857" w14:textId="77777777" w:rsidTr="00F9728D">
        <w:tc>
          <w:tcPr>
            <w:tcW w:w="792" w:type="dxa"/>
          </w:tcPr>
          <w:p w14:paraId="1A45B35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23</w:t>
            </w:r>
          </w:p>
        </w:tc>
        <w:tc>
          <w:tcPr>
            <w:tcW w:w="9288" w:type="dxa"/>
          </w:tcPr>
          <w:p w14:paraId="7EFDA0B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Caraïbes/Amérique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centrale|Saint-Vincent-et-les-Grenadines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</w:t>
            </w:r>
          </w:p>
        </w:tc>
      </w:tr>
      <w:tr w:rsidR="00D4721F" w:rsidRPr="0096400F" w14:paraId="10859476" w14:textId="77777777" w:rsidTr="00F9728D">
        <w:tc>
          <w:tcPr>
            <w:tcW w:w="792" w:type="dxa"/>
          </w:tcPr>
          <w:p w14:paraId="47AEC61E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24</w:t>
            </w:r>
          </w:p>
        </w:tc>
        <w:tc>
          <w:tcPr>
            <w:tcW w:w="9288" w:type="dxa"/>
          </w:tcPr>
          <w:p w14:paraId="16F3580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Caraïbes/Amérique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centrale|Trinité-et-Tobago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, République de </w:t>
            </w:r>
          </w:p>
        </w:tc>
      </w:tr>
      <w:tr w:rsidR="00D4721F" w:rsidRPr="0096400F" w14:paraId="27A97050" w14:textId="77777777" w:rsidTr="00F9728D">
        <w:tc>
          <w:tcPr>
            <w:tcW w:w="792" w:type="dxa"/>
          </w:tcPr>
          <w:p w14:paraId="6F9D2D0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26</w:t>
            </w:r>
          </w:p>
        </w:tc>
        <w:tc>
          <w:tcPr>
            <w:tcW w:w="9288" w:type="dxa"/>
          </w:tcPr>
          <w:p w14:paraId="7BD4A42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Amérique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Sud|Argentine</w:t>
            </w:r>
            <w:proofErr w:type="spellEnd"/>
          </w:p>
        </w:tc>
      </w:tr>
      <w:tr w:rsidR="00D4721F" w:rsidRPr="0096400F" w14:paraId="1EF1113E" w14:textId="77777777" w:rsidTr="00F9728D">
        <w:tc>
          <w:tcPr>
            <w:tcW w:w="792" w:type="dxa"/>
          </w:tcPr>
          <w:p w14:paraId="2A467D5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25</w:t>
            </w:r>
          </w:p>
        </w:tc>
        <w:tc>
          <w:tcPr>
            <w:tcW w:w="9288" w:type="dxa"/>
          </w:tcPr>
          <w:p w14:paraId="6D422E24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Amérique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Sud|Brésil</w:t>
            </w:r>
            <w:proofErr w:type="spellEnd"/>
          </w:p>
        </w:tc>
      </w:tr>
      <w:tr w:rsidR="00D4721F" w:rsidRPr="0096400F" w14:paraId="5EDF72BA" w14:textId="77777777" w:rsidTr="00F9728D">
        <w:tc>
          <w:tcPr>
            <w:tcW w:w="792" w:type="dxa"/>
          </w:tcPr>
          <w:p w14:paraId="212F3C3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27</w:t>
            </w:r>
          </w:p>
        </w:tc>
        <w:tc>
          <w:tcPr>
            <w:tcW w:w="9288" w:type="dxa"/>
          </w:tcPr>
          <w:p w14:paraId="2C2692EE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Amérique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Sud|Bolivie</w:t>
            </w:r>
            <w:proofErr w:type="spellEnd"/>
          </w:p>
        </w:tc>
      </w:tr>
      <w:tr w:rsidR="00D4721F" w:rsidRPr="0096400F" w14:paraId="7F7AE07C" w14:textId="77777777" w:rsidTr="00F9728D">
        <w:tc>
          <w:tcPr>
            <w:tcW w:w="792" w:type="dxa"/>
          </w:tcPr>
          <w:p w14:paraId="3D41213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28</w:t>
            </w:r>
          </w:p>
        </w:tc>
        <w:tc>
          <w:tcPr>
            <w:tcW w:w="9288" w:type="dxa"/>
          </w:tcPr>
          <w:p w14:paraId="06A4E89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Amérique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Sud|Chili</w:t>
            </w:r>
            <w:proofErr w:type="spellEnd"/>
          </w:p>
        </w:tc>
      </w:tr>
      <w:tr w:rsidR="00D4721F" w:rsidRPr="0096400F" w14:paraId="6F7624CB" w14:textId="77777777" w:rsidTr="00F9728D">
        <w:tc>
          <w:tcPr>
            <w:tcW w:w="792" w:type="dxa"/>
          </w:tcPr>
          <w:p w14:paraId="2802DEC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29</w:t>
            </w:r>
          </w:p>
        </w:tc>
        <w:tc>
          <w:tcPr>
            <w:tcW w:w="9288" w:type="dxa"/>
          </w:tcPr>
          <w:p w14:paraId="112910C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Amérique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Sud|Colombie</w:t>
            </w:r>
            <w:proofErr w:type="spellEnd"/>
          </w:p>
        </w:tc>
      </w:tr>
      <w:tr w:rsidR="00D4721F" w:rsidRPr="0096400F" w14:paraId="34815090" w14:textId="77777777" w:rsidTr="00F9728D">
        <w:tc>
          <w:tcPr>
            <w:tcW w:w="792" w:type="dxa"/>
          </w:tcPr>
          <w:p w14:paraId="226E72EA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30</w:t>
            </w:r>
          </w:p>
        </w:tc>
        <w:tc>
          <w:tcPr>
            <w:tcW w:w="9288" w:type="dxa"/>
          </w:tcPr>
          <w:p w14:paraId="023B358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Amérique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Sud|Équateur</w:t>
            </w:r>
            <w:proofErr w:type="spellEnd"/>
          </w:p>
        </w:tc>
      </w:tr>
      <w:tr w:rsidR="00D4721F" w:rsidRPr="0096400F" w14:paraId="625AB2EA" w14:textId="77777777" w:rsidTr="00F9728D">
        <w:tc>
          <w:tcPr>
            <w:tcW w:w="792" w:type="dxa"/>
          </w:tcPr>
          <w:p w14:paraId="5FFC79F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31</w:t>
            </w:r>
          </w:p>
        </w:tc>
        <w:tc>
          <w:tcPr>
            <w:tcW w:w="9288" w:type="dxa"/>
          </w:tcPr>
          <w:p w14:paraId="73DF8E1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Amérique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Sud|Guyane</w:t>
            </w:r>
            <w:proofErr w:type="spellEnd"/>
          </w:p>
        </w:tc>
      </w:tr>
      <w:tr w:rsidR="00D4721F" w:rsidRPr="0096400F" w14:paraId="68C706A1" w14:textId="77777777" w:rsidTr="00F9728D">
        <w:tc>
          <w:tcPr>
            <w:tcW w:w="792" w:type="dxa"/>
          </w:tcPr>
          <w:p w14:paraId="4C8E9B7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32</w:t>
            </w:r>
          </w:p>
        </w:tc>
        <w:tc>
          <w:tcPr>
            <w:tcW w:w="9288" w:type="dxa"/>
          </w:tcPr>
          <w:p w14:paraId="15EE0F2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Amérique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Sud|Paraguay</w:t>
            </w:r>
            <w:proofErr w:type="spellEnd"/>
          </w:p>
        </w:tc>
      </w:tr>
      <w:tr w:rsidR="00D4721F" w:rsidRPr="0096400F" w14:paraId="1A501DAB" w14:textId="77777777" w:rsidTr="00F9728D">
        <w:tc>
          <w:tcPr>
            <w:tcW w:w="792" w:type="dxa"/>
          </w:tcPr>
          <w:p w14:paraId="36563DAF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33</w:t>
            </w:r>
          </w:p>
        </w:tc>
        <w:tc>
          <w:tcPr>
            <w:tcW w:w="9288" w:type="dxa"/>
          </w:tcPr>
          <w:p w14:paraId="25892B5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Amérique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Sud|Pérou</w:t>
            </w:r>
            <w:proofErr w:type="spellEnd"/>
          </w:p>
        </w:tc>
      </w:tr>
      <w:tr w:rsidR="00D4721F" w:rsidRPr="0096400F" w14:paraId="47AD771B" w14:textId="77777777" w:rsidTr="00F9728D">
        <w:tc>
          <w:tcPr>
            <w:tcW w:w="792" w:type="dxa"/>
          </w:tcPr>
          <w:p w14:paraId="0E8EEF0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34</w:t>
            </w:r>
          </w:p>
        </w:tc>
        <w:tc>
          <w:tcPr>
            <w:tcW w:w="9288" w:type="dxa"/>
          </w:tcPr>
          <w:p w14:paraId="1C74CB7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Amérique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Sud|Uruguay</w:t>
            </w:r>
            <w:proofErr w:type="spellEnd"/>
          </w:p>
        </w:tc>
      </w:tr>
      <w:tr w:rsidR="00D4721F" w:rsidRPr="0096400F" w14:paraId="1CE0D5A3" w14:textId="77777777" w:rsidTr="00F9728D">
        <w:tc>
          <w:tcPr>
            <w:tcW w:w="792" w:type="dxa"/>
          </w:tcPr>
          <w:p w14:paraId="64BF247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35</w:t>
            </w:r>
          </w:p>
        </w:tc>
        <w:tc>
          <w:tcPr>
            <w:tcW w:w="9288" w:type="dxa"/>
          </w:tcPr>
          <w:p w14:paraId="13E6EB6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Amérique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Sud|Venezuela</w:t>
            </w:r>
            <w:proofErr w:type="spellEnd"/>
          </w:p>
        </w:tc>
      </w:tr>
      <w:tr w:rsidR="00D4721F" w:rsidRPr="0096400F" w14:paraId="417A6B10" w14:textId="77777777" w:rsidTr="00F9728D">
        <w:tc>
          <w:tcPr>
            <w:tcW w:w="792" w:type="dxa"/>
          </w:tcPr>
          <w:p w14:paraId="7870892E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37</w:t>
            </w:r>
          </w:p>
        </w:tc>
        <w:tc>
          <w:tcPr>
            <w:tcW w:w="9288" w:type="dxa"/>
          </w:tcPr>
          <w:p w14:paraId="104BA80B" w14:textId="5E7743C8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Europe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Est|Bélarus</w:t>
            </w:r>
            <w:proofErr w:type="spellEnd"/>
          </w:p>
        </w:tc>
      </w:tr>
      <w:tr w:rsidR="00D4721F" w:rsidRPr="0096400F" w14:paraId="629AC4EA" w14:textId="77777777" w:rsidTr="00F9728D">
        <w:tc>
          <w:tcPr>
            <w:tcW w:w="792" w:type="dxa"/>
          </w:tcPr>
          <w:p w14:paraId="106A2014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38</w:t>
            </w:r>
          </w:p>
        </w:tc>
        <w:tc>
          <w:tcPr>
            <w:tcW w:w="9288" w:type="dxa"/>
          </w:tcPr>
          <w:p w14:paraId="525D5BE2" w14:textId="0C7B98B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Europe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Est|Bulgarie</w:t>
            </w:r>
            <w:proofErr w:type="spellEnd"/>
          </w:p>
        </w:tc>
      </w:tr>
      <w:tr w:rsidR="00D4721F" w:rsidRPr="0096400F" w14:paraId="1A35F0D6" w14:textId="77777777" w:rsidTr="00F9728D">
        <w:tc>
          <w:tcPr>
            <w:tcW w:w="792" w:type="dxa"/>
          </w:tcPr>
          <w:p w14:paraId="668140B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39</w:t>
            </w:r>
          </w:p>
        </w:tc>
        <w:tc>
          <w:tcPr>
            <w:tcW w:w="9288" w:type="dxa"/>
          </w:tcPr>
          <w:p w14:paraId="079C820D" w14:textId="64F9BD22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Europe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Est|République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tchèque</w:t>
            </w:r>
          </w:p>
        </w:tc>
      </w:tr>
      <w:tr w:rsidR="00D4721F" w:rsidRPr="0096400F" w14:paraId="7A99019B" w14:textId="77777777" w:rsidTr="00F9728D">
        <w:tc>
          <w:tcPr>
            <w:tcW w:w="792" w:type="dxa"/>
          </w:tcPr>
          <w:p w14:paraId="2264F97E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40</w:t>
            </w:r>
          </w:p>
        </w:tc>
        <w:tc>
          <w:tcPr>
            <w:tcW w:w="9288" w:type="dxa"/>
          </w:tcPr>
          <w:p w14:paraId="16C40FA6" w14:textId="4BC0B7CF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Europe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Est|Hongrie</w:t>
            </w:r>
            <w:proofErr w:type="spellEnd"/>
          </w:p>
        </w:tc>
      </w:tr>
      <w:tr w:rsidR="00D4721F" w:rsidRPr="0096400F" w14:paraId="5BBFDF63" w14:textId="77777777" w:rsidTr="00F9728D">
        <w:tc>
          <w:tcPr>
            <w:tcW w:w="792" w:type="dxa"/>
          </w:tcPr>
          <w:p w14:paraId="5ADFA14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41</w:t>
            </w:r>
          </w:p>
        </w:tc>
        <w:tc>
          <w:tcPr>
            <w:tcW w:w="9288" w:type="dxa"/>
          </w:tcPr>
          <w:p w14:paraId="5039FD86" w14:textId="491B30F1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Europe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Est|Moldavie</w:t>
            </w:r>
            <w:proofErr w:type="spellEnd"/>
          </w:p>
        </w:tc>
      </w:tr>
      <w:tr w:rsidR="00D4721F" w:rsidRPr="0096400F" w14:paraId="3A383EA4" w14:textId="77777777" w:rsidTr="00F9728D">
        <w:tc>
          <w:tcPr>
            <w:tcW w:w="792" w:type="dxa"/>
          </w:tcPr>
          <w:p w14:paraId="6AE9AD6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42</w:t>
            </w:r>
          </w:p>
        </w:tc>
        <w:tc>
          <w:tcPr>
            <w:tcW w:w="9288" w:type="dxa"/>
          </w:tcPr>
          <w:p w14:paraId="21AE63D2" w14:textId="07D14A98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Europe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Est|Pologne</w:t>
            </w:r>
            <w:proofErr w:type="spellEnd"/>
          </w:p>
        </w:tc>
      </w:tr>
      <w:tr w:rsidR="00D4721F" w:rsidRPr="0096400F" w14:paraId="76DF94DB" w14:textId="77777777" w:rsidTr="00F9728D">
        <w:tc>
          <w:tcPr>
            <w:tcW w:w="792" w:type="dxa"/>
          </w:tcPr>
          <w:p w14:paraId="1AC7DAC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43</w:t>
            </w:r>
          </w:p>
        </w:tc>
        <w:tc>
          <w:tcPr>
            <w:tcW w:w="9288" w:type="dxa"/>
          </w:tcPr>
          <w:p w14:paraId="00206C18" w14:textId="15CBC4FB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Europe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Est|Roumanie</w:t>
            </w:r>
            <w:proofErr w:type="spellEnd"/>
          </w:p>
        </w:tc>
      </w:tr>
      <w:tr w:rsidR="00D4721F" w:rsidRPr="0096400F" w14:paraId="13B3ADF6" w14:textId="77777777" w:rsidTr="00F9728D">
        <w:tc>
          <w:tcPr>
            <w:tcW w:w="792" w:type="dxa"/>
          </w:tcPr>
          <w:p w14:paraId="7A5E81FA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44</w:t>
            </w:r>
          </w:p>
        </w:tc>
        <w:tc>
          <w:tcPr>
            <w:tcW w:w="9288" w:type="dxa"/>
          </w:tcPr>
          <w:p w14:paraId="16AD5C1E" w14:textId="3DAAA84F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Europe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Est|Russie</w:t>
            </w:r>
            <w:proofErr w:type="spellEnd"/>
          </w:p>
        </w:tc>
      </w:tr>
      <w:tr w:rsidR="00D4721F" w:rsidRPr="0096400F" w14:paraId="438B7DBA" w14:textId="77777777" w:rsidTr="00F9728D">
        <w:tc>
          <w:tcPr>
            <w:tcW w:w="792" w:type="dxa"/>
          </w:tcPr>
          <w:p w14:paraId="6F257FA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45</w:t>
            </w:r>
          </w:p>
        </w:tc>
        <w:tc>
          <w:tcPr>
            <w:tcW w:w="9288" w:type="dxa"/>
          </w:tcPr>
          <w:p w14:paraId="0C9ECF83" w14:textId="6002A380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Europe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Est|République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slovaque</w:t>
            </w:r>
          </w:p>
        </w:tc>
      </w:tr>
      <w:tr w:rsidR="00D4721F" w:rsidRPr="0096400F" w14:paraId="5513EFF3" w14:textId="77777777" w:rsidTr="00F9728D">
        <w:tc>
          <w:tcPr>
            <w:tcW w:w="792" w:type="dxa"/>
          </w:tcPr>
          <w:p w14:paraId="596317B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46</w:t>
            </w:r>
          </w:p>
        </w:tc>
        <w:tc>
          <w:tcPr>
            <w:tcW w:w="9288" w:type="dxa"/>
          </w:tcPr>
          <w:p w14:paraId="4990DA4F" w14:textId="290AD622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Europe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Est|Ukraine</w:t>
            </w:r>
            <w:proofErr w:type="spellEnd"/>
          </w:p>
        </w:tc>
      </w:tr>
      <w:tr w:rsidR="00D4721F" w:rsidRPr="0096400F" w14:paraId="06A68C98" w14:textId="77777777" w:rsidTr="00F9728D">
        <w:tc>
          <w:tcPr>
            <w:tcW w:w="792" w:type="dxa"/>
          </w:tcPr>
          <w:p w14:paraId="78E922A7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47</w:t>
            </w:r>
          </w:p>
        </w:tc>
        <w:tc>
          <w:tcPr>
            <w:tcW w:w="9288" w:type="dxa"/>
          </w:tcPr>
          <w:p w14:paraId="22E357A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Nord|Danemark</w:t>
            </w:r>
            <w:proofErr w:type="spellEnd"/>
          </w:p>
        </w:tc>
      </w:tr>
      <w:tr w:rsidR="00D4721F" w:rsidRPr="0096400F" w14:paraId="5C08A35E" w14:textId="77777777" w:rsidTr="00F9728D">
        <w:tc>
          <w:tcPr>
            <w:tcW w:w="792" w:type="dxa"/>
          </w:tcPr>
          <w:p w14:paraId="3E6C5E6A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48</w:t>
            </w:r>
          </w:p>
        </w:tc>
        <w:tc>
          <w:tcPr>
            <w:tcW w:w="9288" w:type="dxa"/>
          </w:tcPr>
          <w:p w14:paraId="5E6ECF04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Nord|Angleterre</w:t>
            </w:r>
            <w:proofErr w:type="spellEnd"/>
          </w:p>
        </w:tc>
      </w:tr>
      <w:tr w:rsidR="00D4721F" w:rsidRPr="0096400F" w14:paraId="7773DB27" w14:textId="77777777" w:rsidTr="00F9728D">
        <w:tc>
          <w:tcPr>
            <w:tcW w:w="792" w:type="dxa"/>
          </w:tcPr>
          <w:p w14:paraId="527041F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49</w:t>
            </w:r>
          </w:p>
        </w:tc>
        <w:tc>
          <w:tcPr>
            <w:tcW w:w="9288" w:type="dxa"/>
          </w:tcPr>
          <w:p w14:paraId="379F5B07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Nord|Estonie</w:t>
            </w:r>
            <w:proofErr w:type="spellEnd"/>
          </w:p>
        </w:tc>
      </w:tr>
      <w:tr w:rsidR="00D4721F" w:rsidRPr="0096400F" w14:paraId="1895EF8C" w14:textId="77777777" w:rsidTr="00F9728D">
        <w:tc>
          <w:tcPr>
            <w:tcW w:w="792" w:type="dxa"/>
          </w:tcPr>
          <w:p w14:paraId="32AB6F8A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50</w:t>
            </w:r>
          </w:p>
        </w:tc>
        <w:tc>
          <w:tcPr>
            <w:tcW w:w="9288" w:type="dxa"/>
          </w:tcPr>
          <w:p w14:paraId="75E2CB1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Nord|Finlande</w:t>
            </w:r>
            <w:proofErr w:type="spellEnd"/>
          </w:p>
        </w:tc>
      </w:tr>
      <w:tr w:rsidR="00D4721F" w:rsidRPr="0096400F" w14:paraId="379DBC8A" w14:textId="77777777" w:rsidTr="00F9728D">
        <w:tc>
          <w:tcPr>
            <w:tcW w:w="792" w:type="dxa"/>
          </w:tcPr>
          <w:p w14:paraId="4B139EB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51</w:t>
            </w:r>
          </w:p>
        </w:tc>
        <w:tc>
          <w:tcPr>
            <w:tcW w:w="9288" w:type="dxa"/>
          </w:tcPr>
          <w:p w14:paraId="4ABC5F38" w14:textId="798A2D12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Nord|Irlande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>, République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</w:p>
        </w:tc>
      </w:tr>
      <w:tr w:rsidR="00D4721F" w:rsidRPr="0096400F" w14:paraId="4C704CF2" w14:textId="77777777" w:rsidTr="00F9728D">
        <w:tc>
          <w:tcPr>
            <w:tcW w:w="792" w:type="dxa"/>
          </w:tcPr>
          <w:p w14:paraId="3956C1C4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52</w:t>
            </w:r>
          </w:p>
        </w:tc>
        <w:tc>
          <w:tcPr>
            <w:tcW w:w="9288" w:type="dxa"/>
          </w:tcPr>
          <w:p w14:paraId="5054488E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Nord|Lettonie</w:t>
            </w:r>
            <w:proofErr w:type="spellEnd"/>
          </w:p>
        </w:tc>
      </w:tr>
      <w:tr w:rsidR="00D4721F" w:rsidRPr="0096400F" w14:paraId="49958C42" w14:textId="77777777" w:rsidTr="00F9728D">
        <w:tc>
          <w:tcPr>
            <w:tcW w:w="792" w:type="dxa"/>
          </w:tcPr>
          <w:p w14:paraId="0B44C63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53</w:t>
            </w:r>
          </w:p>
        </w:tc>
        <w:tc>
          <w:tcPr>
            <w:tcW w:w="9288" w:type="dxa"/>
          </w:tcPr>
          <w:p w14:paraId="68741D5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Nord|Lituanie</w:t>
            </w:r>
            <w:proofErr w:type="spellEnd"/>
          </w:p>
        </w:tc>
      </w:tr>
      <w:tr w:rsidR="00D4721F" w:rsidRPr="0096400F" w14:paraId="78E30B25" w14:textId="77777777" w:rsidTr="00F9728D">
        <w:tc>
          <w:tcPr>
            <w:tcW w:w="792" w:type="dxa"/>
          </w:tcPr>
          <w:p w14:paraId="0932A60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54</w:t>
            </w:r>
          </w:p>
        </w:tc>
        <w:tc>
          <w:tcPr>
            <w:tcW w:w="9288" w:type="dxa"/>
          </w:tcPr>
          <w:p w14:paraId="77184384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Nord|Irlande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du Nord</w:t>
            </w:r>
          </w:p>
        </w:tc>
      </w:tr>
      <w:tr w:rsidR="00D4721F" w:rsidRPr="0096400F" w14:paraId="4057511D" w14:textId="77777777" w:rsidTr="00F9728D">
        <w:tc>
          <w:tcPr>
            <w:tcW w:w="792" w:type="dxa"/>
          </w:tcPr>
          <w:p w14:paraId="392F95B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55</w:t>
            </w:r>
          </w:p>
        </w:tc>
        <w:tc>
          <w:tcPr>
            <w:tcW w:w="9288" w:type="dxa"/>
          </w:tcPr>
          <w:p w14:paraId="71901A8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Nord|Norvège</w:t>
            </w:r>
            <w:proofErr w:type="spellEnd"/>
          </w:p>
        </w:tc>
      </w:tr>
      <w:tr w:rsidR="00D4721F" w:rsidRPr="0096400F" w14:paraId="17A2D537" w14:textId="77777777" w:rsidTr="00F9728D">
        <w:tc>
          <w:tcPr>
            <w:tcW w:w="792" w:type="dxa"/>
          </w:tcPr>
          <w:p w14:paraId="70CFA0DF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56</w:t>
            </w:r>
          </w:p>
        </w:tc>
        <w:tc>
          <w:tcPr>
            <w:tcW w:w="9288" w:type="dxa"/>
          </w:tcPr>
          <w:p w14:paraId="685B74F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Nord|Écosse</w:t>
            </w:r>
            <w:proofErr w:type="spellEnd"/>
          </w:p>
        </w:tc>
      </w:tr>
      <w:tr w:rsidR="00D4721F" w:rsidRPr="0096400F" w14:paraId="2872DB6A" w14:textId="77777777" w:rsidTr="00F9728D">
        <w:tc>
          <w:tcPr>
            <w:tcW w:w="792" w:type="dxa"/>
          </w:tcPr>
          <w:p w14:paraId="5CDA5C4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57</w:t>
            </w:r>
          </w:p>
        </w:tc>
        <w:tc>
          <w:tcPr>
            <w:tcW w:w="9288" w:type="dxa"/>
          </w:tcPr>
          <w:p w14:paraId="4012B33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Nord|Suède</w:t>
            </w:r>
            <w:proofErr w:type="spellEnd"/>
          </w:p>
        </w:tc>
      </w:tr>
      <w:tr w:rsidR="00D4721F" w:rsidRPr="0096400F" w14:paraId="74E27410" w14:textId="77777777" w:rsidTr="00F9728D">
        <w:tc>
          <w:tcPr>
            <w:tcW w:w="792" w:type="dxa"/>
          </w:tcPr>
          <w:p w14:paraId="59584A7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58</w:t>
            </w:r>
          </w:p>
        </w:tc>
        <w:tc>
          <w:tcPr>
            <w:tcW w:w="9288" w:type="dxa"/>
          </w:tcPr>
          <w:p w14:paraId="2B2CE88F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Nord|Pays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de Galles</w:t>
            </w:r>
          </w:p>
        </w:tc>
      </w:tr>
      <w:tr w:rsidR="00D4721F" w:rsidRPr="0096400F" w14:paraId="5621EF85" w14:textId="77777777" w:rsidTr="00F9728D">
        <w:tc>
          <w:tcPr>
            <w:tcW w:w="792" w:type="dxa"/>
          </w:tcPr>
          <w:p w14:paraId="2E8B79E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59</w:t>
            </w:r>
          </w:p>
        </w:tc>
        <w:tc>
          <w:tcPr>
            <w:tcW w:w="9288" w:type="dxa"/>
          </w:tcPr>
          <w:p w14:paraId="37D088EE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Sud|Albanie</w:t>
            </w:r>
            <w:proofErr w:type="spellEnd"/>
          </w:p>
        </w:tc>
      </w:tr>
      <w:tr w:rsidR="00D4721F" w:rsidRPr="0096400F" w14:paraId="72BB79D2" w14:textId="77777777" w:rsidTr="00F9728D">
        <w:tc>
          <w:tcPr>
            <w:tcW w:w="792" w:type="dxa"/>
          </w:tcPr>
          <w:p w14:paraId="6EEEB21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60</w:t>
            </w:r>
          </w:p>
        </w:tc>
        <w:tc>
          <w:tcPr>
            <w:tcW w:w="9288" w:type="dxa"/>
          </w:tcPr>
          <w:p w14:paraId="5632B7A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Sud|Bosnie-Herzégovine</w:t>
            </w:r>
            <w:proofErr w:type="spellEnd"/>
          </w:p>
        </w:tc>
      </w:tr>
      <w:tr w:rsidR="00D4721F" w:rsidRPr="0096400F" w14:paraId="71A4B225" w14:textId="77777777" w:rsidTr="00F9728D">
        <w:tc>
          <w:tcPr>
            <w:tcW w:w="792" w:type="dxa"/>
          </w:tcPr>
          <w:p w14:paraId="1D3D616E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61</w:t>
            </w:r>
          </w:p>
        </w:tc>
        <w:tc>
          <w:tcPr>
            <w:tcW w:w="9288" w:type="dxa"/>
          </w:tcPr>
          <w:p w14:paraId="56CF816A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Sud|Croatie</w:t>
            </w:r>
            <w:proofErr w:type="spellEnd"/>
          </w:p>
        </w:tc>
      </w:tr>
      <w:tr w:rsidR="00D4721F" w:rsidRPr="0096400F" w14:paraId="7A3B5552" w14:textId="77777777" w:rsidTr="00F9728D">
        <w:tc>
          <w:tcPr>
            <w:tcW w:w="792" w:type="dxa"/>
          </w:tcPr>
          <w:p w14:paraId="5653323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62</w:t>
            </w:r>
          </w:p>
        </w:tc>
        <w:tc>
          <w:tcPr>
            <w:tcW w:w="9288" w:type="dxa"/>
          </w:tcPr>
          <w:p w14:paraId="50B992A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Sud|Gibraltar</w:t>
            </w:r>
            <w:proofErr w:type="spellEnd"/>
          </w:p>
        </w:tc>
      </w:tr>
      <w:tr w:rsidR="00D4721F" w:rsidRPr="0096400F" w14:paraId="43337C4D" w14:textId="77777777" w:rsidTr="00F9728D">
        <w:tc>
          <w:tcPr>
            <w:tcW w:w="792" w:type="dxa"/>
          </w:tcPr>
          <w:p w14:paraId="5145306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63</w:t>
            </w:r>
          </w:p>
        </w:tc>
        <w:tc>
          <w:tcPr>
            <w:tcW w:w="9288" w:type="dxa"/>
          </w:tcPr>
          <w:p w14:paraId="665E1AB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Sud|Grèce</w:t>
            </w:r>
            <w:proofErr w:type="spellEnd"/>
          </w:p>
        </w:tc>
      </w:tr>
      <w:tr w:rsidR="00D4721F" w:rsidRPr="0096400F" w14:paraId="7FFEF2C8" w14:textId="77777777" w:rsidTr="00F9728D">
        <w:tc>
          <w:tcPr>
            <w:tcW w:w="792" w:type="dxa"/>
          </w:tcPr>
          <w:p w14:paraId="29347B0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64</w:t>
            </w:r>
          </w:p>
        </w:tc>
        <w:tc>
          <w:tcPr>
            <w:tcW w:w="9288" w:type="dxa"/>
          </w:tcPr>
          <w:p w14:paraId="5D617CD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Sud|Italie</w:t>
            </w:r>
            <w:proofErr w:type="spellEnd"/>
          </w:p>
        </w:tc>
      </w:tr>
      <w:tr w:rsidR="00D4721F" w:rsidRPr="0096400F" w14:paraId="40552C5A" w14:textId="77777777" w:rsidTr="00F9728D">
        <w:tc>
          <w:tcPr>
            <w:tcW w:w="792" w:type="dxa"/>
          </w:tcPr>
          <w:p w14:paraId="72B4E91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65</w:t>
            </w:r>
          </w:p>
        </w:tc>
        <w:tc>
          <w:tcPr>
            <w:tcW w:w="9288" w:type="dxa"/>
          </w:tcPr>
          <w:p w14:paraId="215E790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Sud|Kosovo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>, République du</w:t>
            </w:r>
          </w:p>
        </w:tc>
      </w:tr>
      <w:tr w:rsidR="00D4721F" w:rsidRPr="0096400F" w14:paraId="7CA93AD9" w14:textId="77777777" w:rsidTr="00F9728D">
        <w:tc>
          <w:tcPr>
            <w:tcW w:w="792" w:type="dxa"/>
          </w:tcPr>
          <w:p w14:paraId="1E933E6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66</w:t>
            </w:r>
          </w:p>
        </w:tc>
        <w:tc>
          <w:tcPr>
            <w:tcW w:w="9288" w:type="dxa"/>
          </w:tcPr>
          <w:p w14:paraId="11CCE63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Sud|Macédoine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>, ERY</w:t>
            </w:r>
          </w:p>
        </w:tc>
      </w:tr>
      <w:tr w:rsidR="00D4721F" w:rsidRPr="0096400F" w14:paraId="2B088BE1" w14:textId="77777777" w:rsidTr="00F9728D">
        <w:tc>
          <w:tcPr>
            <w:tcW w:w="792" w:type="dxa"/>
          </w:tcPr>
          <w:p w14:paraId="034399B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67</w:t>
            </w:r>
          </w:p>
        </w:tc>
        <w:tc>
          <w:tcPr>
            <w:tcW w:w="9288" w:type="dxa"/>
          </w:tcPr>
          <w:p w14:paraId="536D815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Sud|Malte</w:t>
            </w:r>
            <w:proofErr w:type="spellEnd"/>
          </w:p>
        </w:tc>
      </w:tr>
      <w:tr w:rsidR="00D4721F" w:rsidRPr="0096400F" w14:paraId="6A6AA0C5" w14:textId="77777777" w:rsidTr="00F9728D">
        <w:tc>
          <w:tcPr>
            <w:tcW w:w="792" w:type="dxa"/>
          </w:tcPr>
          <w:p w14:paraId="01EAFEF9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68</w:t>
            </w:r>
          </w:p>
        </w:tc>
        <w:tc>
          <w:tcPr>
            <w:tcW w:w="9288" w:type="dxa"/>
          </w:tcPr>
          <w:p w14:paraId="2F444DD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Sud|Monténégro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>, République du</w:t>
            </w:r>
          </w:p>
        </w:tc>
      </w:tr>
      <w:tr w:rsidR="00D4721F" w:rsidRPr="0096400F" w14:paraId="65508F70" w14:textId="77777777" w:rsidTr="00F9728D">
        <w:tc>
          <w:tcPr>
            <w:tcW w:w="792" w:type="dxa"/>
          </w:tcPr>
          <w:p w14:paraId="17A6A5D9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69</w:t>
            </w:r>
          </w:p>
        </w:tc>
        <w:tc>
          <w:tcPr>
            <w:tcW w:w="9288" w:type="dxa"/>
          </w:tcPr>
          <w:p w14:paraId="6F35281B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Sud|Portugal</w:t>
            </w:r>
            <w:proofErr w:type="spellEnd"/>
          </w:p>
        </w:tc>
      </w:tr>
      <w:tr w:rsidR="00D4721F" w:rsidRPr="0096400F" w14:paraId="7A392F11" w14:textId="77777777" w:rsidTr="00F9728D">
        <w:tc>
          <w:tcPr>
            <w:tcW w:w="792" w:type="dxa"/>
          </w:tcPr>
          <w:p w14:paraId="5E9BB0C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70</w:t>
            </w:r>
          </w:p>
        </w:tc>
        <w:tc>
          <w:tcPr>
            <w:tcW w:w="9288" w:type="dxa"/>
          </w:tcPr>
          <w:p w14:paraId="15DA7EA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Sud|Serbie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>, République de</w:t>
            </w:r>
          </w:p>
        </w:tc>
      </w:tr>
      <w:tr w:rsidR="00D4721F" w:rsidRPr="0096400F" w14:paraId="0F5DA902" w14:textId="77777777" w:rsidTr="00F9728D">
        <w:tc>
          <w:tcPr>
            <w:tcW w:w="792" w:type="dxa"/>
          </w:tcPr>
          <w:p w14:paraId="7ECFA90A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71</w:t>
            </w:r>
          </w:p>
        </w:tc>
        <w:tc>
          <w:tcPr>
            <w:tcW w:w="9288" w:type="dxa"/>
          </w:tcPr>
          <w:p w14:paraId="7F94ED39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Europe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Sud|Espagne</w:t>
            </w:r>
            <w:proofErr w:type="spellEnd"/>
          </w:p>
        </w:tc>
      </w:tr>
      <w:tr w:rsidR="00D4721F" w:rsidRPr="0096400F" w14:paraId="1EA62ED5" w14:textId="77777777" w:rsidTr="00F9728D">
        <w:tc>
          <w:tcPr>
            <w:tcW w:w="792" w:type="dxa"/>
          </w:tcPr>
          <w:p w14:paraId="17296A9A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72</w:t>
            </w:r>
          </w:p>
        </w:tc>
        <w:tc>
          <w:tcPr>
            <w:tcW w:w="9288" w:type="dxa"/>
          </w:tcPr>
          <w:p w14:paraId="2AEB4441" w14:textId="4721F3CE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Europe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Ouest|Autriche</w:t>
            </w:r>
            <w:proofErr w:type="spellEnd"/>
          </w:p>
        </w:tc>
      </w:tr>
      <w:tr w:rsidR="00D4721F" w:rsidRPr="0096400F" w14:paraId="0F1BA76A" w14:textId="77777777" w:rsidTr="00F9728D">
        <w:tc>
          <w:tcPr>
            <w:tcW w:w="792" w:type="dxa"/>
          </w:tcPr>
          <w:p w14:paraId="685F643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73</w:t>
            </w:r>
          </w:p>
        </w:tc>
        <w:tc>
          <w:tcPr>
            <w:tcW w:w="9288" w:type="dxa"/>
          </w:tcPr>
          <w:p w14:paraId="2E946CB8" w14:textId="2C3C9A7B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Europe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Ouest|Belgique</w:t>
            </w:r>
            <w:proofErr w:type="spellEnd"/>
          </w:p>
        </w:tc>
      </w:tr>
      <w:tr w:rsidR="00D4721F" w:rsidRPr="0096400F" w14:paraId="41ABEB92" w14:textId="77777777" w:rsidTr="00F9728D">
        <w:tc>
          <w:tcPr>
            <w:tcW w:w="792" w:type="dxa"/>
          </w:tcPr>
          <w:p w14:paraId="32F2357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36</w:t>
            </w:r>
          </w:p>
        </w:tc>
        <w:tc>
          <w:tcPr>
            <w:tcW w:w="9288" w:type="dxa"/>
          </w:tcPr>
          <w:p w14:paraId="10F92923" w14:textId="77DCCAB6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Europe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Ouest|France</w:t>
            </w:r>
            <w:proofErr w:type="spellEnd"/>
          </w:p>
        </w:tc>
      </w:tr>
      <w:tr w:rsidR="00D4721F" w:rsidRPr="0096400F" w14:paraId="091EEECA" w14:textId="77777777" w:rsidTr="00F9728D">
        <w:tc>
          <w:tcPr>
            <w:tcW w:w="792" w:type="dxa"/>
          </w:tcPr>
          <w:p w14:paraId="7B79214B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74</w:t>
            </w:r>
          </w:p>
        </w:tc>
        <w:tc>
          <w:tcPr>
            <w:tcW w:w="9288" w:type="dxa"/>
          </w:tcPr>
          <w:p w14:paraId="70FF319B" w14:textId="1A43B81C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Europe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Ouest|Allemagne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>, République fédérale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</w:p>
        </w:tc>
      </w:tr>
      <w:tr w:rsidR="00D4721F" w:rsidRPr="0096400F" w14:paraId="4486C024" w14:textId="77777777" w:rsidTr="00F9728D">
        <w:tc>
          <w:tcPr>
            <w:tcW w:w="792" w:type="dxa"/>
          </w:tcPr>
          <w:p w14:paraId="02BB690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76</w:t>
            </w:r>
          </w:p>
        </w:tc>
        <w:tc>
          <w:tcPr>
            <w:tcW w:w="9288" w:type="dxa"/>
          </w:tcPr>
          <w:p w14:paraId="6AB889AE" w14:textId="592A90E3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Europe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Ouest|Luxembourg</w:t>
            </w:r>
            <w:proofErr w:type="spellEnd"/>
          </w:p>
        </w:tc>
      </w:tr>
      <w:tr w:rsidR="00D4721F" w:rsidRPr="0096400F" w14:paraId="6F1BC068" w14:textId="77777777" w:rsidTr="00F9728D">
        <w:tc>
          <w:tcPr>
            <w:tcW w:w="792" w:type="dxa"/>
          </w:tcPr>
          <w:p w14:paraId="0085ED17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77</w:t>
            </w:r>
          </w:p>
        </w:tc>
        <w:tc>
          <w:tcPr>
            <w:tcW w:w="9288" w:type="dxa"/>
          </w:tcPr>
          <w:p w14:paraId="2CE52DD3" w14:textId="524F0FA8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Europe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Ouest|Antilles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néerlandaises, les</w:t>
            </w:r>
          </w:p>
        </w:tc>
      </w:tr>
      <w:tr w:rsidR="00D4721F" w:rsidRPr="0096400F" w14:paraId="7F7F42FB" w14:textId="77777777" w:rsidTr="00F9728D">
        <w:tc>
          <w:tcPr>
            <w:tcW w:w="792" w:type="dxa"/>
          </w:tcPr>
          <w:p w14:paraId="16B1497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78</w:t>
            </w:r>
          </w:p>
        </w:tc>
        <w:tc>
          <w:tcPr>
            <w:tcW w:w="9288" w:type="dxa"/>
          </w:tcPr>
          <w:p w14:paraId="2A5AFBEB" w14:textId="4EBFD263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Europe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Ouest|Pays-Bas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>, les</w:t>
            </w:r>
          </w:p>
        </w:tc>
      </w:tr>
      <w:tr w:rsidR="00D4721F" w:rsidRPr="0096400F" w14:paraId="2C602408" w14:textId="77777777" w:rsidTr="00F9728D">
        <w:tc>
          <w:tcPr>
            <w:tcW w:w="792" w:type="dxa"/>
          </w:tcPr>
          <w:p w14:paraId="5039848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79</w:t>
            </w:r>
          </w:p>
        </w:tc>
        <w:tc>
          <w:tcPr>
            <w:tcW w:w="9288" w:type="dxa"/>
          </w:tcPr>
          <w:p w14:paraId="499D234D" w14:textId="30CEA60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Europe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Ouest|Suisse</w:t>
            </w:r>
            <w:proofErr w:type="spellEnd"/>
          </w:p>
        </w:tc>
      </w:tr>
      <w:tr w:rsidR="00D4721F" w:rsidRPr="0096400F" w14:paraId="381ACA9B" w14:textId="77777777" w:rsidTr="00F9728D">
        <w:tc>
          <w:tcPr>
            <w:tcW w:w="792" w:type="dxa"/>
          </w:tcPr>
          <w:p w14:paraId="7F52FF5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80</w:t>
            </w:r>
          </w:p>
        </w:tc>
        <w:tc>
          <w:tcPr>
            <w:tcW w:w="9288" w:type="dxa"/>
          </w:tcPr>
          <w:p w14:paraId="2E1A0AB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Afrique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Nord|Algérie</w:t>
            </w:r>
            <w:proofErr w:type="spellEnd"/>
          </w:p>
        </w:tc>
      </w:tr>
      <w:tr w:rsidR="00D4721F" w:rsidRPr="0096400F" w14:paraId="6806F9A1" w14:textId="77777777" w:rsidTr="00F9728D">
        <w:tc>
          <w:tcPr>
            <w:tcW w:w="792" w:type="dxa"/>
          </w:tcPr>
          <w:p w14:paraId="76DB5CE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81</w:t>
            </w:r>
          </w:p>
        </w:tc>
        <w:tc>
          <w:tcPr>
            <w:tcW w:w="9288" w:type="dxa"/>
          </w:tcPr>
          <w:p w14:paraId="5887AD0F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Afrique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Nord|Égypte</w:t>
            </w:r>
            <w:proofErr w:type="spellEnd"/>
          </w:p>
        </w:tc>
      </w:tr>
      <w:tr w:rsidR="00D4721F" w:rsidRPr="0096400F" w14:paraId="39CE7AFE" w14:textId="77777777" w:rsidTr="00F9728D">
        <w:tc>
          <w:tcPr>
            <w:tcW w:w="792" w:type="dxa"/>
          </w:tcPr>
          <w:p w14:paraId="6EA385E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82</w:t>
            </w:r>
          </w:p>
        </w:tc>
        <w:tc>
          <w:tcPr>
            <w:tcW w:w="9288" w:type="dxa"/>
          </w:tcPr>
          <w:p w14:paraId="1253F44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Afrique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Nord|Libye</w:t>
            </w:r>
            <w:proofErr w:type="spellEnd"/>
          </w:p>
        </w:tc>
      </w:tr>
      <w:tr w:rsidR="00D4721F" w:rsidRPr="0096400F" w14:paraId="730CB0CF" w14:textId="77777777" w:rsidTr="00F9728D">
        <w:tc>
          <w:tcPr>
            <w:tcW w:w="792" w:type="dxa"/>
          </w:tcPr>
          <w:p w14:paraId="4151352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83</w:t>
            </w:r>
          </w:p>
        </w:tc>
        <w:tc>
          <w:tcPr>
            <w:tcW w:w="9288" w:type="dxa"/>
          </w:tcPr>
          <w:p w14:paraId="6370A23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Afrique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Nord|Maroc</w:t>
            </w:r>
            <w:proofErr w:type="spellEnd"/>
          </w:p>
        </w:tc>
      </w:tr>
      <w:tr w:rsidR="00D4721F" w:rsidRPr="0096400F" w14:paraId="6948796C" w14:textId="77777777" w:rsidTr="00F9728D">
        <w:tc>
          <w:tcPr>
            <w:tcW w:w="792" w:type="dxa"/>
          </w:tcPr>
          <w:p w14:paraId="48E7ED4F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84</w:t>
            </w:r>
          </w:p>
        </w:tc>
        <w:tc>
          <w:tcPr>
            <w:tcW w:w="9288" w:type="dxa"/>
          </w:tcPr>
          <w:p w14:paraId="0487D02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Afrique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Nord|Soudan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>, République démocratique du</w:t>
            </w:r>
          </w:p>
        </w:tc>
      </w:tr>
      <w:tr w:rsidR="00D4721F" w:rsidRPr="0096400F" w14:paraId="22D066D6" w14:textId="77777777" w:rsidTr="00F9728D">
        <w:tc>
          <w:tcPr>
            <w:tcW w:w="792" w:type="dxa"/>
          </w:tcPr>
          <w:p w14:paraId="1C67129B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85</w:t>
            </w:r>
          </w:p>
        </w:tc>
        <w:tc>
          <w:tcPr>
            <w:tcW w:w="9288" w:type="dxa"/>
          </w:tcPr>
          <w:p w14:paraId="39418D24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Afrique 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Nord|Tunisie</w:t>
            </w:r>
            <w:proofErr w:type="spellEnd"/>
          </w:p>
        </w:tc>
      </w:tr>
      <w:tr w:rsidR="00D4721F" w:rsidRPr="0096400F" w14:paraId="4CA8BCF5" w14:textId="77777777" w:rsidTr="00F9728D">
        <w:tc>
          <w:tcPr>
            <w:tcW w:w="792" w:type="dxa"/>
          </w:tcPr>
          <w:p w14:paraId="3005E18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86</w:t>
            </w:r>
          </w:p>
        </w:tc>
        <w:tc>
          <w:tcPr>
            <w:tcW w:w="9288" w:type="dxa"/>
          </w:tcPr>
          <w:p w14:paraId="6CA9E450" w14:textId="38C1CBD0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Afrique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Ouest|Bénin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>, République du</w:t>
            </w:r>
          </w:p>
        </w:tc>
      </w:tr>
      <w:tr w:rsidR="00D4721F" w:rsidRPr="0096400F" w14:paraId="66398AFA" w14:textId="77777777" w:rsidTr="00F9728D">
        <w:tc>
          <w:tcPr>
            <w:tcW w:w="792" w:type="dxa"/>
          </w:tcPr>
          <w:p w14:paraId="0065F26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87</w:t>
            </w:r>
          </w:p>
        </w:tc>
        <w:tc>
          <w:tcPr>
            <w:tcW w:w="9288" w:type="dxa"/>
          </w:tcPr>
          <w:p w14:paraId="6211F6E5" w14:textId="1ADF8C18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Afrique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Ouest|Burkina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Faso</w:t>
            </w:r>
          </w:p>
        </w:tc>
      </w:tr>
      <w:tr w:rsidR="00D4721F" w:rsidRPr="0096400F" w14:paraId="2482B90A" w14:textId="77777777" w:rsidTr="00F9728D">
        <w:tc>
          <w:tcPr>
            <w:tcW w:w="792" w:type="dxa"/>
          </w:tcPr>
          <w:p w14:paraId="4895949A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88</w:t>
            </w:r>
          </w:p>
        </w:tc>
        <w:tc>
          <w:tcPr>
            <w:tcW w:w="9288" w:type="dxa"/>
          </w:tcPr>
          <w:p w14:paraId="2D72B47C" w14:textId="777E65EA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Afrique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Ouest|Gambie</w:t>
            </w:r>
            <w:proofErr w:type="spellEnd"/>
          </w:p>
        </w:tc>
      </w:tr>
      <w:tr w:rsidR="00D4721F" w:rsidRPr="0096400F" w14:paraId="44BD9C14" w14:textId="77777777" w:rsidTr="00F9728D">
        <w:tc>
          <w:tcPr>
            <w:tcW w:w="792" w:type="dxa"/>
          </w:tcPr>
          <w:p w14:paraId="46016CC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89</w:t>
            </w:r>
          </w:p>
        </w:tc>
        <w:tc>
          <w:tcPr>
            <w:tcW w:w="9288" w:type="dxa"/>
          </w:tcPr>
          <w:p w14:paraId="3FB603D3" w14:textId="192202EC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Afrique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Ouest|Ghana</w:t>
            </w:r>
            <w:proofErr w:type="spellEnd"/>
          </w:p>
        </w:tc>
      </w:tr>
      <w:tr w:rsidR="00D4721F" w:rsidRPr="0096400F" w14:paraId="1CEA1B21" w14:textId="77777777" w:rsidTr="00F9728D">
        <w:tc>
          <w:tcPr>
            <w:tcW w:w="792" w:type="dxa"/>
          </w:tcPr>
          <w:p w14:paraId="391990B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90</w:t>
            </w:r>
          </w:p>
        </w:tc>
        <w:tc>
          <w:tcPr>
            <w:tcW w:w="9288" w:type="dxa"/>
          </w:tcPr>
          <w:p w14:paraId="24D1BA70" w14:textId="19C47B32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Afrique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Ouest|Côte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>Ivoire, République de</w:t>
            </w:r>
          </w:p>
        </w:tc>
      </w:tr>
      <w:tr w:rsidR="00D4721F" w:rsidRPr="0096400F" w14:paraId="21008580" w14:textId="77777777" w:rsidTr="00F9728D">
        <w:tc>
          <w:tcPr>
            <w:tcW w:w="792" w:type="dxa"/>
          </w:tcPr>
          <w:p w14:paraId="5C1F7C8E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91</w:t>
            </w:r>
          </w:p>
        </w:tc>
        <w:tc>
          <w:tcPr>
            <w:tcW w:w="9288" w:type="dxa"/>
          </w:tcPr>
          <w:p w14:paraId="3EFA3CEF" w14:textId="040AB4C2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Afrique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Ouest|Libéria</w:t>
            </w:r>
            <w:proofErr w:type="spellEnd"/>
          </w:p>
        </w:tc>
      </w:tr>
      <w:tr w:rsidR="00D4721F" w:rsidRPr="0096400F" w14:paraId="2B086512" w14:textId="77777777" w:rsidTr="00F9728D">
        <w:tc>
          <w:tcPr>
            <w:tcW w:w="792" w:type="dxa"/>
          </w:tcPr>
          <w:p w14:paraId="2C0E4FD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92</w:t>
            </w:r>
          </w:p>
        </w:tc>
        <w:tc>
          <w:tcPr>
            <w:tcW w:w="9288" w:type="dxa"/>
          </w:tcPr>
          <w:p w14:paraId="3C1920B4" w14:textId="0A353AD8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Afrique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Ouest|Mali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>, République du</w:t>
            </w:r>
          </w:p>
        </w:tc>
      </w:tr>
      <w:tr w:rsidR="00D4721F" w:rsidRPr="0096400F" w14:paraId="15A75D6F" w14:textId="77777777" w:rsidTr="00F9728D">
        <w:tc>
          <w:tcPr>
            <w:tcW w:w="792" w:type="dxa"/>
          </w:tcPr>
          <w:p w14:paraId="7C1A288B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93</w:t>
            </w:r>
          </w:p>
        </w:tc>
        <w:tc>
          <w:tcPr>
            <w:tcW w:w="9288" w:type="dxa"/>
          </w:tcPr>
          <w:p w14:paraId="129267DE" w14:textId="41E65EC0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Afrique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Ouest|Nigéria</w:t>
            </w:r>
            <w:proofErr w:type="spellEnd"/>
          </w:p>
        </w:tc>
      </w:tr>
      <w:tr w:rsidR="00D4721F" w:rsidRPr="0096400F" w14:paraId="409B5BD1" w14:textId="77777777" w:rsidTr="00F9728D">
        <w:tc>
          <w:tcPr>
            <w:tcW w:w="792" w:type="dxa"/>
          </w:tcPr>
          <w:p w14:paraId="50B81E2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94</w:t>
            </w:r>
          </w:p>
        </w:tc>
        <w:tc>
          <w:tcPr>
            <w:tcW w:w="9288" w:type="dxa"/>
          </w:tcPr>
          <w:p w14:paraId="4268914F" w14:textId="1739850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Afrique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Ouest|Sénégal</w:t>
            </w:r>
            <w:proofErr w:type="spellEnd"/>
          </w:p>
        </w:tc>
      </w:tr>
      <w:tr w:rsidR="00D4721F" w:rsidRPr="0096400F" w14:paraId="3F2CAAA2" w14:textId="77777777" w:rsidTr="00F9728D">
        <w:tc>
          <w:tcPr>
            <w:tcW w:w="792" w:type="dxa"/>
          </w:tcPr>
          <w:p w14:paraId="231E2BC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95</w:t>
            </w:r>
          </w:p>
        </w:tc>
        <w:tc>
          <w:tcPr>
            <w:tcW w:w="9288" w:type="dxa"/>
          </w:tcPr>
          <w:p w14:paraId="57825CBD" w14:textId="66CFEB08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Afrique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Ouest|Sierra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Leone</w:t>
            </w:r>
          </w:p>
        </w:tc>
      </w:tr>
      <w:tr w:rsidR="00D4721F" w:rsidRPr="0096400F" w14:paraId="38D4072C" w14:textId="77777777" w:rsidTr="00F9728D">
        <w:tc>
          <w:tcPr>
            <w:tcW w:w="792" w:type="dxa"/>
          </w:tcPr>
          <w:p w14:paraId="2F9AD8E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96</w:t>
            </w:r>
          </w:p>
        </w:tc>
        <w:tc>
          <w:tcPr>
            <w:tcW w:w="9288" w:type="dxa"/>
          </w:tcPr>
          <w:p w14:paraId="627EE2EA" w14:textId="16231508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Afrique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Ouest|République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somalienne</w:t>
            </w:r>
          </w:p>
        </w:tc>
      </w:tr>
      <w:tr w:rsidR="00D4721F" w:rsidRPr="0096400F" w14:paraId="27339220" w14:textId="77777777" w:rsidTr="00F9728D">
        <w:tc>
          <w:tcPr>
            <w:tcW w:w="792" w:type="dxa"/>
          </w:tcPr>
          <w:p w14:paraId="3923E67F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97</w:t>
            </w:r>
          </w:p>
        </w:tc>
        <w:tc>
          <w:tcPr>
            <w:tcW w:w="9288" w:type="dxa"/>
          </w:tcPr>
          <w:p w14:paraId="314E62DD" w14:textId="0F46984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Afrique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Ouest|Afrique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du Sud, République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</w:p>
        </w:tc>
      </w:tr>
      <w:tr w:rsidR="00D4721F" w:rsidRPr="0096400F" w14:paraId="54B8163A" w14:textId="77777777" w:rsidTr="00F9728D">
        <w:tc>
          <w:tcPr>
            <w:tcW w:w="792" w:type="dxa"/>
          </w:tcPr>
          <w:p w14:paraId="0079A74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98</w:t>
            </w:r>
          </w:p>
        </w:tc>
        <w:tc>
          <w:tcPr>
            <w:tcW w:w="9288" w:type="dxa"/>
          </w:tcPr>
          <w:p w14:paraId="5613E7FF" w14:textId="705D2200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Afrique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Ouest|Togo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>, République du</w:t>
            </w:r>
          </w:p>
        </w:tc>
      </w:tr>
      <w:tr w:rsidR="00D4721F" w:rsidRPr="0096400F" w14:paraId="394B96A5" w14:textId="77777777" w:rsidTr="00F9728D">
        <w:tc>
          <w:tcPr>
            <w:tcW w:w="792" w:type="dxa"/>
          </w:tcPr>
          <w:p w14:paraId="3539864A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99</w:t>
            </w:r>
          </w:p>
        </w:tc>
        <w:tc>
          <w:tcPr>
            <w:tcW w:w="9288" w:type="dxa"/>
          </w:tcPr>
          <w:p w14:paraId="7AE188D7" w14:textId="33CB484D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 pays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Afrique|Angola</w:t>
            </w:r>
            <w:proofErr w:type="spellEnd"/>
          </w:p>
        </w:tc>
      </w:tr>
      <w:tr w:rsidR="00D4721F" w:rsidRPr="0096400F" w14:paraId="121A7EC5" w14:textId="77777777" w:rsidTr="00F9728D">
        <w:tc>
          <w:tcPr>
            <w:tcW w:w="792" w:type="dxa"/>
          </w:tcPr>
          <w:p w14:paraId="23DEF93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100</w:t>
            </w:r>
          </w:p>
        </w:tc>
        <w:tc>
          <w:tcPr>
            <w:tcW w:w="9288" w:type="dxa"/>
          </w:tcPr>
          <w:p w14:paraId="3C0B21BF" w14:textId="04D74645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 pays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Afrique|Burundi</w:t>
            </w:r>
            <w:proofErr w:type="spellEnd"/>
          </w:p>
        </w:tc>
      </w:tr>
      <w:tr w:rsidR="00D4721F" w:rsidRPr="0096400F" w14:paraId="7ED891D8" w14:textId="77777777" w:rsidTr="00F9728D">
        <w:tc>
          <w:tcPr>
            <w:tcW w:w="792" w:type="dxa"/>
          </w:tcPr>
          <w:p w14:paraId="1D7E120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101</w:t>
            </w:r>
          </w:p>
        </w:tc>
        <w:tc>
          <w:tcPr>
            <w:tcW w:w="9288" w:type="dxa"/>
          </w:tcPr>
          <w:p w14:paraId="088559F4" w14:textId="531DA4C3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 pays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Afrique|Cameroun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>, République du</w:t>
            </w:r>
          </w:p>
        </w:tc>
      </w:tr>
      <w:tr w:rsidR="00D4721F" w:rsidRPr="0096400F" w14:paraId="63DA2563" w14:textId="77777777" w:rsidTr="00F9728D">
        <w:tc>
          <w:tcPr>
            <w:tcW w:w="792" w:type="dxa"/>
          </w:tcPr>
          <w:p w14:paraId="5560121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102</w:t>
            </w:r>
          </w:p>
        </w:tc>
        <w:tc>
          <w:tcPr>
            <w:tcW w:w="9288" w:type="dxa"/>
          </w:tcPr>
          <w:p w14:paraId="61A3CC1B" w14:textId="3B2433F9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 pays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Afrique|Tchad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>, République du</w:t>
            </w:r>
          </w:p>
        </w:tc>
      </w:tr>
      <w:tr w:rsidR="00D4721F" w:rsidRPr="0096400F" w14:paraId="63BC648F" w14:textId="77777777" w:rsidTr="00F9728D">
        <w:tc>
          <w:tcPr>
            <w:tcW w:w="792" w:type="dxa"/>
          </w:tcPr>
          <w:p w14:paraId="42D9314A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103</w:t>
            </w:r>
          </w:p>
        </w:tc>
        <w:tc>
          <w:tcPr>
            <w:tcW w:w="9288" w:type="dxa"/>
          </w:tcPr>
          <w:p w14:paraId="2144B40F" w14:textId="266F4D76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 pays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Afrique|Congo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>, République démocratique du</w:t>
            </w:r>
          </w:p>
        </w:tc>
      </w:tr>
      <w:tr w:rsidR="00D4721F" w:rsidRPr="0096400F" w14:paraId="065C1B23" w14:textId="77777777" w:rsidTr="00F9728D">
        <w:tc>
          <w:tcPr>
            <w:tcW w:w="792" w:type="dxa"/>
          </w:tcPr>
          <w:p w14:paraId="4D6ABC3B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104</w:t>
            </w:r>
          </w:p>
        </w:tc>
        <w:tc>
          <w:tcPr>
            <w:tcW w:w="9288" w:type="dxa"/>
          </w:tcPr>
          <w:p w14:paraId="12C40E0F" w14:textId="47EB629A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 pays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Afrique|Djibouti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>, République de</w:t>
            </w:r>
          </w:p>
        </w:tc>
      </w:tr>
      <w:tr w:rsidR="00D4721F" w:rsidRPr="0096400F" w14:paraId="75B9B180" w14:textId="77777777" w:rsidTr="00F9728D">
        <w:tc>
          <w:tcPr>
            <w:tcW w:w="792" w:type="dxa"/>
          </w:tcPr>
          <w:p w14:paraId="1689BE59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105</w:t>
            </w:r>
          </w:p>
        </w:tc>
        <w:tc>
          <w:tcPr>
            <w:tcW w:w="9288" w:type="dxa"/>
          </w:tcPr>
          <w:p w14:paraId="3D580B63" w14:textId="281A4C81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 pays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Afrique|Éthiopie</w:t>
            </w:r>
            <w:proofErr w:type="spellEnd"/>
          </w:p>
        </w:tc>
      </w:tr>
      <w:tr w:rsidR="00D4721F" w:rsidRPr="0096400F" w14:paraId="65E99CBD" w14:textId="77777777" w:rsidTr="00F9728D">
        <w:tc>
          <w:tcPr>
            <w:tcW w:w="792" w:type="dxa"/>
          </w:tcPr>
          <w:p w14:paraId="6FDB61D9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106</w:t>
            </w:r>
          </w:p>
        </w:tc>
        <w:tc>
          <w:tcPr>
            <w:tcW w:w="9288" w:type="dxa"/>
          </w:tcPr>
          <w:p w14:paraId="4E45C6D4" w14:textId="5729302A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 pays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Afrique|République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gabonaise</w:t>
            </w:r>
          </w:p>
        </w:tc>
      </w:tr>
      <w:tr w:rsidR="00D4721F" w:rsidRPr="0096400F" w14:paraId="617B7EDD" w14:textId="77777777" w:rsidTr="00F9728D">
        <w:tc>
          <w:tcPr>
            <w:tcW w:w="792" w:type="dxa"/>
          </w:tcPr>
          <w:p w14:paraId="4E2EE3D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107</w:t>
            </w:r>
          </w:p>
        </w:tc>
        <w:tc>
          <w:tcPr>
            <w:tcW w:w="9288" w:type="dxa"/>
          </w:tcPr>
          <w:p w14:paraId="77E684A4" w14:textId="738B4C3F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 pays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Afrique|Guinée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>, République de</w:t>
            </w:r>
          </w:p>
        </w:tc>
      </w:tr>
      <w:tr w:rsidR="00D4721F" w:rsidRPr="0096400F" w14:paraId="0109DA62" w14:textId="77777777" w:rsidTr="00F9728D">
        <w:tc>
          <w:tcPr>
            <w:tcW w:w="792" w:type="dxa"/>
          </w:tcPr>
          <w:p w14:paraId="59BEC4B7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108</w:t>
            </w:r>
          </w:p>
        </w:tc>
        <w:tc>
          <w:tcPr>
            <w:tcW w:w="9288" w:type="dxa"/>
          </w:tcPr>
          <w:p w14:paraId="068D97EC" w14:textId="098687F8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 pays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Afrique|Kenya</w:t>
            </w:r>
            <w:proofErr w:type="spellEnd"/>
          </w:p>
        </w:tc>
      </w:tr>
      <w:tr w:rsidR="00D4721F" w:rsidRPr="0096400F" w14:paraId="43788403" w14:textId="77777777" w:rsidTr="00F9728D">
        <w:tc>
          <w:tcPr>
            <w:tcW w:w="792" w:type="dxa"/>
          </w:tcPr>
          <w:p w14:paraId="720B841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109</w:t>
            </w:r>
          </w:p>
        </w:tc>
        <w:tc>
          <w:tcPr>
            <w:tcW w:w="9288" w:type="dxa"/>
          </w:tcPr>
          <w:p w14:paraId="3ED66F4C" w14:textId="69758DE8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 pays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Afrique|Madagascar</w:t>
            </w:r>
            <w:proofErr w:type="spellEnd"/>
          </w:p>
        </w:tc>
      </w:tr>
      <w:tr w:rsidR="00D4721F" w:rsidRPr="0096400F" w14:paraId="27AEE431" w14:textId="77777777" w:rsidTr="00F9728D">
        <w:tc>
          <w:tcPr>
            <w:tcW w:w="792" w:type="dxa"/>
          </w:tcPr>
          <w:p w14:paraId="016D32E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110</w:t>
            </w:r>
          </w:p>
        </w:tc>
        <w:tc>
          <w:tcPr>
            <w:tcW w:w="9288" w:type="dxa"/>
          </w:tcPr>
          <w:p w14:paraId="55473451" w14:textId="583EDA86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 pays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Afrique|Maurice</w:t>
            </w:r>
            <w:proofErr w:type="spellEnd"/>
          </w:p>
        </w:tc>
      </w:tr>
      <w:tr w:rsidR="00D4721F" w:rsidRPr="0096400F" w14:paraId="00564330" w14:textId="77777777" w:rsidTr="00F9728D">
        <w:tc>
          <w:tcPr>
            <w:tcW w:w="792" w:type="dxa"/>
          </w:tcPr>
          <w:p w14:paraId="7B74E5CB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111</w:t>
            </w:r>
          </w:p>
        </w:tc>
        <w:tc>
          <w:tcPr>
            <w:tcW w:w="9288" w:type="dxa"/>
          </w:tcPr>
          <w:p w14:paraId="4EA08D37" w14:textId="32D85BE8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 pays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Afrique|Namibie</w:t>
            </w:r>
            <w:proofErr w:type="spellEnd"/>
          </w:p>
        </w:tc>
      </w:tr>
      <w:tr w:rsidR="00D4721F" w:rsidRPr="0096400F" w14:paraId="63D5E92C" w14:textId="77777777" w:rsidTr="00F9728D">
        <w:tc>
          <w:tcPr>
            <w:tcW w:w="792" w:type="dxa"/>
          </w:tcPr>
          <w:p w14:paraId="085C318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112</w:t>
            </w:r>
          </w:p>
        </w:tc>
        <w:tc>
          <w:tcPr>
            <w:tcW w:w="9288" w:type="dxa"/>
          </w:tcPr>
          <w:p w14:paraId="53E3C3A8" w14:textId="18FD0EA5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 pays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Afrique|Réunion</w:t>
            </w:r>
            <w:proofErr w:type="spellEnd"/>
          </w:p>
        </w:tc>
      </w:tr>
      <w:tr w:rsidR="00D4721F" w:rsidRPr="0096400F" w14:paraId="29BD25D7" w14:textId="77777777" w:rsidTr="00F9728D">
        <w:tc>
          <w:tcPr>
            <w:tcW w:w="792" w:type="dxa"/>
          </w:tcPr>
          <w:p w14:paraId="205F362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113</w:t>
            </w:r>
          </w:p>
        </w:tc>
        <w:tc>
          <w:tcPr>
            <w:tcW w:w="9288" w:type="dxa"/>
          </w:tcPr>
          <w:p w14:paraId="7FACF843" w14:textId="696AF73B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 pays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Afrique|Rwanda</w:t>
            </w:r>
            <w:proofErr w:type="spellEnd"/>
          </w:p>
        </w:tc>
      </w:tr>
      <w:tr w:rsidR="00D4721F" w:rsidRPr="0096400F" w14:paraId="65D0B320" w14:textId="77777777" w:rsidTr="00F9728D">
        <w:tc>
          <w:tcPr>
            <w:tcW w:w="792" w:type="dxa"/>
          </w:tcPr>
          <w:p w14:paraId="58617A8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114</w:t>
            </w:r>
          </w:p>
        </w:tc>
        <w:tc>
          <w:tcPr>
            <w:tcW w:w="9288" w:type="dxa"/>
          </w:tcPr>
          <w:p w14:paraId="2EA75E12" w14:textId="34B19BC5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 pays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Afrique|Tanzanie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>, République-Unie de</w:t>
            </w:r>
          </w:p>
        </w:tc>
      </w:tr>
      <w:tr w:rsidR="00D4721F" w:rsidRPr="0096400F" w14:paraId="118AA187" w14:textId="77777777" w:rsidTr="00F9728D">
        <w:tc>
          <w:tcPr>
            <w:tcW w:w="792" w:type="dxa"/>
          </w:tcPr>
          <w:p w14:paraId="1274C39F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115</w:t>
            </w:r>
          </w:p>
        </w:tc>
        <w:tc>
          <w:tcPr>
            <w:tcW w:w="9288" w:type="dxa"/>
          </w:tcPr>
          <w:p w14:paraId="24815AF1" w14:textId="6599B32E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 pays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Afrique|Ouganda</w:t>
            </w:r>
            <w:proofErr w:type="spellEnd"/>
          </w:p>
        </w:tc>
      </w:tr>
      <w:tr w:rsidR="00D4721F" w:rsidRPr="0096400F" w14:paraId="7557C543" w14:textId="77777777" w:rsidTr="00F9728D">
        <w:tc>
          <w:tcPr>
            <w:tcW w:w="792" w:type="dxa"/>
          </w:tcPr>
          <w:p w14:paraId="0E63609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116</w:t>
            </w:r>
          </w:p>
        </w:tc>
        <w:tc>
          <w:tcPr>
            <w:tcW w:w="9288" w:type="dxa"/>
          </w:tcPr>
          <w:p w14:paraId="157CF1DF" w14:textId="2B8A4191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 pays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Afrique|Zambie</w:t>
            </w:r>
            <w:proofErr w:type="spellEnd"/>
          </w:p>
        </w:tc>
      </w:tr>
      <w:tr w:rsidR="00D4721F" w:rsidRPr="0096400F" w14:paraId="4175C289" w14:textId="77777777" w:rsidTr="00F9728D">
        <w:tc>
          <w:tcPr>
            <w:tcW w:w="792" w:type="dxa"/>
          </w:tcPr>
          <w:p w14:paraId="43377F98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117</w:t>
            </w:r>
          </w:p>
        </w:tc>
        <w:tc>
          <w:tcPr>
            <w:tcW w:w="9288" w:type="dxa"/>
          </w:tcPr>
          <w:p w14:paraId="4326C58E" w14:textId="5982E301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 pays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Afrique|Zimbabwe</w:t>
            </w:r>
            <w:proofErr w:type="spellEnd"/>
          </w:p>
        </w:tc>
      </w:tr>
      <w:tr w:rsidR="00D4721F" w:rsidRPr="0096400F" w14:paraId="01CD3B54" w14:textId="77777777" w:rsidTr="00F9728D">
        <w:tc>
          <w:tcPr>
            <w:tcW w:w="792" w:type="dxa"/>
          </w:tcPr>
          <w:p w14:paraId="5DB4D577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118</w:t>
            </w:r>
          </w:p>
        </w:tc>
        <w:tc>
          <w:tcPr>
            <w:tcW w:w="9288" w:type="dxa"/>
          </w:tcPr>
          <w:p w14:paraId="7D6E0BF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Asie centrale/du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Sud|Afghanistan</w:t>
            </w:r>
            <w:proofErr w:type="spellEnd"/>
          </w:p>
        </w:tc>
      </w:tr>
      <w:tr w:rsidR="00D4721F" w:rsidRPr="0096400F" w14:paraId="0C9EE6FF" w14:textId="77777777" w:rsidTr="00F9728D">
        <w:tc>
          <w:tcPr>
            <w:tcW w:w="792" w:type="dxa"/>
          </w:tcPr>
          <w:p w14:paraId="3969B519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119</w:t>
            </w:r>
          </w:p>
        </w:tc>
        <w:tc>
          <w:tcPr>
            <w:tcW w:w="9288" w:type="dxa"/>
          </w:tcPr>
          <w:p w14:paraId="275540A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Asie centrale/du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Sud|Bangladesh</w:t>
            </w:r>
            <w:proofErr w:type="spellEnd"/>
          </w:p>
        </w:tc>
      </w:tr>
      <w:tr w:rsidR="00D4721F" w:rsidRPr="0096400F" w14:paraId="22795745" w14:textId="77777777" w:rsidTr="00F9728D">
        <w:tc>
          <w:tcPr>
            <w:tcW w:w="792" w:type="dxa"/>
          </w:tcPr>
          <w:p w14:paraId="4710765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120</w:t>
            </w:r>
          </w:p>
        </w:tc>
        <w:tc>
          <w:tcPr>
            <w:tcW w:w="9288" w:type="dxa"/>
          </w:tcPr>
          <w:p w14:paraId="5D97C54F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Asie centrale/du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Sud|Bhoutan</w:t>
            </w:r>
            <w:proofErr w:type="spellEnd"/>
          </w:p>
        </w:tc>
      </w:tr>
      <w:tr w:rsidR="00D4721F" w:rsidRPr="0096400F" w14:paraId="76F02E18" w14:textId="77777777" w:rsidTr="00F9728D">
        <w:tc>
          <w:tcPr>
            <w:tcW w:w="792" w:type="dxa"/>
          </w:tcPr>
          <w:p w14:paraId="2415B74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126</w:t>
            </w:r>
          </w:p>
        </w:tc>
        <w:tc>
          <w:tcPr>
            <w:tcW w:w="9288" w:type="dxa"/>
          </w:tcPr>
          <w:p w14:paraId="7025D884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Asie centrale/du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Sud|Inde</w:t>
            </w:r>
            <w:proofErr w:type="spellEnd"/>
          </w:p>
        </w:tc>
      </w:tr>
      <w:tr w:rsidR="00D4721F" w:rsidRPr="0096400F" w14:paraId="5DADEF3D" w14:textId="77777777" w:rsidTr="00F9728D">
        <w:tc>
          <w:tcPr>
            <w:tcW w:w="792" w:type="dxa"/>
          </w:tcPr>
          <w:p w14:paraId="77254F84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121</w:t>
            </w:r>
          </w:p>
        </w:tc>
        <w:tc>
          <w:tcPr>
            <w:tcW w:w="9288" w:type="dxa"/>
          </w:tcPr>
          <w:p w14:paraId="6D68847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Asie centrale/du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Sud|Kazakhstan</w:t>
            </w:r>
            <w:proofErr w:type="spellEnd"/>
          </w:p>
        </w:tc>
      </w:tr>
      <w:tr w:rsidR="00D4721F" w:rsidRPr="0096400F" w14:paraId="5CA8FE5A" w14:textId="77777777" w:rsidTr="00F9728D">
        <w:tc>
          <w:tcPr>
            <w:tcW w:w="792" w:type="dxa"/>
          </w:tcPr>
          <w:p w14:paraId="74BFF1AA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122</w:t>
            </w:r>
          </w:p>
        </w:tc>
        <w:tc>
          <w:tcPr>
            <w:tcW w:w="9288" w:type="dxa"/>
          </w:tcPr>
          <w:p w14:paraId="02A7064A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Asie centrale/du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Sud|Kirghizistan</w:t>
            </w:r>
            <w:proofErr w:type="spellEnd"/>
          </w:p>
        </w:tc>
      </w:tr>
      <w:tr w:rsidR="00D4721F" w:rsidRPr="0096400F" w14:paraId="36A17DEB" w14:textId="77777777" w:rsidTr="00F9728D">
        <w:tc>
          <w:tcPr>
            <w:tcW w:w="792" w:type="dxa"/>
          </w:tcPr>
          <w:p w14:paraId="5A32A8C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123</w:t>
            </w:r>
          </w:p>
        </w:tc>
        <w:tc>
          <w:tcPr>
            <w:tcW w:w="9288" w:type="dxa"/>
          </w:tcPr>
          <w:p w14:paraId="6480A75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Asie centrale/du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Sud|Népal</w:t>
            </w:r>
            <w:proofErr w:type="spellEnd"/>
          </w:p>
        </w:tc>
      </w:tr>
      <w:tr w:rsidR="00D4721F" w:rsidRPr="0096400F" w14:paraId="43485BF1" w14:textId="77777777" w:rsidTr="00F9728D">
        <w:tc>
          <w:tcPr>
            <w:tcW w:w="792" w:type="dxa"/>
          </w:tcPr>
          <w:p w14:paraId="6C685FC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143</w:t>
            </w:r>
          </w:p>
        </w:tc>
        <w:tc>
          <w:tcPr>
            <w:tcW w:w="9288" w:type="dxa"/>
          </w:tcPr>
          <w:p w14:paraId="7B2E88F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Asie centrale/du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Sud|Pakistan</w:t>
            </w:r>
            <w:proofErr w:type="spellEnd"/>
          </w:p>
        </w:tc>
      </w:tr>
      <w:tr w:rsidR="00D4721F" w:rsidRPr="0096400F" w14:paraId="5719391E" w14:textId="77777777" w:rsidTr="00F9728D">
        <w:tc>
          <w:tcPr>
            <w:tcW w:w="792" w:type="dxa"/>
          </w:tcPr>
          <w:p w14:paraId="49FC170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124</w:t>
            </w:r>
          </w:p>
        </w:tc>
        <w:tc>
          <w:tcPr>
            <w:tcW w:w="9288" w:type="dxa"/>
          </w:tcPr>
          <w:p w14:paraId="670C1F4A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Asie centrale/du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Sud|Sri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Lanka</w:t>
            </w:r>
          </w:p>
        </w:tc>
      </w:tr>
      <w:tr w:rsidR="00D4721F" w:rsidRPr="0096400F" w14:paraId="750554E2" w14:textId="77777777" w:rsidTr="00F9728D">
        <w:tc>
          <w:tcPr>
            <w:tcW w:w="792" w:type="dxa"/>
          </w:tcPr>
          <w:p w14:paraId="7DB1089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125</w:t>
            </w:r>
          </w:p>
        </w:tc>
        <w:tc>
          <w:tcPr>
            <w:tcW w:w="9288" w:type="dxa"/>
          </w:tcPr>
          <w:p w14:paraId="0BA2864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Asie centrale/du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Sud|Ouzbékistan</w:t>
            </w:r>
            <w:proofErr w:type="spellEnd"/>
          </w:p>
        </w:tc>
      </w:tr>
      <w:tr w:rsidR="00D4721F" w:rsidRPr="0096400F" w14:paraId="138EC0A4" w14:textId="77777777" w:rsidTr="00F9728D">
        <w:tc>
          <w:tcPr>
            <w:tcW w:w="792" w:type="dxa"/>
          </w:tcPr>
          <w:p w14:paraId="68966A2B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128</w:t>
            </w:r>
          </w:p>
        </w:tc>
        <w:tc>
          <w:tcPr>
            <w:tcW w:w="9288" w:type="dxa"/>
          </w:tcPr>
          <w:p w14:paraId="6D73EE6D" w14:textId="2311D899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Est/du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Sud-Est|Brunei</w:t>
            </w:r>
            <w:proofErr w:type="spellEnd"/>
          </w:p>
        </w:tc>
      </w:tr>
      <w:tr w:rsidR="00D4721F" w:rsidRPr="0096400F" w14:paraId="4E48842C" w14:textId="77777777" w:rsidTr="00F9728D">
        <w:tc>
          <w:tcPr>
            <w:tcW w:w="792" w:type="dxa"/>
          </w:tcPr>
          <w:p w14:paraId="6680FC9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141</w:t>
            </w:r>
          </w:p>
        </w:tc>
        <w:tc>
          <w:tcPr>
            <w:tcW w:w="9288" w:type="dxa"/>
          </w:tcPr>
          <w:p w14:paraId="7D6607DC" w14:textId="2340ADFF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Est/du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Sud-Est|Chine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>, République populaire de</w:t>
            </w:r>
          </w:p>
        </w:tc>
      </w:tr>
      <w:tr w:rsidR="00D4721F" w:rsidRPr="0096400F" w14:paraId="33DB97F5" w14:textId="77777777" w:rsidTr="00F9728D">
        <w:tc>
          <w:tcPr>
            <w:tcW w:w="792" w:type="dxa"/>
          </w:tcPr>
          <w:p w14:paraId="4F03729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129</w:t>
            </w:r>
          </w:p>
        </w:tc>
        <w:tc>
          <w:tcPr>
            <w:tcW w:w="9288" w:type="dxa"/>
          </w:tcPr>
          <w:p w14:paraId="524ECB57" w14:textId="0DE968E6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Est/du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Sud-Est|Hong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Kong</w:t>
            </w:r>
          </w:p>
        </w:tc>
      </w:tr>
      <w:tr w:rsidR="00D4721F" w:rsidRPr="0096400F" w14:paraId="5E9A9B70" w14:textId="77777777" w:rsidTr="00F9728D">
        <w:tc>
          <w:tcPr>
            <w:tcW w:w="792" w:type="dxa"/>
          </w:tcPr>
          <w:p w14:paraId="0A61533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130</w:t>
            </w:r>
          </w:p>
        </w:tc>
        <w:tc>
          <w:tcPr>
            <w:tcW w:w="9288" w:type="dxa"/>
          </w:tcPr>
          <w:p w14:paraId="52C159B0" w14:textId="506C9949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Est/du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Sud-Est|RAS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de Hong Kong </w:t>
            </w:r>
          </w:p>
        </w:tc>
      </w:tr>
      <w:tr w:rsidR="00D4721F" w:rsidRPr="0096400F" w14:paraId="1E236FE8" w14:textId="77777777" w:rsidTr="00F9728D">
        <w:tc>
          <w:tcPr>
            <w:tcW w:w="792" w:type="dxa"/>
          </w:tcPr>
          <w:p w14:paraId="6C4A041B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131</w:t>
            </w:r>
          </w:p>
        </w:tc>
        <w:tc>
          <w:tcPr>
            <w:tcW w:w="9288" w:type="dxa"/>
          </w:tcPr>
          <w:p w14:paraId="6E8C79A4" w14:textId="0109DF26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Est/du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Sud-Est|Indonésie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>, République d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</w:p>
        </w:tc>
      </w:tr>
      <w:tr w:rsidR="00D4721F" w:rsidRPr="0096400F" w14:paraId="73E18E13" w14:textId="77777777" w:rsidTr="00F9728D">
        <w:tc>
          <w:tcPr>
            <w:tcW w:w="792" w:type="dxa"/>
          </w:tcPr>
          <w:p w14:paraId="5088DD57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132</w:t>
            </w:r>
          </w:p>
        </w:tc>
        <w:tc>
          <w:tcPr>
            <w:tcW w:w="9288" w:type="dxa"/>
          </w:tcPr>
          <w:p w14:paraId="2DA02614" w14:textId="27020583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Est/du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Sud-Est|Japon</w:t>
            </w:r>
            <w:proofErr w:type="spellEnd"/>
          </w:p>
        </w:tc>
      </w:tr>
      <w:tr w:rsidR="00D4721F" w:rsidRPr="0096400F" w14:paraId="15D2F368" w14:textId="77777777" w:rsidTr="00F9728D">
        <w:tc>
          <w:tcPr>
            <w:tcW w:w="792" w:type="dxa"/>
          </w:tcPr>
          <w:p w14:paraId="2F1473A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142</w:t>
            </w:r>
          </w:p>
        </w:tc>
        <w:tc>
          <w:tcPr>
            <w:tcW w:w="9288" w:type="dxa"/>
          </w:tcPr>
          <w:p w14:paraId="3EA68898" w14:textId="1FA6FE54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Est/du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Sud-Est|Corée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du Sud, République de</w:t>
            </w:r>
          </w:p>
        </w:tc>
      </w:tr>
      <w:tr w:rsidR="00D4721F" w:rsidRPr="0096400F" w14:paraId="1496964C" w14:textId="77777777" w:rsidTr="00F9728D">
        <w:tc>
          <w:tcPr>
            <w:tcW w:w="792" w:type="dxa"/>
          </w:tcPr>
          <w:p w14:paraId="58D09B7F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133</w:t>
            </w:r>
          </w:p>
        </w:tc>
        <w:tc>
          <w:tcPr>
            <w:tcW w:w="9288" w:type="dxa"/>
          </w:tcPr>
          <w:p w14:paraId="55EA3240" w14:textId="5ADE894E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Est/du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Sud-Est|RAS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de Macao</w:t>
            </w:r>
          </w:p>
        </w:tc>
      </w:tr>
      <w:tr w:rsidR="00D4721F" w:rsidRPr="0096400F" w14:paraId="7B292E25" w14:textId="77777777" w:rsidTr="00F9728D">
        <w:tc>
          <w:tcPr>
            <w:tcW w:w="792" w:type="dxa"/>
          </w:tcPr>
          <w:p w14:paraId="70109B4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134</w:t>
            </w:r>
          </w:p>
        </w:tc>
        <w:tc>
          <w:tcPr>
            <w:tcW w:w="9288" w:type="dxa"/>
          </w:tcPr>
          <w:p w14:paraId="4822D3EE" w14:textId="742FADCF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Est/du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Sud-Est|Malaisie</w:t>
            </w:r>
            <w:proofErr w:type="spellEnd"/>
          </w:p>
        </w:tc>
      </w:tr>
      <w:tr w:rsidR="00D4721F" w:rsidRPr="0096400F" w14:paraId="319A23E3" w14:textId="77777777" w:rsidTr="00F9728D">
        <w:tc>
          <w:tcPr>
            <w:tcW w:w="792" w:type="dxa"/>
          </w:tcPr>
          <w:p w14:paraId="75DC35BA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135</w:t>
            </w:r>
          </w:p>
        </w:tc>
        <w:tc>
          <w:tcPr>
            <w:tcW w:w="9288" w:type="dxa"/>
          </w:tcPr>
          <w:p w14:paraId="1C061D2E" w14:textId="7E6250CE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Est/du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Sud-Est|Mongolie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>, République populaire de</w:t>
            </w:r>
          </w:p>
        </w:tc>
      </w:tr>
      <w:tr w:rsidR="00D4721F" w:rsidRPr="0096400F" w14:paraId="4968A8D7" w14:textId="77777777" w:rsidTr="00F9728D">
        <w:tc>
          <w:tcPr>
            <w:tcW w:w="792" w:type="dxa"/>
          </w:tcPr>
          <w:p w14:paraId="015F7B7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144</w:t>
            </w:r>
          </w:p>
        </w:tc>
        <w:tc>
          <w:tcPr>
            <w:tcW w:w="9288" w:type="dxa"/>
          </w:tcPr>
          <w:p w14:paraId="470FEFA0" w14:textId="7BF79435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Est/du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Sud-Est|Philippines</w:t>
            </w:r>
            <w:proofErr w:type="spellEnd"/>
          </w:p>
        </w:tc>
      </w:tr>
      <w:tr w:rsidR="00D4721F" w:rsidRPr="0096400F" w14:paraId="73C794C3" w14:textId="77777777" w:rsidTr="00F9728D">
        <w:tc>
          <w:tcPr>
            <w:tcW w:w="792" w:type="dxa"/>
          </w:tcPr>
          <w:p w14:paraId="4F220BA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136</w:t>
            </w:r>
          </w:p>
        </w:tc>
        <w:tc>
          <w:tcPr>
            <w:tcW w:w="9288" w:type="dxa"/>
          </w:tcPr>
          <w:p w14:paraId="68252349" w14:textId="184F2E02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Est/du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Sud-Est|Singapour</w:t>
            </w:r>
            <w:proofErr w:type="spellEnd"/>
          </w:p>
        </w:tc>
      </w:tr>
      <w:tr w:rsidR="00D4721F" w:rsidRPr="0096400F" w14:paraId="3B2EA6C9" w14:textId="77777777" w:rsidTr="00F9728D">
        <w:tc>
          <w:tcPr>
            <w:tcW w:w="792" w:type="dxa"/>
          </w:tcPr>
          <w:p w14:paraId="4AA2F699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137</w:t>
            </w:r>
          </w:p>
        </w:tc>
        <w:tc>
          <w:tcPr>
            <w:tcW w:w="9288" w:type="dxa"/>
          </w:tcPr>
          <w:p w14:paraId="68DB2BDD" w14:textId="3B95478D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Est/du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Sud-Est|Taïwan</w:t>
            </w:r>
            <w:proofErr w:type="spellEnd"/>
          </w:p>
        </w:tc>
      </w:tr>
      <w:tr w:rsidR="00D4721F" w:rsidRPr="0096400F" w14:paraId="24D4A99B" w14:textId="77777777" w:rsidTr="00F9728D">
        <w:tc>
          <w:tcPr>
            <w:tcW w:w="792" w:type="dxa"/>
          </w:tcPr>
          <w:p w14:paraId="07C13D4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138</w:t>
            </w:r>
          </w:p>
        </w:tc>
        <w:tc>
          <w:tcPr>
            <w:tcW w:w="9288" w:type="dxa"/>
          </w:tcPr>
          <w:p w14:paraId="1B584826" w14:textId="796B786B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Est/du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Sud-Est|Thaïlande</w:t>
            </w:r>
            <w:proofErr w:type="spellEnd"/>
          </w:p>
        </w:tc>
      </w:tr>
      <w:tr w:rsidR="00D4721F" w:rsidRPr="0096400F" w14:paraId="4DBAAAA7" w14:textId="77777777" w:rsidTr="00F9728D">
        <w:tc>
          <w:tcPr>
            <w:tcW w:w="792" w:type="dxa"/>
          </w:tcPr>
          <w:p w14:paraId="0D7B63F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139</w:t>
            </w:r>
          </w:p>
        </w:tc>
        <w:tc>
          <w:tcPr>
            <w:tcW w:w="9288" w:type="dxa"/>
          </w:tcPr>
          <w:p w14:paraId="51B5FD13" w14:textId="79B73E8A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Est/du 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Sud-Est|Vietnam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>, République socialiste du</w:t>
            </w:r>
          </w:p>
        </w:tc>
      </w:tr>
      <w:tr w:rsidR="00D4721F" w:rsidRPr="0096400F" w14:paraId="7A6B0EA9" w14:textId="77777777" w:rsidTr="00F9728D">
        <w:tc>
          <w:tcPr>
            <w:tcW w:w="792" w:type="dxa"/>
          </w:tcPr>
          <w:p w14:paraId="0D319FF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145</w:t>
            </w:r>
          </w:p>
        </w:tc>
        <w:tc>
          <w:tcPr>
            <w:tcW w:w="9288" w:type="dxa"/>
          </w:tcPr>
          <w:p w14:paraId="43D26B4C" w14:textId="103A4B4D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Ouest|Arménie</w:t>
            </w:r>
            <w:proofErr w:type="spellEnd"/>
          </w:p>
        </w:tc>
      </w:tr>
      <w:tr w:rsidR="00D4721F" w:rsidRPr="0096400F" w14:paraId="6073BC5A" w14:textId="77777777" w:rsidTr="00F9728D">
        <w:tc>
          <w:tcPr>
            <w:tcW w:w="792" w:type="dxa"/>
          </w:tcPr>
          <w:p w14:paraId="781E513E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146</w:t>
            </w:r>
          </w:p>
        </w:tc>
        <w:tc>
          <w:tcPr>
            <w:tcW w:w="9288" w:type="dxa"/>
          </w:tcPr>
          <w:p w14:paraId="3E1FAE6F" w14:textId="4AFB1879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Ouest|Azerbaïdjan</w:t>
            </w:r>
            <w:proofErr w:type="spellEnd"/>
          </w:p>
        </w:tc>
      </w:tr>
      <w:tr w:rsidR="00D4721F" w:rsidRPr="0096400F" w14:paraId="2CC92200" w14:textId="77777777" w:rsidTr="00F9728D">
        <w:tc>
          <w:tcPr>
            <w:tcW w:w="792" w:type="dxa"/>
          </w:tcPr>
          <w:p w14:paraId="530DB557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147</w:t>
            </w:r>
          </w:p>
        </w:tc>
        <w:tc>
          <w:tcPr>
            <w:tcW w:w="9288" w:type="dxa"/>
          </w:tcPr>
          <w:p w14:paraId="4FF2B2FB" w14:textId="3439658D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Ouest|Bahreïn</w:t>
            </w:r>
            <w:proofErr w:type="spellEnd"/>
          </w:p>
        </w:tc>
      </w:tr>
      <w:tr w:rsidR="00D4721F" w:rsidRPr="0096400F" w14:paraId="02B9A35B" w14:textId="77777777" w:rsidTr="00F9728D">
        <w:tc>
          <w:tcPr>
            <w:tcW w:w="792" w:type="dxa"/>
          </w:tcPr>
          <w:p w14:paraId="3B2A132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148</w:t>
            </w:r>
          </w:p>
        </w:tc>
        <w:tc>
          <w:tcPr>
            <w:tcW w:w="9288" w:type="dxa"/>
          </w:tcPr>
          <w:p w14:paraId="582E492A" w14:textId="3E95449D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Ouest|Géorgie</w:t>
            </w:r>
            <w:proofErr w:type="spellEnd"/>
          </w:p>
        </w:tc>
      </w:tr>
      <w:tr w:rsidR="00D4721F" w:rsidRPr="0096400F" w14:paraId="2677FAD8" w14:textId="77777777" w:rsidTr="00F9728D">
        <w:tc>
          <w:tcPr>
            <w:tcW w:w="792" w:type="dxa"/>
          </w:tcPr>
          <w:p w14:paraId="26BC9E6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127</w:t>
            </w:r>
          </w:p>
        </w:tc>
        <w:tc>
          <w:tcPr>
            <w:tcW w:w="9288" w:type="dxa"/>
          </w:tcPr>
          <w:p w14:paraId="2D155559" w14:textId="6DF21F3A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Ouest|Iran</w:t>
            </w:r>
            <w:proofErr w:type="spellEnd"/>
          </w:p>
        </w:tc>
      </w:tr>
      <w:tr w:rsidR="00D4721F" w:rsidRPr="0096400F" w14:paraId="445E9509" w14:textId="77777777" w:rsidTr="00F9728D">
        <w:tc>
          <w:tcPr>
            <w:tcW w:w="792" w:type="dxa"/>
          </w:tcPr>
          <w:p w14:paraId="63DEFD3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149</w:t>
            </w:r>
          </w:p>
        </w:tc>
        <w:tc>
          <w:tcPr>
            <w:tcW w:w="9288" w:type="dxa"/>
          </w:tcPr>
          <w:p w14:paraId="7CA44100" w14:textId="5FAEEE00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Ouest|Irak</w:t>
            </w:r>
            <w:proofErr w:type="spellEnd"/>
          </w:p>
        </w:tc>
      </w:tr>
      <w:tr w:rsidR="00D4721F" w:rsidRPr="0096400F" w14:paraId="0DC19B73" w14:textId="77777777" w:rsidTr="00F9728D">
        <w:tc>
          <w:tcPr>
            <w:tcW w:w="792" w:type="dxa"/>
          </w:tcPr>
          <w:p w14:paraId="7B8853CE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150</w:t>
            </w:r>
          </w:p>
        </w:tc>
        <w:tc>
          <w:tcPr>
            <w:tcW w:w="9288" w:type="dxa"/>
          </w:tcPr>
          <w:p w14:paraId="3804085D" w14:textId="342482D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Ouest|Israël</w:t>
            </w:r>
            <w:proofErr w:type="spellEnd"/>
          </w:p>
        </w:tc>
      </w:tr>
      <w:tr w:rsidR="00D4721F" w:rsidRPr="0096400F" w14:paraId="045DF7B6" w14:textId="77777777" w:rsidTr="00F9728D">
        <w:tc>
          <w:tcPr>
            <w:tcW w:w="792" w:type="dxa"/>
          </w:tcPr>
          <w:p w14:paraId="57753F14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151</w:t>
            </w:r>
          </w:p>
        </w:tc>
        <w:tc>
          <w:tcPr>
            <w:tcW w:w="9288" w:type="dxa"/>
          </w:tcPr>
          <w:p w14:paraId="4801B3DD" w14:textId="0CF11DA4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Ouest|Jordanie</w:t>
            </w:r>
            <w:proofErr w:type="spellEnd"/>
          </w:p>
        </w:tc>
      </w:tr>
      <w:tr w:rsidR="00D4721F" w:rsidRPr="0096400F" w14:paraId="5C313326" w14:textId="77777777" w:rsidTr="00F9728D">
        <w:tc>
          <w:tcPr>
            <w:tcW w:w="792" w:type="dxa"/>
          </w:tcPr>
          <w:p w14:paraId="23F4AD1A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152</w:t>
            </w:r>
          </w:p>
        </w:tc>
        <w:tc>
          <w:tcPr>
            <w:tcW w:w="9288" w:type="dxa"/>
          </w:tcPr>
          <w:p w14:paraId="7CA189D2" w14:textId="51C7D922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Ouest|Koweït</w:t>
            </w:r>
            <w:proofErr w:type="spellEnd"/>
          </w:p>
        </w:tc>
      </w:tr>
      <w:tr w:rsidR="00D4721F" w:rsidRPr="0096400F" w14:paraId="592B0CF8" w14:textId="77777777" w:rsidTr="00F9728D">
        <w:tc>
          <w:tcPr>
            <w:tcW w:w="792" w:type="dxa"/>
          </w:tcPr>
          <w:p w14:paraId="66842E5D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153</w:t>
            </w:r>
          </w:p>
        </w:tc>
        <w:tc>
          <w:tcPr>
            <w:tcW w:w="9288" w:type="dxa"/>
          </w:tcPr>
          <w:p w14:paraId="77F3A5C2" w14:textId="42F9B098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Ouest|Liban</w:t>
            </w:r>
            <w:proofErr w:type="spellEnd"/>
          </w:p>
        </w:tc>
      </w:tr>
      <w:tr w:rsidR="00D4721F" w:rsidRPr="0096400F" w14:paraId="668B8108" w14:textId="77777777" w:rsidTr="00F9728D">
        <w:tc>
          <w:tcPr>
            <w:tcW w:w="792" w:type="dxa"/>
          </w:tcPr>
          <w:p w14:paraId="639D6BEB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154</w:t>
            </w:r>
          </w:p>
        </w:tc>
        <w:tc>
          <w:tcPr>
            <w:tcW w:w="9288" w:type="dxa"/>
          </w:tcPr>
          <w:p w14:paraId="294210CE" w14:textId="7C88CDA3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Ouest|Oman</w:t>
            </w:r>
            <w:proofErr w:type="spellEnd"/>
          </w:p>
        </w:tc>
      </w:tr>
      <w:tr w:rsidR="00D4721F" w:rsidRPr="0096400F" w14:paraId="4BDD1A4C" w14:textId="77777777" w:rsidTr="00F9728D">
        <w:tc>
          <w:tcPr>
            <w:tcW w:w="792" w:type="dxa"/>
          </w:tcPr>
          <w:p w14:paraId="10E1F3B7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155</w:t>
            </w:r>
          </w:p>
        </w:tc>
        <w:tc>
          <w:tcPr>
            <w:tcW w:w="9288" w:type="dxa"/>
          </w:tcPr>
          <w:p w14:paraId="474F64DC" w14:textId="3EF8F061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Ouest|Autorité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palestinienne (Gaza)</w:t>
            </w:r>
          </w:p>
        </w:tc>
      </w:tr>
      <w:tr w:rsidR="00D4721F" w:rsidRPr="0096400F" w14:paraId="621C6162" w14:textId="77777777" w:rsidTr="00F9728D">
        <w:tc>
          <w:tcPr>
            <w:tcW w:w="792" w:type="dxa"/>
          </w:tcPr>
          <w:p w14:paraId="7C46AF4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156</w:t>
            </w:r>
          </w:p>
        </w:tc>
        <w:tc>
          <w:tcPr>
            <w:tcW w:w="9288" w:type="dxa"/>
          </w:tcPr>
          <w:p w14:paraId="3EBFE0B5" w14:textId="4D22F16A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Ouest|Qatar</w:t>
            </w:r>
            <w:proofErr w:type="spellEnd"/>
          </w:p>
        </w:tc>
      </w:tr>
      <w:tr w:rsidR="00D4721F" w:rsidRPr="0096400F" w14:paraId="360250BC" w14:textId="77777777" w:rsidTr="00F9728D">
        <w:tc>
          <w:tcPr>
            <w:tcW w:w="792" w:type="dxa"/>
          </w:tcPr>
          <w:p w14:paraId="75D0E07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157</w:t>
            </w:r>
          </w:p>
        </w:tc>
        <w:tc>
          <w:tcPr>
            <w:tcW w:w="9288" w:type="dxa"/>
          </w:tcPr>
          <w:p w14:paraId="693F21D8" w14:textId="64AEE2EA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Ouest|Arabie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saoudite</w:t>
            </w:r>
          </w:p>
        </w:tc>
      </w:tr>
      <w:tr w:rsidR="00D4721F" w:rsidRPr="0096400F" w14:paraId="7915A85A" w14:textId="77777777" w:rsidTr="00F9728D">
        <w:tc>
          <w:tcPr>
            <w:tcW w:w="792" w:type="dxa"/>
          </w:tcPr>
          <w:p w14:paraId="11DFFA0A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158</w:t>
            </w:r>
          </w:p>
        </w:tc>
        <w:tc>
          <w:tcPr>
            <w:tcW w:w="9288" w:type="dxa"/>
          </w:tcPr>
          <w:p w14:paraId="58881EE2" w14:textId="63FBA22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Ouest|Syrie</w:t>
            </w:r>
            <w:proofErr w:type="spellEnd"/>
          </w:p>
        </w:tc>
      </w:tr>
      <w:tr w:rsidR="00D4721F" w:rsidRPr="0096400F" w14:paraId="5B13055C" w14:textId="77777777" w:rsidTr="00F9728D">
        <w:tc>
          <w:tcPr>
            <w:tcW w:w="792" w:type="dxa"/>
          </w:tcPr>
          <w:p w14:paraId="4EE8863F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159</w:t>
            </w:r>
          </w:p>
        </w:tc>
        <w:tc>
          <w:tcPr>
            <w:tcW w:w="9288" w:type="dxa"/>
          </w:tcPr>
          <w:p w14:paraId="4972FAF9" w14:textId="5F279B1A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Ouest|Turquie</w:t>
            </w:r>
            <w:proofErr w:type="spellEnd"/>
          </w:p>
        </w:tc>
      </w:tr>
      <w:tr w:rsidR="00D4721F" w:rsidRPr="0096400F" w14:paraId="045D71A0" w14:textId="77777777" w:rsidTr="00F9728D">
        <w:tc>
          <w:tcPr>
            <w:tcW w:w="792" w:type="dxa"/>
          </w:tcPr>
          <w:p w14:paraId="03C191A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160</w:t>
            </w:r>
          </w:p>
        </w:tc>
        <w:tc>
          <w:tcPr>
            <w:tcW w:w="9288" w:type="dxa"/>
          </w:tcPr>
          <w:p w14:paraId="33FCCD51" w14:textId="050358B6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Ouest|Émirats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arabes unis</w:t>
            </w:r>
          </w:p>
        </w:tc>
      </w:tr>
      <w:tr w:rsidR="00D4721F" w:rsidRPr="0096400F" w14:paraId="4DF63E5B" w14:textId="77777777" w:rsidTr="00F9728D">
        <w:tc>
          <w:tcPr>
            <w:tcW w:w="792" w:type="dxa"/>
          </w:tcPr>
          <w:p w14:paraId="0FDCA86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161</w:t>
            </w:r>
          </w:p>
        </w:tc>
        <w:tc>
          <w:tcPr>
            <w:tcW w:w="9288" w:type="dxa"/>
          </w:tcPr>
          <w:p w14:paraId="1F34F70C" w14:textId="799E4A36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Asie de l</w:t>
            </w:r>
            <w:r w:rsidR="00F9728D" w:rsidRPr="0096400F">
              <w:rPr>
                <w:rFonts w:ascii="Cambria" w:hAnsi="Cambria"/>
                <w:szCs w:val="22"/>
                <w:lang w:val="fr-CA" w:eastAsia="en-US"/>
              </w:rPr>
              <w:t>’</w:t>
            </w: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Ouest|Yémen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>, République du</w:t>
            </w:r>
          </w:p>
        </w:tc>
      </w:tr>
      <w:tr w:rsidR="00D4721F" w:rsidRPr="0096400F" w14:paraId="5B584B4F" w14:textId="77777777" w:rsidTr="00F9728D">
        <w:tc>
          <w:tcPr>
            <w:tcW w:w="792" w:type="dxa"/>
          </w:tcPr>
          <w:p w14:paraId="7AC30F55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162</w:t>
            </w:r>
          </w:p>
        </w:tc>
        <w:tc>
          <w:tcPr>
            <w:tcW w:w="9288" w:type="dxa"/>
          </w:tcPr>
          <w:p w14:paraId="28302DC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Océanie|Australie</w:t>
            </w:r>
            <w:proofErr w:type="spellEnd"/>
          </w:p>
        </w:tc>
      </w:tr>
      <w:tr w:rsidR="00D4721F" w:rsidRPr="0096400F" w14:paraId="0AA9EE68" w14:textId="77777777" w:rsidTr="00F9728D">
        <w:tc>
          <w:tcPr>
            <w:tcW w:w="792" w:type="dxa"/>
          </w:tcPr>
          <w:p w14:paraId="654DFBC0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163</w:t>
            </w:r>
          </w:p>
        </w:tc>
        <w:tc>
          <w:tcPr>
            <w:tcW w:w="9288" w:type="dxa"/>
          </w:tcPr>
          <w:p w14:paraId="7BBFDDB9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Océanie|Fidji</w:t>
            </w:r>
            <w:proofErr w:type="spellEnd"/>
          </w:p>
        </w:tc>
      </w:tr>
      <w:tr w:rsidR="00D4721F" w:rsidRPr="0096400F" w14:paraId="5554A983" w14:textId="77777777" w:rsidTr="00F9728D">
        <w:tc>
          <w:tcPr>
            <w:tcW w:w="792" w:type="dxa"/>
          </w:tcPr>
          <w:p w14:paraId="342BCA59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164</w:t>
            </w:r>
          </w:p>
        </w:tc>
        <w:tc>
          <w:tcPr>
            <w:tcW w:w="9288" w:type="dxa"/>
          </w:tcPr>
          <w:p w14:paraId="0EFE8583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Océanie|Nouvelle-Calédonie</w:t>
            </w:r>
            <w:proofErr w:type="spellEnd"/>
          </w:p>
        </w:tc>
      </w:tr>
      <w:tr w:rsidR="00D4721F" w:rsidRPr="0096400F" w14:paraId="664B2B42" w14:textId="77777777" w:rsidTr="00F9728D">
        <w:tc>
          <w:tcPr>
            <w:tcW w:w="792" w:type="dxa"/>
          </w:tcPr>
          <w:p w14:paraId="2BF7E5E6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165</w:t>
            </w:r>
          </w:p>
        </w:tc>
        <w:tc>
          <w:tcPr>
            <w:tcW w:w="9288" w:type="dxa"/>
          </w:tcPr>
          <w:p w14:paraId="603B843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proofErr w:type="spellStart"/>
            <w:r w:rsidRPr="0096400F">
              <w:rPr>
                <w:rFonts w:ascii="Cambria" w:hAnsi="Cambria"/>
                <w:szCs w:val="22"/>
                <w:lang w:val="fr-CA" w:eastAsia="en-US"/>
              </w:rPr>
              <w:t>Océanie|Nouvelle-Zélande</w:t>
            </w:r>
            <w:proofErr w:type="spellEnd"/>
            <w:r w:rsidRPr="0096400F">
              <w:rPr>
                <w:rFonts w:ascii="Cambria" w:hAnsi="Cambria"/>
                <w:szCs w:val="22"/>
                <w:lang w:val="fr-CA" w:eastAsia="en-US"/>
              </w:rPr>
              <w:t xml:space="preserve"> </w:t>
            </w:r>
          </w:p>
        </w:tc>
      </w:tr>
      <w:tr w:rsidR="00D4721F" w:rsidRPr="0096400F" w14:paraId="38949703" w14:textId="77777777" w:rsidTr="00F9728D">
        <w:tc>
          <w:tcPr>
            <w:tcW w:w="792" w:type="dxa"/>
          </w:tcPr>
          <w:p w14:paraId="6CC76C8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❍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166</w:t>
            </w:r>
          </w:p>
        </w:tc>
        <w:tc>
          <w:tcPr>
            <w:tcW w:w="9288" w:type="dxa"/>
          </w:tcPr>
          <w:p w14:paraId="399C3471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 (précisez) :   __________________________________________________</w:t>
            </w:r>
          </w:p>
        </w:tc>
      </w:tr>
    </w:tbl>
    <w:p w14:paraId="37721E44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2FFFD7D1" w14:textId="2329BF0A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D6</w:t>
      </w:r>
      <w:r w:rsidRPr="0096400F">
        <w:rPr>
          <w:rFonts w:ascii="Cambria" w:eastAsia="MS Mincho" w:hAnsi="Cambria"/>
          <w:i/>
          <w:szCs w:val="22"/>
          <w:lang w:eastAsia="en-US"/>
        </w:rPr>
        <w:tab/>
        <w:t>Voir si D5 À l</w:t>
      </w:r>
      <w:r w:rsidR="00F9728D" w:rsidRPr="0096400F">
        <w:rPr>
          <w:rFonts w:ascii="Cambria" w:eastAsia="MS Mincho" w:hAnsi="Cambria"/>
          <w:i/>
          <w:szCs w:val="22"/>
          <w:lang w:eastAsia="en-US"/>
        </w:rPr>
        <w:t>’</w:t>
      </w:r>
      <w:r w:rsidRPr="0096400F">
        <w:rPr>
          <w:rFonts w:ascii="Cambria" w:eastAsia="MS Mincho" w:hAnsi="Cambria"/>
          <w:i/>
          <w:szCs w:val="22"/>
          <w:lang w:eastAsia="en-US"/>
        </w:rPr>
        <w:t>Étranger</w:t>
      </w:r>
    </w:p>
    <w:p w14:paraId="050740D9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En quelle année êtes-vous arrivé(e) au Canada?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024F8919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p w14:paraId="404B2367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Cs w:val="22"/>
          <w:lang w:eastAsia="en-US"/>
        </w:rPr>
        <w:t>Minimum: 1900, Maximum: 2022</w:t>
      </w:r>
    </w:p>
    <w:p w14:paraId="1D99FD6A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__________</w:t>
      </w:r>
    </w:p>
    <w:p w14:paraId="379B9191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662C3B25" w14:textId="77777777" w:rsidR="00D4721F" w:rsidRPr="0096400F" w:rsidRDefault="00D4721F" w:rsidP="00D4721F">
      <w:pPr>
        <w:keepNext/>
        <w:spacing w:after="220" w:line="276" w:lineRule="auto"/>
        <w:jc w:val="left"/>
        <w:rPr>
          <w:rFonts w:ascii="Cambria" w:eastAsia="MS Mincho" w:hAnsi="Cambria"/>
          <w:b/>
          <w:sz w:val="28"/>
          <w:szCs w:val="22"/>
          <w:lang w:eastAsia="en-US"/>
        </w:rPr>
      </w:pPr>
      <w:r w:rsidRPr="0096400F">
        <w:rPr>
          <w:rFonts w:ascii="Cambria" w:eastAsia="MS Mincho" w:hAnsi="Cambria"/>
          <w:b/>
          <w:sz w:val="28"/>
          <w:szCs w:val="22"/>
          <w:lang w:eastAsia="en-US"/>
        </w:rPr>
        <w:t>Page</w:t>
      </w:r>
    </w:p>
    <w:p w14:paraId="49E5E19E" w14:textId="77777777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D7</w:t>
      </w:r>
    </w:p>
    <w:p w14:paraId="130D48D0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t>Quelle est la première langue que vous avez apprise lorsque vous étiez enfant et que vous comprenez toujours?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7FAF01F1" w14:textId="7A8F969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i/>
          <w:color w:val="A8A8A8"/>
          <w:szCs w:val="22"/>
          <w:lang w:eastAsia="en-US"/>
        </w:rPr>
        <w:t>Sélectionnez jusqu</w:t>
      </w:r>
      <w:r w:rsidR="00F9728D" w:rsidRPr="0096400F">
        <w:rPr>
          <w:rFonts w:ascii="Cambria" w:eastAsia="MS Mincho" w:hAnsi="Cambria"/>
          <w:i/>
          <w:color w:val="A8A8A8"/>
          <w:szCs w:val="22"/>
          <w:lang w:eastAsia="en-US"/>
        </w:rPr>
        <w:t>’</w:t>
      </w:r>
      <w:r w:rsidRPr="0096400F">
        <w:rPr>
          <w:rFonts w:ascii="Cambria" w:eastAsia="MS Mincho" w:hAnsi="Cambria"/>
          <w:i/>
          <w:color w:val="A8A8A8"/>
          <w:szCs w:val="22"/>
          <w:lang w:eastAsia="en-US"/>
        </w:rPr>
        <w:t>à 2 réponses</w:t>
      </w:r>
    </w:p>
    <w:p w14:paraId="77EA6519" w14:textId="77777777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</w:p>
    <w:tbl>
      <w:tblPr>
        <w:tblStyle w:val="Grilledutableau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2"/>
        <w:gridCol w:w="8664"/>
      </w:tblGrid>
      <w:tr w:rsidR="00D4721F" w:rsidRPr="0096400F" w14:paraId="3A24927F" w14:textId="77777777" w:rsidTr="00F9728D">
        <w:tc>
          <w:tcPr>
            <w:tcW w:w="792" w:type="dxa"/>
          </w:tcPr>
          <w:p w14:paraId="7635554F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1</w:t>
            </w:r>
          </w:p>
        </w:tc>
        <w:tc>
          <w:tcPr>
            <w:tcW w:w="9288" w:type="dxa"/>
          </w:tcPr>
          <w:p w14:paraId="7716A0D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Anglais</w:t>
            </w:r>
          </w:p>
        </w:tc>
      </w:tr>
      <w:tr w:rsidR="00D4721F" w:rsidRPr="0096400F" w14:paraId="0E4DFFBC" w14:textId="77777777" w:rsidTr="00F9728D">
        <w:tc>
          <w:tcPr>
            <w:tcW w:w="792" w:type="dxa"/>
          </w:tcPr>
          <w:p w14:paraId="2814F5DE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2</w:t>
            </w:r>
          </w:p>
        </w:tc>
        <w:tc>
          <w:tcPr>
            <w:tcW w:w="9288" w:type="dxa"/>
          </w:tcPr>
          <w:p w14:paraId="4729166C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Français</w:t>
            </w:r>
          </w:p>
        </w:tc>
      </w:tr>
      <w:tr w:rsidR="00D4721F" w:rsidRPr="0096400F" w14:paraId="08AC831B" w14:textId="77777777" w:rsidTr="00F9728D">
        <w:tc>
          <w:tcPr>
            <w:tcW w:w="792" w:type="dxa"/>
          </w:tcPr>
          <w:p w14:paraId="6158823F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Segoe UI Symbol" w:hAnsi="Segoe UI Symbol" w:cs="Segoe UI Symbol"/>
                <w:szCs w:val="22"/>
                <w:lang w:val="fr-CA" w:eastAsia="en-US"/>
              </w:rPr>
              <w:t>❑</w:t>
            </w:r>
            <w:r w:rsidRPr="0096400F">
              <w:rPr>
                <w:rFonts w:ascii="Cambria" w:hAnsi="Cambria"/>
                <w:sz w:val="20"/>
                <w:szCs w:val="22"/>
                <w:vertAlign w:val="subscript"/>
                <w:lang w:val="fr-CA" w:eastAsia="en-US"/>
              </w:rPr>
              <w:t xml:space="preserve">   3</w:t>
            </w:r>
          </w:p>
        </w:tc>
        <w:tc>
          <w:tcPr>
            <w:tcW w:w="9288" w:type="dxa"/>
          </w:tcPr>
          <w:p w14:paraId="1B899882" w14:textId="77777777" w:rsidR="00D4721F" w:rsidRPr="0096400F" w:rsidRDefault="00D4721F" w:rsidP="00F9728D">
            <w:pPr>
              <w:spacing w:line="240" w:lineRule="auto"/>
              <w:jc w:val="left"/>
              <w:rPr>
                <w:rFonts w:ascii="Cambria" w:hAnsi="Cambria"/>
                <w:szCs w:val="22"/>
                <w:lang w:val="fr-CA" w:eastAsia="en-US"/>
              </w:rPr>
            </w:pPr>
            <w:r w:rsidRPr="0096400F">
              <w:rPr>
                <w:rFonts w:ascii="Cambria" w:hAnsi="Cambria"/>
                <w:szCs w:val="22"/>
                <w:lang w:val="fr-CA" w:eastAsia="en-US"/>
              </w:rPr>
              <w:t>Autre langue; veuillez préciser :   __________________________________________________</w:t>
            </w:r>
          </w:p>
        </w:tc>
      </w:tr>
    </w:tbl>
    <w:p w14:paraId="5D2E480C" w14:textId="77777777" w:rsidR="00D4721F" w:rsidRPr="0096400F" w:rsidRDefault="00D4721F" w:rsidP="00D4721F">
      <w:pPr>
        <w:spacing w:after="20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</w:p>
    <w:p w14:paraId="538ED8C3" w14:textId="77777777" w:rsidR="00D4721F" w:rsidRPr="0096400F" w:rsidRDefault="00D4721F" w:rsidP="00D4721F">
      <w:pPr>
        <w:spacing w:line="240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br w:type="page"/>
      </w:r>
    </w:p>
    <w:p w14:paraId="2A1E99F7" w14:textId="5CA51FF0" w:rsidR="00D4721F" w:rsidRPr="0096400F" w:rsidRDefault="00D4721F" w:rsidP="00D4721F">
      <w:pPr>
        <w:keepNext/>
        <w:spacing w:after="40"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b/>
          <w:sz w:val="22"/>
          <w:szCs w:val="22"/>
          <w:lang w:eastAsia="en-US"/>
        </w:rPr>
        <w:t>Fin MVÉ</w:t>
      </w:r>
    </w:p>
    <w:p w14:paraId="73056C7F" w14:textId="021F009E" w:rsidR="00D4721F" w:rsidRPr="0096400F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sz w:val="22"/>
          <w:szCs w:val="22"/>
          <w:lang w:eastAsia="en-US"/>
        </w:rPr>
        <w:br/>
        <w:t>Voilà qui met fin au sondage que nous avons effectué pour le compte de Affaires mondiales Canada. Dans les mois à venir, le rapport sera disponible via Bibliothèque et Archives Canada. Nous vous remercions beaucoup d</w:t>
      </w:r>
      <w:r w:rsidR="00F9728D" w:rsidRPr="0096400F">
        <w:rPr>
          <w:rFonts w:ascii="Cambria" w:eastAsia="MS Mincho" w:hAnsi="Cambria"/>
          <w:sz w:val="22"/>
          <w:szCs w:val="22"/>
          <w:lang w:eastAsia="en-US"/>
        </w:rPr>
        <w:t>’</w:t>
      </w:r>
      <w:r w:rsidRPr="0096400F">
        <w:rPr>
          <w:rFonts w:ascii="Cambria" w:eastAsia="MS Mincho" w:hAnsi="Cambria"/>
          <w:sz w:val="22"/>
          <w:szCs w:val="22"/>
          <w:lang w:eastAsia="en-US"/>
        </w:rPr>
        <w:t>avoir pris le temps d</w:t>
      </w:r>
      <w:r w:rsidR="00F9728D" w:rsidRPr="0096400F">
        <w:rPr>
          <w:rFonts w:ascii="Cambria" w:eastAsia="MS Mincho" w:hAnsi="Cambria"/>
          <w:sz w:val="22"/>
          <w:szCs w:val="22"/>
          <w:lang w:eastAsia="en-US"/>
        </w:rPr>
        <w:t>’</w:t>
      </w:r>
      <w:r w:rsidRPr="0096400F">
        <w:rPr>
          <w:rFonts w:ascii="Cambria" w:eastAsia="MS Mincho" w:hAnsi="Cambria"/>
          <w:sz w:val="22"/>
          <w:szCs w:val="22"/>
          <w:lang w:eastAsia="en-US"/>
        </w:rPr>
        <w:t>y participer, nous vous en sommes reconnaissants.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  <w:t>Si vous voulez voir les résultats d</w:t>
      </w:r>
      <w:r w:rsidR="00F9728D" w:rsidRPr="0096400F">
        <w:rPr>
          <w:rFonts w:ascii="Cambria" w:eastAsia="MS Mincho" w:hAnsi="Cambria"/>
          <w:sz w:val="22"/>
          <w:szCs w:val="22"/>
          <w:lang w:eastAsia="en-US"/>
        </w:rPr>
        <w:t>’</w:t>
      </w:r>
      <w:r w:rsidRPr="0096400F">
        <w:rPr>
          <w:rFonts w:ascii="Cambria" w:eastAsia="MS Mincho" w:hAnsi="Cambria"/>
          <w:sz w:val="22"/>
          <w:szCs w:val="22"/>
          <w:lang w:eastAsia="en-US"/>
        </w:rPr>
        <w:t>autres études menées par Advanis par l</w:t>
      </w:r>
      <w:r w:rsidR="00F9728D" w:rsidRPr="0096400F">
        <w:rPr>
          <w:rFonts w:ascii="Cambria" w:eastAsia="MS Mincho" w:hAnsi="Cambria"/>
          <w:sz w:val="22"/>
          <w:szCs w:val="22"/>
          <w:lang w:eastAsia="en-US"/>
        </w:rPr>
        <w:t>’</w:t>
      </w:r>
      <w:r w:rsidRPr="0096400F">
        <w:rPr>
          <w:rFonts w:ascii="Cambria" w:eastAsia="MS Mincho" w:hAnsi="Cambria"/>
          <w:sz w:val="22"/>
          <w:szCs w:val="22"/>
          <w:lang w:eastAsia="en-US"/>
        </w:rPr>
        <w:t xml:space="preserve">entremise de </w:t>
      </w:r>
      <w:proofErr w:type="spellStart"/>
      <w:r w:rsidRPr="0096400F">
        <w:rPr>
          <w:rFonts w:ascii="Cambria" w:eastAsia="MS Mincho" w:hAnsi="Cambria"/>
          <w:sz w:val="22"/>
          <w:szCs w:val="22"/>
          <w:lang w:eastAsia="en-US"/>
        </w:rPr>
        <w:t>MaVilleÉcoute</w:t>
      </w:r>
      <w:proofErr w:type="spellEnd"/>
      <w:r w:rsidRPr="0096400F">
        <w:rPr>
          <w:rFonts w:ascii="Cambria" w:eastAsia="MS Mincho" w:hAnsi="Cambria"/>
          <w:sz w:val="22"/>
          <w:szCs w:val="22"/>
          <w:lang w:eastAsia="en-US"/>
        </w:rPr>
        <w:t xml:space="preserve">, veuillez visiter </w:t>
      </w:r>
      <w:r w:rsidRPr="0096400F">
        <w:rPr>
          <w:rFonts w:ascii="Cambria" w:eastAsia="MS Mincho" w:hAnsi="Cambria"/>
          <w:color w:val="000099"/>
          <w:sz w:val="22"/>
          <w:szCs w:val="22"/>
          <w:lang w:eastAsia="en-US"/>
        </w:rPr>
        <w:t>mavilleecoute.ca/sondages (http://www.mavilleecoute.ca/sondages.html)</w:t>
      </w:r>
      <w:r w:rsidRPr="0096400F">
        <w:rPr>
          <w:rFonts w:ascii="Cambria" w:eastAsia="MS Mincho" w:hAnsi="Cambria"/>
          <w:sz w:val="22"/>
          <w:szCs w:val="22"/>
          <w:lang w:eastAsia="en-US"/>
        </w:rPr>
        <w:t>.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 w:val="18"/>
          <w:szCs w:val="22"/>
          <w:lang w:eastAsia="en-US"/>
        </w:rPr>
        <w:t xml:space="preserve">© 2022 </w:t>
      </w:r>
      <w:r w:rsidRPr="0096400F">
        <w:rPr>
          <w:rFonts w:ascii="Cambria" w:eastAsia="MS Mincho" w:hAnsi="Cambria"/>
          <w:color w:val="000099"/>
          <w:sz w:val="18"/>
          <w:szCs w:val="22"/>
          <w:lang w:eastAsia="en-US"/>
        </w:rPr>
        <w:t>Politique de confidentialité (https://www.mavilleecoute.ca/privacy.html)</w:t>
      </w:r>
      <w:r w:rsidRPr="0096400F">
        <w:rPr>
          <w:rFonts w:ascii="Cambria" w:eastAsia="MS Mincho" w:hAnsi="Cambria"/>
          <w:sz w:val="18"/>
          <w:szCs w:val="22"/>
          <w:lang w:eastAsia="en-US"/>
        </w:rPr>
        <w:t xml:space="preserve"> </w:t>
      </w:r>
      <w:r w:rsidRPr="0096400F">
        <w:rPr>
          <w:rFonts w:ascii="Cambria" w:eastAsia="MS Mincho" w:hAnsi="Cambria"/>
          <w:color w:val="000099"/>
          <w:sz w:val="18"/>
          <w:szCs w:val="22"/>
          <w:lang w:eastAsia="en-US"/>
        </w:rPr>
        <w:t>Engagement du CRIC (https://www.canadianresearchinsightscouncil.ca/wp-content/uploads/2020/09/Engagement-du-CRIC-aupres-des-Canadiens.pdf)</w:t>
      </w:r>
      <w:r w:rsidRPr="0096400F">
        <w:rPr>
          <w:rFonts w:ascii="Cambria" w:eastAsia="MS Mincho" w:hAnsi="Cambria"/>
          <w:sz w:val="18"/>
          <w:szCs w:val="22"/>
          <w:lang w:eastAsia="en-US"/>
        </w:rPr>
        <w:t xml:space="preserve"> </w:t>
      </w:r>
      <w:r w:rsidRPr="0096400F">
        <w:rPr>
          <w:rFonts w:ascii="Cambria" w:eastAsia="MS Mincho" w:hAnsi="Cambria"/>
          <w:sz w:val="22"/>
          <w:szCs w:val="22"/>
          <w:lang w:eastAsia="en-US"/>
        </w:rPr>
        <w:br/>
      </w:r>
      <w:r w:rsidRPr="0096400F">
        <w:rPr>
          <w:rFonts w:ascii="Cambria" w:eastAsia="MS Mincho" w:hAnsi="Cambria"/>
          <w:szCs w:val="22"/>
          <w:lang w:eastAsia="en-US"/>
        </w:rPr>
        <w:t xml:space="preserve">Cliquez ici si vous avez besoin de soutien technique : </w:t>
      </w:r>
      <w:r w:rsidRPr="0096400F">
        <w:rPr>
          <w:rFonts w:ascii="Cambria" w:eastAsia="MS Mincho" w:hAnsi="Cambria"/>
          <w:b/>
          <w:szCs w:val="22"/>
          <w:lang w:eastAsia="en-US"/>
        </w:rPr>
        <w:t>*?*</w:t>
      </w:r>
    </w:p>
    <w:p w14:paraId="32204730" w14:textId="77777777" w:rsidR="00D4721F" w:rsidRPr="00F9728D" w:rsidRDefault="00D4721F" w:rsidP="00D4721F">
      <w:pPr>
        <w:keepNext/>
        <w:spacing w:line="276" w:lineRule="auto"/>
        <w:jc w:val="left"/>
        <w:rPr>
          <w:rFonts w:ascii="Cambria" w:eastAsia="MS Mincho" w:hAnsi="Cambria"/>
          <w:sz w:val="22"/>
          <w:szCs w:val="22"/>
          <w:lang w:eastAsia="en-US"/>
        </w:rPr>
      </w:pPr>
      <w:r w:rsidRPr="0096400F">
        <w:rPr>
          <w:rFonts w:ascii="Cambria" w:eastAsia="MS Mincho" w:hAnsi="Cambria"/>
          <w:color w:val="A8A8A8"/>
          <w:sz w:val="16"/>
          <w:szCs w:val="22"/>
          <w:lang w:eastAsia="en-US"/>
        </w:rPr>
        <w:t>*?* Veuillez communiquer avec Sue Day en composant le 1-866-542-6921 ou en adressant un courriel à  survey+usborderadv2022@advanis.net (mailto: survey+usborderadv2022@advanis.net).</w:t>
      </w:r>
      <w:bookmarkEnd w:id="80"/>
    </w:p>
    <w:p w14:paraId="1B57CA71" w14:textId="77777777" w:rsidR="00D4721F" w:rsidRPr="00F9728D" w:rsidRDefault="00D4721F" w:rsidP="00D4721F">
      <w:pPr>
        <w:keepNext/>
        <w:spacing w:after="220" w:line="276" w:lineRule="auto"/>
        <w:jc w:val="left"/>
      </w:pPr>
    </w:p>
    <w:p w14:paraId="7D0A505C" w14:textId="77777777" w:rsidR="00D4721F" w:rsidRPr="00F9728D" w:rsidRDefault="00D4721F" w:rsidP="00D4721F"/>
    <w:sectPr w:rsidR="00D4721F" w:rsidRPr="00F9728D" w:rsidSect="00B5608F">
      <w:footerReference w:type="default" r:id="rId22"/>
      <w:pgSz w:w="12240" w:h="15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D740F" w14:textId="77777777" w:rsidR="002C4B62" w:rsidRDefault="002C4B62">
      <w:pPr>
        <w:spacing w:line="240" w:lineRule="auto"/>
      </w:pPr>
      <w:r>
        <w:separator/>
      </w:r>
    </w:p>
  </w:endnote>
  <w:endnote w:type="continuationSeparator" w:id="0">
    <w:p w14:paraId="6F672324" w14:textId="77777777" w:rsidR="002C4B62" w:rsidRDefault="002C4B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DAC5827-4CC7-42CC-A797-64985F0CEFB0}"/>
    <w:embedBold r:id="rId2" w:fontKey="{3BDEEBB9-1378-43D8-9DE2-B7F661620C82}"/>
    <w:embedItalic r:id="rId3" w:fontKey="{55EA7036-0624-4054-8CBE-2F7FB7A177ED}"/>
    <w:embedBoldItalic r:id="rId4" w:fontKey="{53BD6F24-8D91-4AB1-9AE3-68A763451D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9E841BD-73E3-4BCA-97AC-7CF848FCDA31}"/>
    <w:embedBold r:id="rId6" w:fontKey="{F55CB0BF-74ED-4764-9B95-684CD734D1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3DF627B-402D-4D2E-A00B-E89B1C58A355}"/>
    <w:embedBold r:id="rId8" w:fontKey="{DB402AD5-7BE7-4F51-AEED-DC1AF3E2FE46}"/>
    <w:embedItalic r:id="rId9" w:fontKey="{C9588877-8E00-4D9E-A5A2-3F4BDFFE252C}"/>
    <w:embedBoldItalic r:id="rId10" w:fontKey="{2CFDD6FD-2787-4A14-8457-88588B8B432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CFE1EF04-8C4E-4D63-A2AD-41A499FD2442}"/>
    <w:embedBold r:id="rId12" w:fontKey="{6B4D250F-86CC-4F32-85E0-FD4035F205E8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485EF897-14FB-4BEB-9771-6BFBB0D51A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68344" w14:textId="36DE4502" w:rsidR="002C4B62" w:rsidRDefault="002C4B62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C2CC5">
      <w:rPr>
        <w:noProof/>
      </w:rPr>
      <w:t>20</w:t>
    </w:r>
    <w:r>
      <w:rPr>
        <w:noProof/>
      </w:rPr>
      <w:fldChar w:fldCharType="end"/>
    </w:r>
  </w:p>
  <w:p w14:paraId="2D0686B8" w14:textId="77777777" w:rsidR="002C4B62" w:rsidRDefault="002C4B6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F13E1" w14:textId="77777777" w:rsidR="002C4B62" w:rsidRDefault="002C4B62">
      <w:pPr>
        <w:spacing w:line="240" w:lineRule="auto"/>
      </w:pPr>
      <w:r>
        <w:separator/>
      </w:r>
    </w:p>
  </w:footnote>
  <w:footnote w:type="continuationSeparator" w:id="0">
    <w:p w14:paraId="209E18FE" w14:textId="77777777" w:rsidR="002C4B62" w:rsidRDefault="002C4B6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146"/>
        </w:tabs>
        <w:ind w:left="1146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4D3EC89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91C2018"/>
    <w:multiLevelType w:val="hybridMultilevel"/>
    <w:tmpl w:val="EDE28EB4"/>
    <w:lvl w:ilvl="0" w:tplc="10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0" w15:restartNumberingAfterBreak="0">
    <w:nsid w:val="0B667EF6"/>
    <w:multiLevelType w:val="multilevel"/>
    <w:tmpl w:val="DB9C7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BD05E22"/>
    <w:multiLevelType w:val="multilevel"/>
    <w:tmpl w:val="36C82888"/>
    <w:lvl w:ilvl="0">
      <w:start w:val="3"/>
      <w:numFmt w:val="decimal"/>
      <w:lvlText w:val="%1.0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9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6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3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0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16" w:hanging="2160"/>
      </w:pPr>
      <w:rPr>
        <w:rFonts w:hint="default"/>
      </w:rPr>
    </w:lvl>
  </w:abstractNum>
  <w:abstractNum w:abstractNumId="12" w15:restartNumberingAfterBreak="0">
    <w:nsid w:val="12D0680B"/>
    <w:multiLevelType w:val="hybridMultilevel"/>
    <w:tmpl w:val="68D05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FA42EE"/>
    <w:multiLevelType w:val="hybridMultilevel"/>
    <w:tmpl w:val="D3CCD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7A6747"/>
    <w:multiLevelType w:val="hybridMultilevel"/>
    <w:tmpl w:val="D76C0C4C"/>
    <w:lvl w:ilvl="0" w:tplc="1009000F">
      <w:start w:val="1"/>
      <w:numFmt w:val="decimal"/>
      <w:lvlText w:val="%1."/>
      <w:lvlJc w:val="left"/>
      <w:pPr>
        <w:ind w:left="2988" w:hanging="360"/>
      </w:pPr>
    </w:lvl>
    <w:lvl w:ilvl="1" w:tplc="10090019" w:tentative="1">
      <w:start w:val="1"/>
      <w:numFmt w:val="lowerLetter"/>
      <w:lvlText w:val="%2."/>
      <w:lvlJc w:val="left"/>
      <w:pPr>
        <w:ind w:left="3708" w:hanging="360"/>
      </w:pPr>
    </w:lvl>
    <w:lvl w:ilvl="2" w:tplc="1009001B" w:tentative="1">
      <w:start w:val="1"/>
      <w:numFmt w:val="lowerRoman"/>
      <w:lvlText w:val="%3."/>
      <w:lvlJc w:val="right"/>
      <w:pPr>
        <w:ind w:left="4428" w:hanging="180"/>
      </w:pPr>
    </w:lvl>
    <w:lvl w:ilvl="3" w:tplc="1009000F" w:tentative="1">
      <w:start w:val="1"/>
      <w:numFmt w:val="decimal"/>
      <w:lvlText w:val="%4."/>
      <w:lvlJc w:val="left"/>
      <w:pPr>
        <w:ind w:left="5148" w:hanging="360"/>
      </w:pPr>
    </w:lvl>
    <w:lvl w:ilvl="4" w:tplc="10090019" w:tentative="1">
      <w:start w:val="1"/>
      <w:numFmt w:val="lowerLetter"/>
      <w:lvlText w:val="%5."/>
      <w:lvlJc w:val="left"/>
      <w:pPr>
        <w:ind w:left="5868" w:hanging="360"/>
      </w:pPr>
    </w:lvl>
    <w:lvl w:ilvl="5" w:tplc="1009001B" w:tentative="1">
      <w:start w:val="1"/>
      <w:numFmt w:val="lowerRoman"/>
      <w:lvlText w:val="%6."/>
      <w:lvlJc w:val="right"/>
      <w:pPr>
        <w:ind w:left="6588" w:hanging="180"/>
      </w:pPr>
    </w:lvl>
    <w:lvl w:ilvl="6" w:tplc="1009000F" w:tentative="1">
      <w:start w:val="1"/>
      <w:numFmt w:val="decimal"/>
      <w:lvlText w:val="%7."/>
      <w:lvlJc w:val="left"/>
      <w:pPr>
        <w:ind w:left="7308" w:hanging="360"/>
      </w:pPr>
    </w:lvl>
    <w:lvl w:ilvl="7" w:tplc="10090019" w:tentative="1">
      <w:start w:val="1"/>
      <w:numFmt w:val="lowerLetter"/>
      <w:lvlText w:val="%8."/>
      <w:lvlJc w:val="left"/>
      <w:pPr>
        <w:ind w:left="8028" w:hanging="360"/>
      </w:pPr>
    </w:lvl>
    <w:lvl w:ilvl="8" w:tplc="100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5" w15:restartNumberingAfterBreak="0">
    <w:nsid w:val="2E5940F2"/>
    <w:multiLevelType w:val="hybridMultilevel"/>
    <w:tmpl w:val="94785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FA73DB"/>
    <w:multiLevelType w:val="hybridMultilevel"/>
    <w:tmpl w:val="E1CE5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B772A7"/>
    <w:multiLevelType w:val="multilevel"/>
    <w:tmpl w:val="88BABD54"/>
    <w:lvl w:ilvl="0">
      <w:start w:val="1"/>
      <w:numFmt w:val="decimal"/>
      <w:lvlText w:val="%1.0"/>
      <w:lvlJc w:val="left"/>
      <w:pPr>
        <w:ind w:left="869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8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09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56" w:hanging="1800"/>
      </w:pPr>
      <w:rPr>
        <w:rFonts w:hint="default"/>
      </w:rPr>
    </w:lvl>
  </w:abstractNum>
  <w:abstractNum w:abstractNumId="18" w15:restartNumberingAfterBreak="0">
    <w:nsid w:val="48D013DE"/>
    <w:multiLevelType w:val="hybridMultilevel"/>
    <w:tmpl w:val="A3B833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3E3E4F"/>
    <w:multiLevelType w:val="hybridMultilevel"/>
    <w:tmpl w:val="64626570"/>
    <w:lvl w:ilvl="0" w:tplc="EB04ADCC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10090003">
      <w:start w:val="1"/>
      <w:numFmt w:val="bullet"/>
      <w:lvlText w:val="o"/>
      <w:lvlJc w:val="left"/>
      <w:pPr>
        <w:ind w:left="1800" w:hanging="72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502B2C"/>
    <w:multiLevelType w:val="hybridMultilevel"/>
    <w:tmpl w:val="4D8C8B08"/>
    <w:lvl w:ilvl="0" w:tplc="3F1A4C2A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6F61DA"/>
    <w:multiLevelType w:val="hybridMultilevel"/>
    <w:tmpl w:val="D9E827A2"/>
    <w:lvl w:ilvl="0" w:tplc="6AFE1A4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E16869"/>
    <w:multiLevelType w:val="hybridMultilevel"/>
    <w:tmpl w:val="80B62C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7A0151"/>
    <w:multiLevelType w:val="hybridMultilevel"/>
    <w:tmpl w:val="676E4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0E4331"/>
    <w:multiLevelType w:val="hybridMultilevel"/>
    <w:tmpl w:val="C7E63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686428"/>
    <w:multiLevelType w:val="hybridMultilevel"/>
    <w:tmpl w:val="3DC4E53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81154619">
    <w:abstractNumId w:val="8"/>
  </w:num>
  <w:num w:numId="2" w16cid:durableId="205409281">
    <w:abstractNumId w:val="6"/>
  </w:num>
  <w:num w:numId="3" w16cid:durableId="1679231924">
    <w:abstractNumId w:val="5"/>
  </w:num>
  <w:num w:numId="4" w16cid:durableId="641274863">
    <w:abstractNumId w:val="7"/>
  </w:num>
  <w:num w:numId="5" w16cid:durableId="27875818">
    <w:abstractNumId w:val="3"/>
  </w:num>
  <w:num w:numId="6" w16cid:durableId="730811260">
    <w:abstractNumId w:val="2"/>
  </w:num>
  <w:num w:numId="7" w16cid:durableId="1759252766">
    <w:abstractNumId w:val="25"/>
  </w:num>
  <w:num w:numId="8" w16cid:durableId="1460997270">
    <w:abstractNumId w:val="8"/>
  </w:num>
  <w:num w:numId="9" w16cid:durableId="829760624">
    <w:abstractNumId w:val="14"/>
  </w:num>
  <w:num w:numId="10" w16cid:durableId="4981574">
    <w:abstractNumId w:val="9"/>
  </w:num>
  <w:num w:numId="11" w16cid:durableId="2115590255">
    <w:abstractNumId w:val="19"/>
  </w:num>
  <w:num w:numId="12" w16cid:durableId="1023480087">
    <w:abstractNumId w:val="21"/>
  </w:num>
  <w:num w:numId="13" w16cid:durableId="1656951712">
    <w:abstractNumId w:val="17"/>
  </w:num>
  <w:num w:numId="14" w16cid:durableId="1679229429">
    <w:abstractNumId w:val="12"/>
  </w:num>
  <w:num w:numId="15" w16cid:durableId="746027572">
    <w:abstractNumId w:val="4"/>
  </w:num>
  <w:num w:numId="16" w16cid:durableId="292173708">
    <w:abstractNumId w:val="1"/>
  </w:num>
  <w:num w:numId="17" w16cid:durableId="400445488">
    <w:abstractNumId w:val="0"/>
  </w:num>
  <w:num w:numId="18" w16cid:durableId="884833025">
    <w:abstractNumId w:val="11"/>
  </w:num>
  <w:num w:numId="19" w16cid:durableId="349717982">
    <w:abstractNumId w:val="13"/>
  </w:num>
  <w:num w:numId="20" w16cid:durableId="664406510">
    <w:abstractNumId w:val="18"/>
  </w:num>
  <w:num w:numId="21" w16cid:durableId="1841503250">
    <w:abstractNumId w:val="10"/>
  </w:num>
  <w:num w:numId="22" w16cid:durableId="801458944">
    <w:abstractNumId w:val="22"/>
  </w:num>
  <w:num w:numId="23" w16cid:durableId="350691839">
    <w:abstractNumId w:val="15"/>
  </w:num>
  <w:num w:numId="24" w16cid:durableId="131944412">
    <w:abstractNumId w:val="23"/>
  </w:num>
  <w:num w:numId="25" w16cid:durableId="649752774">
    <w:abstractNumId w:val="16"/>
  </w:num>
  <w:num w:numId="26" w16cid:durableId="986125121">
    <w:abstractNumId w:val="24"/>
  </w:num>
  <w:num w:numId="27" w16cid:durableId="1421636758">
    <w:abstractNumId w:val="2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DAD"/>
    <w:rsid w:val="00001229"/>
    <w:rsid w:val="000012A7"/>
    <w:rsid w:val="0000132C"/>
    <w:rsid w:val="00002E92"/>
    <w:rsid w:val="00004873"/>
    <w:rsid w:val="00006D74"/>
    <w:rsid w:val="000104B1"/>
    <w:rsid w:val="00010ED6"/>
    <w:rsid w:val="000137D0"/>
    <w:rsid w:val="00013BAF"/>
    <w:rsid w:val="00013C56"/>
    <w:rsid w:val="00015812"/>
    <w:rsid w:val="0001796F"/>
    <w:rsid w:val="00017FDF"/>
    <w:rsid w:val="000214A9"/>
    <w:rsid w:val="00021FBC"/>
    <w:rsid w:val="000222D0"/>
    <w:rsid w:val="0002463B"/>
    <w:rsid w:val="00027D17"/>
    <w:rsid w:val="00031437"/>
    <w:rsid w:val="0003196D"/>
    <w:rsid w:val="00033ED0"/>
    <w:rsid w:val="00043727"/>
    <w:rsid w:val="00044376"/>
    <w:rsid w:val="00045188"/>
    <w:rsid w:val="00045D15"/>
    <w:rsid w:val="00047D9F"/>
    <w:rsid w:val="00050E45"/>
    <w:rsid w:val="00051C14"/>
    <w:rsid w:val="00055B24"/>
    <w:rsid w:val="00056504"/>
    <w:rsid w:val="0006001A"/>
    <w:rsid w:val="00060533"/>
    <w:rsid w:val="000623F5"/>
    <w:rsid w:val="00062557"/>
    <w:rsid w:val="00063A67"/>
    <w:rsid w:val="0007058E"/>
    <w:rsid w:val="000752D9"/>
    <w:rsid w:val="00076927"/>
    <w:rsid w:val="0008535C"/>
    <w:rsid w:val="00085805"/>
    <w:rsid w:val="00085DB1"/>
    <w:rsid w:val="00087323"/>
    <w:rsid w:val="00087AEF"/>
    <w:rsid w:val="0009493A"/>
    <w:rsid w:val="0009555E"/>
    <w:rsid w:val="0009731D"/>
    <w:rsid w:val="000A050B"/>
    <w:rsid w:val="000A0FAE"/>
    <w:rsid w:val="000A36AD"/>
    <w:rsid w:val="000A407F"/>
    <w:rsid w:val="000A4C85"/>
    <w:rsid w:val="000B2174"/>
    <w:rsid w:val="000B3333"/>
    <w:rsid w:val="000B5043"/>
    <w:rsid w:val="000B5E1A"/>
    <w:rsid w:val="000C1C22"/>
    <w:rsid w:val="000C2C10"/>
    <w:rsid w:val="000C6F60"/>
    <w:rsid w:val="000C73FF"/>
    <w:rsid w:val="000D0995"/>
    <w:rsid w:val="000D1F8D"/>
    <w:rsid w:val="000D4307"/>
    <w:rsid w:val="000D43AD"/>
    <w:rsid w:val="000D43DF"/>
    <w:rsid w:val="000D5593"/>
    <w:rsid w:val="000E0126"/>
    <w:rsid w:val="000E01CE"/>
    <w:rsid w:val="000E0F0B"/>
    <w:rsid w:val="000E1AEA"/>
    <w:rsid w:val="000E4445"/>
    <w:rsid w:val="000E46DE"/>
    <w:rsid w:val="000E5C77"/>
    <w:rsid w:val="000E5DBA"/>
    <w:rsid w:val="000E6DE6"/>
    <w:rsid w:val="000E7775"/>
    <w:rsid w:val="000F0070"/>
    <w:rsid w:val="000F1376"/>
    <w:rsid w:val="000F1687"/>
    <w:rsid w:val="000F21CC"/>
    <w:rsid w:val="000F2305"/>
    <w:rsid w:val="000F3405"/>
    <w:rsid w:val="000F4B00"/>
    <w:rsid w:val="000F4E60"/>
    <w:rsid w:val="000F6307"/>
    <w:rsid w:val="000F6632"/>
    <w:rsid w:val="000F75D8"/>
    <w:rsid w:val="0010049A"/>
    <w:rsid w:val="00102818"/>
    <w:rsid w:val="0010471C"/>
    <w:rsid w:val="0010536B"/>
    <w:rsid w:val="00106790"/>
    <w:rsid w:val="001108B8"/>
    <w:rsid w:val="00111463"/>
    <w:rsid w:val="001117D6"/>
    <w:rsid w:val="00114B2D"/>
    <w:rsid w:val="00121B96"/>
    <w:rsid w:val="00121CFF"/>
    <w:rsid w:val="00123112"/>
    <w:rsid w:val="001265C0"/>
    <w:rsid w:val="00127E71"/>
    <w:rsid w:val="001306A8"/>
    <w:rsid w:val="001316B1"/>
    <w:rsid w:val="00131E80"/>
    <w:rsid w:val="00132C83"/>
    <w:rsid w:val="00132DCB"/>
    <w:rsid w:val="00135C2B"/>
    <w:rsid w:val="00137323"/>
    <w:rsid w:val="00137ED2"/>
    <w:rsid w:val="001403A2"/>
    <w:rsid w:val="001426AA"/>
    <w:rsid w:val="0014295A"/>
    <w:rsid w:val="001445DD"/>
    <w:rsid w:val="00146070"/>
    <w:rsid w:val="001476AA"/>
    <w:rsid w:val="001478B8"/>
    <w:rsid w:val="0015552A"/>
    <w:rsid w:val="00155E10"/>
    <w:rsid w:val="00160143"/>
    <w:rsid w:val="00161694"/>
    <w:rsid w:val="00170F07"/>
    <w:rsid w:val="001743FC"/>
    <w:rsid w:val="00175B0C"/>
    <w:rsid w:val="00176CC4"/>
    <w:rsid w:val="00177413"/>
    <w:rsid w:val="0018051E"/>
    <w:rsid w:val="00182C85"/>
    <w:rsid w:val="001833FD"/>
    <w:rsid w:val="00184A64"/>
    <w:rsid w:val="00186FAA"/>
    <w:rsid w:val="0019065F"/>
    <w:rsid w:val="00190B35"/>
    <w:rsid w:val="00191AA8"/>
    <w:rsid w:val="00192978"/>
    <w:rsid w:val="00192B17"/>
    <w:rsid w:val="001A1264"/>
    <w:rsid w:val="001A1492"/>
    <w:rsid w:val="001A2073"/>
    <w:rsid w:val="001A34B7"/>
    <w:rsid w:val="001A6389"/>
    <w:rsid w:val="001A7943"/>
    <w:rsid w:val="001B27EC"/>
    <w:rsid w:val="001B2A39"/>
    <w:rsid w:val="001B2CF6"/>
    <w:rsid w:val="001B3B28"/>
    <w:rsid w:val="001B6ED7"/>
    <w:rsid w:val="001B6F64"/>
    <w:rsid w:val="001C0EBF"/>
    <w:rsid w:val="001C32B7"/>
    <w:rsid w:val="001C36F7"/>
    <w:rsid w:val="001C3E77"/>
    <w:rsid w:val="001D0D17"/>
    <w:rsid w:val="001D2456"/>
    <w:rsid w:val="001D3434"/>
    <w:rsid w:val="001D6426"/>
    <w:rsid w:val="001D6674"/>
    <w:rsid w:val="001D6BE1"/>
    <w:rsid w:val="001E03DE"/>
    <w:rsid w:val="001E0906"/>
    <w:rsid w:val="001E13F7"/>
    <w:rsid w:val="001E3C99"/>
    <w:rsid w:val="001E400C"/>
    <w:rsid w:val="001E4693"/>
    <w:rsid w:val="001F1EAE"/>
    <w:rsid w:val="001F39D5"/>
    <w:rsid w:val="001F6691"/>
    <w:rsid w:val="001F740F"/>
    <w:rsid w:val="00200AE6"/>
    <w:rsid w:val="00200FB1"/>
    <w:rsid w:val="00204DD6"/>
    <w:rsid w:val="00206264"/>
    <w:rsid w:val="002066AB"/>
    <w:rsid w:val="00206D28"/>
    <w:rsid w:val="00210596"/>
    <w:rsid w:val="00212AFA"/>
    <w:rsid w:val="00213B9E"/>
    <w:rsid w:val="0021516A"/>
    <w:rsid w:val="00221CFE"/>
    <w:rsid w:val="00222D59"/>
    <w:rsid w:val="002256BB"/>
    <w:rsid w:val="00225B6F"/>
    <w:rsid w:val="00230268"/>
    <w:rsid w:val="002302D8"/>
    <w:rsid w:val="00234D89"/>
    <w:rsid w:val="0023549B"/>
    <w:rsid w:val="002357C4"/>
    <w:rsid w:val="002371BC"/>
    <w:rsid w:val="00241087"/>
    <w:rsid w:val="002424FA"/>
    <w:rsid w:val="0024307C"/>
    <w:rsid w:val="00243334"/>
    <w:rsid w:val="0024508F"/>
    <w:rsid w:val="0024519B"/>
    <w:rsid w:val="0025019A"/>
    <w:rsid w:val="00251017"/>
    <w:rsid w:val="002525AF"/>
    <w:rsid w:val="002527D6"/>
    <w:rsid w:val="00253F31"/>
    <w:rsid w:val="00261745"/>
    <w:rsid w:val="002636A4"/>
    <w:rsid w:val="00263FFF"/>
    <w:rsid w:val="00264DD3"/>
    <w:rsid w:val="002656D1"/>
    <w:rsid w:val="00267A4C"/>
    <w:rsid w:val="00272FAD"/>
    <w:rsid w:val="00274FF1"/>
    <w:rsid w:val="0027790B"/>
    <w:rsid w:val="00282089"/>
    <w:rsid w:val="002828EF"/>
    <w:rsid w:val="00282DA6"/>
    <w:rsid w:val="00282DEB"/>
    <w:rsid w:val="00284933"/>
    <w:rsid w:val="0029103F"/>
    <w:rsid w:val="00292354"/>
    <w:rsid w:val="00292CB8"/>
    <w:rsid w:val="00294165"/>
    <w:rsid w:val="0029663F"/>
    <w:rsid w:val="002978C0"/>
    <w:rsid w:val="002A0D62"/>
    <w:rsid w:val="002A3367"/>
    <w:rsid w:val="002A3814"/>
    <w:rsid w:val="002A6512"/>
    <w:rsid w:val="002B1933"/>
    <w:rsid w:val="002B1FE0"/>
    <w:rsid w:val="002B39B7"/>
    <w:rsid w:val="002B5CCF"/>
    <w:rsid w:val="002B6494"/>
    <w:rsid w:val="002C4B62"/>
    <w:rsid w:val="002C628C"/>
    <w:rsid w:val="002C6C0A"/>
    <w:rsid w:val="002C6C70"/>
    <w:rsid w:val="002C6E05"/>
    <w:rsid w:val="002C760B"/>
    <w:rsid w:val="002C7671"/>
    <w:rsid w:val="002C7BE6"/>
    <w:rsid w:val="002D2D12"/>
    <w:rsid w:val="002D6508"/>
    <w:rsid w:val="002D7B3A"/>
    <w:rsid w:val="002E2861"/>
    <w:rsid w:val="002E36F6"/>
    <w:rsid w:val="002E7521"/>
    <w:rsid w:val="002E7DE8"/>
    <w:rsid w:val="002F03A2"/>
    <w:rsid w:val="002F0DD2"/>
    <w:rsid w:val="002F2E0F"/>
    <w:rsid w:val="002F4DB5"/>
    <w:rsid w:val="002F6C6C"/>
    <w:rsid w:val="002F75AE"/>
    <w:rsid w:val="002F7D46"/>
    <w:rsid w:val="003005C7"/>
    <w:rsid w:val="0030149D"/>
    <w:rsid w:val="00302E32"/>
    <w:rsid w:val="00303032"/>
    <w:rsid w:val="00306240"/>
    <w:rsid w:val="00310086"/>
    <w:rsid w:val="003125B6"/>
    <w:rsid w:val="003143A2"/>
    <w:rsid w:val="00314A32"/>
    <w:rsid w:val="00315D8B"/>
    <w:rsid w:val="0031682E"/>
    <w:rsid w:val="0031790A"/>
    <w:rsid w:val="00320553"/>
    <w:rsid w:val="003224C0"/>
    <w:rsid w:val="00324210"/>
    <w:rsid w:val="0032662B"/>
    <w:rsid w:val="003277BC"/>
    <w:rsid w:val="0032784D"/>
    <w:rsid w:val="003302D4"/>
    <w:rsid w:val="00331E5A"/>
    <w:rsid w:val="0033597A"/>
    <w:rsid w:val="00336985"/>
    <w:rsid w:val="00336E8A"/>
    <w:rsid w:val="00337163"/>
    <w:rsid w:val="00340AAA"/>
    <w:rsid w:val="003422D3"/>
    <w:rsid w:val="0034623E"/>
    <w:rsid w:val="00347CB2"/>
    <w:rsid w:val="0035053E"/>
    <w:rsid w:val="00351327"/>
    <w:rsid w:val="003516D2"/>
    <w:rsid w:val="00351B2A"/>
    <w:rsid w:val="00352C29"/>
    <w:rsid w:val="003536BB"/>
    <w:rsid w:val="003559BF"/>
    <w:rsid w:val="00355EAC"/>
    <w:rsid w:val="00357671"/>
    <w:rsid w:val="003577C4"/>
    <w:rsid w:val="00360FD3"/>
    <w:rsid w:val="00361DC8"/>
    <w:rsid w:val="003633B1"/>
    <w:rsid w:val="00367CF3"/>
    <w:rsid w:val="00371B23"/>
    <w:rsid w:val="00382644"/>
    <w:rsid w:val="00382DB2"/>
    <w:rsid w:val="00384633"/>
    <w:rsid w:val="003859C1"/>
    <w:rsid w:val="00385CD2"/>
    <w:rsid w:val="00390C70"/>
    <w:rsid w:val="00390CB1"/>
    <w:rsid w:val="0039378E"/>
    <w:rsid w:val="0039577A"/>
    <w:rsid w:val="00396DBE"/>
    <w:rsid w:val="003A00A5"/>
    <w:rsid w:val="003A393A"/>
    <w:rsid w:val="003A4D09"/>
    <w:rsid w:val="003A5F50"/>
    <w:rsid w:val="003A659D"/>
    <w:rsid w:val="003A6E7F"/>
    <w:rsid w:val="003B23DD"/>
    <w:rsid w:val="003B38C2"/>
    <w:rsid w:val="003B7734"/>
    <w:rsid w:val="003B7AEE"/>
    <w:rsid w:val="003C0595"/>
    <w:rsid w:val="003C19E9"/>
    <w:rsid w:val="003C212E"/>
    <w:rsid w:val="003C390B"/>
    <w:rsid w:val="003C51E0"/>
    <w:rsid w:val="003C5348"/>
    <w:rsid w:val="003D1F74"/>
    <w:rsid w:val="003D378B"/>
    <w:rsid w:val="003D4054"/>
    <w:rsid w:val="003D4076"/>
    <w:rsid w:val="003D4BC2"/>
    <w:rsid w:val="003D655A"/>
    <w:rsid w:val="003D6FCD"/>
    <w:rsid w:val="003D7A7F"/>
    <w:rsid w:val="003D7E22"/>
    <w:rsid w:val="003E2E59"/>
    <w:rsid w:val="003E4BA0"/>
    <w:rsid w:val="003E4C9C"/>
    <w:rsid w:val="003E553D"/>
    <w:rsid w:val="003F058D"/>
    <w:rsid w:val="003F1F59"/>
    <w:rsid w:val="003F1F97"/>
    <w:rsid w:val="003F4693"/>
    <w:rsid w:val="003F5477"/>
    <w:rsid w:val="003F58E2"/>
    <w:rsid w:val="004006D1"/>
    <w:rsid w:val="00400B83"/>
    <w:rsid w:val="00400DF6"/>
    <w:rsid w:val="00401A2C"/>
    <w:rsid w:val="0040410B"/>
    <w:rsid w:val="004041CD"/>
    <w:rsid w:val="00404DDF"/>
    <w:rsid w:val="004059C1"/>
    <w:rsid w:val="00406C32"/>
    <w:rsid w:val="0040719B"/>
    <w:rsid w:val="004071FD"/>
    <w:rsid w:val="004073CF"/>
    <w:rsid w:val="00413717"/>
    <w:rsid w:val="0041451B"/>
    <w:rsid w:val="00422503"/>
    <w:rsid w:val="004241D4"/>
    <w:rsid w:val="00426E50"/>
    <w:rsid w:val="004312B0"/>
    <w:rsid w:val="00435C85"/>
    <w:rsid w:val="0043662D"/>
    <w:rsid w:val="00440E2A"/>
    <w:rsid w:val="00444679"/>
    <w:rsid w:val="00444FD9"/>
    <w:rsid w:val="0044682A"/>
    <w:rsid w:val="0044722C"/>
    <w:rsid w:val="00450A39"/>
    <w:rsid w:val="00452650"/>
    <w:rsid w:val="00452AB1"/>
    <w:rsid w:val="0045582B"/>
    <w:rsid w:val="00455EDF"/>
    <w:rsid w:val="0046069D"/>
    <w:rsid w:val="0046182E"/>
    <w:rsid w:val="00461C88"/>
    <w:rsid w:val="00463348"/>
    <w:rsid w:val="0046518B"/>
    <w:rsid w:val="00466F25"/>
    <w:rsid w:val="00471D58"/>
    <w:rsid w:val="004729BE"/>
    <w:rsid w:val="00472D8C"/>
    <w:rsid w:val="004732B3"/>
    <w:rsid w:val="004735D2"/>
    <w:rsid w:val="00475798"/>
    <w:rsid w:val="00476EF6"/>
    <w:rsid w:val="004807B3"/>
    <w:rsid w:val="00486212"/>
    <w:rsid w:val="004900D4"/>
    <w:rsid w:val="004920BA"/>
    <w:rsid w:val="00496757"/>
    <w:rsid w:val="00496C69"/>
    <w:rsid w:val="00497790"/>
    <w:rsid w:val="004A1317"/>
    <w:rsid w:val="004A34CA"/>
    <w:rsid w:val="004A3D68"/>
    <w:rsid w:val="004A4BD8"/>
    <w:rsid w:val="004A4E70"/>
    <w:rsid w:val="004A5694"/>
    <w:rsid w:val="004B0447"/>
    <w:rsid w:val="004B0B7A"/>
    <w:rsid w:val="004B0C8D"/>
    <w:rsid w:val="004B1C5E"/>
    <w:rsid w:val="004B257D"/>
    <w:rsid w:val="004B2C83"/>
    <w:rsid w:val="004B4D5A"/>
    <w:rsid w:val="004B776D"/>
    <w:rsid w:val="004C6A88"/>
    <w:rsid w:val="004C6B16"/>
    <w:rsid w:val="004C7164"/>
    <w:rsid w:val="004D7314"/>
    <w:rsid w:val="004D76A8"/>
    <w:rsid w:val="004E0D9F"/>
    <w:rsid w:val="004E0E5A"/>
    <w:rsid w:val="004E1490"/>
    <w:rsid w:val="004E2984"/>
    <w:rsid w:val="004E3A21"/>
    <w:rsid w:val="004E49EF"/>
    <w:rsid w:val="004E645D"/>
    <w:rsid w:val="004E6E54"/>
    <w:rsid w:val="004E77D9"/>
    <w:rsid w:val="004F1836"/>
    <w:rsid w:val="004F299A"/>
    <w:rsid w:val="004F2ACA"/>
    <w:rsid w:val="004F410B"/>
    <w:rsid w:val="004F6695"/>
    <w:rsid w:val="004F6E89"/>
    <w:rsid w:val="00500914"/>
    <w:rsid w:val="00500C30"/>
    <w:rsid w:val="00501170"/>
    <w:rsid w:val="00501774"/>
    <w:rsid w:val="00502FD1"/>
    <w:rsid w:val="00503478"/>
    <w:rsid w:val="005034F8"/>
    <w:rsid w:val="0050354E"/>
    <w:rsid w:val="005053FC"/>
    <w:rsid w:val="005129C7"/>
    <w:rsid w:val="00512CAE"/>
    <w:rsid w:val="00513D9E"/>
    <w:rsid w:val="0051456B"/>
    <w:rsid w:val="00514F0A"/>
    <w:rsid w:val="00516BD0"/>
    <w:rsid w:val="00517FF1"/>
    <w:rsid w:val="00520D18"/>
    <w:rsid w:val="00521668"/>
    <w:rsid w:val="005218A0"/>
    <w:rsid w:val="0052191F"/>
    <w:rsid w:val="00523B7D"/>
    <w:rsid w:val="00526158"/>
    <w:rsid w:val="005270D3"/>
    <w:rsid w:val="00527974"/>
    <w:rsid w:val="005279A2"/>
    <w:rsid w:val="00527AB7"/>
    <w:rsid w:val="00527C25"/>
    <w:rsid w:val="005308D2"/>
    <w:rsid w:val="00530BC7"/>
    <w:rsid w:val="00531A22"/>
    <w:rsid w:val="00532BDF"/>
    <w:rsid w:val="00535217"/>
    <w:rsid w:val="005375A0"/>
    <w:rsid w:val="00541426"/>
    <w:rsid w:val="00541874"/>
    <w:rsid w:val="005434EA"/>
    <w:rsid w:val="00543F72"/>
    <w:rsid w:val="00544B14"/>
    <w:rsid w:val="00544F1C"/>
    <w:rsid w:val="00550838"/>
    <w:rsid w:val="00551299"/>
    <w:rsid w:val="005532AE"/>
    <w:rsid w:val="00553FED"/>
    <w:rsid w:val="0055511A"/>
    <w:rsid w:val="0055554F"/>
    <w:rsid w:val="00555A00"/>
    <w:rsid w:val="00555F25"/>
    <w:rsid w:val="005561EF"/>
    <w:rsid w:val="00556AFA"/>
    <w:rsid w:val="00563542"/>
    <w:rsid w:val="00566891"/>
    <w:rsid w:val="005674D2"/>
    <w:rsid w:val="005715AA"/>
    <w:rsid w:val="00572B80"/>
    <w:rsid w:val="0057416D"/>
    <w:rsid w:val="00575898"/>
    <w:rsid w:val="00585258"/>
    <w:rsid w:val="00586F33"/>
    <w:rsid w:val="005923C6"/>
    <w:rsid w:val="00596D8B"/>
    <w:rsid w:val="0059767C"/>
    <w:rsid w:val="005A0965"/>
    <w:rsid w:val="005A21FC"/>
    <w:rsid w:val="005A4059"/>
    <w:rsid w:val="005A549E"/>
    <w:rsid w:val="005A5FAA"/>
    <w:rsid w:val="005A658A"/>
    <w:rsid w:val="005A69B5"/>
    <w:rsid w:val="005B2ABE"/>
    <w:rsid w:val="005B3779"/>
    <w:rsid w:val="005C00A7"/>
    <w:rsid w:val="005C0561"/>
    <w:rsid w:val="005C07F5"/>
    <w:rsid w:val="005C18A7"/>
    <w:rsid w:val="005C2002"/>
    <w:rsid w:val="005C2603"/>
    <w:rsid w:val="005C4A91"/>
    <w:rsid w:val="005C53B1"/>
    <w:rsid w:val="005D0EE9"/>
    <w:rsid w:val="005D134A"/>
    <w:rsid w:val="005D13C7"/>
    <w:rsid w:val="005D16A8"/>
    <w:rsid w:val="005D2F78"/>
    <w:rsid w:val="005D604E"/>
    <w:rsid w:val="005D7047"/>
    <w:rsid w:val="005E021F"/>
    <w:rsid w:val="005E042A"/>
    <w:rsid w:val="005E1F41"/>
    <w:rsid w:val="005E227F"/>
    <w:rsid w:val="005E352F"/>
    <w:rsid w:val="005E35EA"/>
    <w:rsid w:val="005E4C59"/>
    <w:rsid w:val="005E52FA"/>
    <w:rsid w:val="005F31DC"/>
    <w:rsid w:val="005F3362"/>
    <w:rsid w:val="005F3F52"/>
    <w:rsid w:val="005F3F56"/>
    <w:rsid w:val="005F42F7"/>
    <w:rsid w:val="005F4797"/>
    <w:rsid w:val="005F519A"/>
    <w:rsid w:val="005F59F0"/>
    <w:rsid w:val="00600463"/>
    <w:rsid w:val="0060411C"/>
    <w:rsid w:val="00606B12"/>
    <w:rsid w:val="0061127C"/>
    <w:rsid w:val="00612C93"/>
    <w:rsid w:val="006166DD"/>
    <w:rsid w:val="00616B08"/>
    <w:rsid w:val="00622E9C"/>
    <w:rsid w:val="00625032"/>
    <w:rsid w:val="0062508C"/>
    <w:rsid w:val="006262B2"/>
    <w:rsid w:val="006312E4"/>
    <w:rsid w:val="0063151C"/>
    <w:rsid w:val="00634109"/>
    <w:rsid w:val="006366AD"/>
    <w:rsid w:val="006376B9"/>
    <w:rsid w:val="00637A13"/>
    <w:rsid w:val="00637B90"/>
    <w:rsid w:val="0064093D"/>
    <w:rsid w:val="00640DA0"/>
    <w:rsid w:val="00643553"/>
    <w:rsid w:val="00644DD1"/>
    <w:rsid w:val="00650E9F"/>
    <w:rsid w:val="0065232B"/>
    <w:rsid w:val="00653D3F"/>
    <w:rsid w:val="006542D5"/>
    <w:rsid w:val="006552E4"/>
    <w:rsid w:val="006553CC"/>
    <w:rsid w:val="006556CF"/>
    <w:rsid w:val="006559AB"/>
    <w:rsid w:val="00655E53"/>
    <w:rsid w:val="00656378"/>
    <w:rsid w:val="00656D6E"/>
    <w:rsid w:val="00657ECF"/>
    <w:rsid w:val="006642CB"/>
    <w:rsid w:val="006655E1"/>
    <w:rsid w:val="006669EB"/>
    <w:rsid w:val="006675B8"/>
    <w:rsid w:val="006710DD"/>
    <w:rsid w:val="00671467"/>
    <w:rsid w:val="00672E67"/>
    <w:rsid w:val="00673062"/>
    <w:rsid w:val="0067764C"/>
    <w:rsid w:val="00680EC1"/>
    <w:rsid w:val="00683A76"/>
    <w:rsid w:val="00684A02"/>
    <w:rsid w:val="00690B80"/>
    <w:rsid w:val="00692F20"/>
    <w:rsid w:val="00693EB3"/>
    <w:rsid w:val="00694C28"/>
    <w:rsid w:val="00696ED6"/>
    <w:rsid w:val="006A167E"/>
    <w:rsid w:val="006A1CD7"/>
    <w:rsid w:val="006A2FB4"/>
    <w:rsid w:val="006A59F4"/>
    <w:rsid w:val="006A644D"/>
    <w:rsid w:val="006B007A"/>
    <w:rsid w:val="006B0ECD"/>
    <w:rsid w:val="006B1164"/>
    <w:rsid w:val="006B12B5"/>
    <w:rsid w:val="006B1D4D"/>
    <w:rsid w:val="006B314F"/>
    <w:rsid w:val="006B66AE"/>
    <w:rsid w:val="006B7CC2"/>
    <w:rsid w:val="006C0481"/>
    <w:rsid w:val="006C2366"/>
    <w:rsid w:val="006C24E3"/>
    <w:rsid w:val="006C2720"/>
    <w:rsid w:val="006C432C"/>
    <w:rsid w:val="006C5573"/>
    <w:rsid w:val="006D2E59"/>
    <w:rsid w:val="006D5976"/>
    <w:rsid w:val="006D6AD5"/>
    <w:rsid w:val="006E51F8"/>
    <w:rsid w:val="006E5310"/>
    <w:rsid w:val="006E6A18"/>
    <w:rsid w:val="006E6A19"/>
    <w:rsid w:val="006E7322"/>
    <w:rsid w:val="006E7814"/>
    <w:rsid w:val="006F0B9F"/>
    <w:rsid w:val="006F0CC7"/>
    <w:rsid w:val="006F1D2B"/>
    <w:rsid w:val="006F47E3"/>
    <w:rsid w:val="006F5A35"/>
    <w:rsid w:val="006F6781"/>
    <w:rsid w:val="0070110C"/>
    <w:rsid w:val="00703BA2"/>
    <w:rsid w:val="0070746E"/>
    <w:rsid w:val="007078A4"/>
    <w:rsid w:val="007119DF"/>
    <w:rsid w:val="0071382A"/>
    <w:rsid w:val="00714F11"/>
    <w:rsid w:val="00715E77"/>
    <w:rsid w:val="00717845"/>
    <w:rsid w:val="00721DFB"/>
    <w:rsid w:val="0072264B"/>
    <w:rsid w:val="00724160"/>
    <w:rsid w:val="00730663"/>
    <w:rsid w:val="00732963"/>
    <w:rsid w:val="0073369B"/>
    <w:rsid w:val="007344A5"/>
    <w:rsid w:val="00734F9E"/>
    <w:rsid w:val="0074059D"/>
    <w:rsid w:val="00741225"/>
    <w:rsid w:val="007412E8"/>
    <w:rsid w:val="007434C6"/>
    <w:rsid w:val="007447F6"/>
    <w:rsid w:val="00744E5A"/>
    <w:rsid w:val="00745D4F"/>
    <w:rsid w:val="007465D6"/>
    <w:rsid w:val="00746B26"/>
    <w:rsid w:val="00746D8B"/>
    <w:rsid w:val="0074717D"/>
    <w:rsid w:val="00747265"/>
    <w:rsid w:val="0074762B"/>
    <w:rsid w:val="00747DB9"/>
    <w:rsid w:val="00751F50"/>
    <w:rsid w:val="007521EB"/>
    <w:rsid w:val="00753B3C"/>
    <w:rsid w:val="00755318"/>
    <w:rsid w:val="007560DF"/>
    <w:rsid w:val="007608CC"/>
    <w:rsid w:val="007619E9"/>
    <w:rsid w:val="00761F5D"/>
    <w:rsid w:val="00762707"/>
    <w:rsid w:val="007628AB"/>
    <w:rsid w:val="00763C5D"/>
    <w:rsid w:val="00763C7A"/>
    <w:rsid w:val="0076476D"/>
    <w:rsid w:val="00766AFC"/>
    <w:rsid w:val="00771BD9"/>
    <w:rsid w:val="00773596"/>
    <w:rsid w:val="0077443F"/>
    <w:rsid w:val="00775759"/>
    <w:rsid w:val="00775D8A"/>
    <w:rsid w:val="00776D8A"/>
    <w:rsid w:val="00777086"/>
    <w:rsid w:val="00781177"/>
    <w:rsid w:val="0078177A"/>
    <w:rsid w:val="007838ED"/>
    <w:rsid w:val="00783953"/>
    <w:rsid w:val="00783A9D"/>
    <w:rsid w:val="00787A71"/>
    <w:rsid w:val="0079238B"/>
    <w:rsid w:val="00792615"/>
    <w:rsid w:val="00794586"/>
    <w:rsid w:val="00796506"/>
    <w:rsid w:val="00797604"/>
    <w:rsid w:val="00797C31"/>
    <w:rsid w:val="007A1576"/>
    <w:rsid w:val="007A2C7B"/>
    <w:rsid w:val="007B0EDE"/>
    <w:rsid w:val="007B58A0"/>
    <w:rsid w:val="007B6F6C"/>
    <w:rsid w:val="007C1281"/>
    <w:rsid w:val="007C197C"/>
    <w:rsid w:val="007C2CC5"/>
    <w:rsid w:val="007C714E"/>
    <w:rsid w:val="007D41C9"/>
    <w:rsid w:val="007F03D4"/>
    <w:rsid w:val="007F05BE"/>
    <w:rsid w:val="007F23E1"/>
    <w:rsid w:val="007F244A"/>
    <w:rsid w:val="007F257A"/>
    <w:rsid w:val="007F26EF"/>
    <w:rsid w:val="007F2813"/>
    <w:rsid w:val="007F2B1C"/>
    <w:rsid w:val="007F51D0"/>
    <w:rsid w:val="007F5F3E"/>
    <w:rsid w:val="008007DE"/>
    <w:rsid w:val="00801B40"/>
    <w:rsid w:val="0080297C"/>
    <w:rsid w:val="00802FA4"/>
    <w:rsid w:val="0080383A"/>
    <w:rsid w:val="00804AF6"/>
    <w:rsid w:val="00805186"/>
    <w:rsid w:val="00807AF4"/>
    <w:rsid w:val="00807B27"/>
    <w:rsid w:val="0081190E"/>
    <w:rsid w:val="008142E4"/>
    <w:rsid w:val="00817CC9"/>
    <w:rsid w:val="00824B11"/>
    <w:rsid w:val="00825D29"/>
    <w:rsid w:val="0082729A"/>
    <w:rsid w:val="00827955"/>
    <w:rsid w:val="00827BCA"/>
    <w:rsid w:val="008304B5"/>
    <w:rsid w:val="00835E10"/>
    <w:rsid w:val="00836EC4"/>
    <w:rsid w:val="00840568"/>
    <w:rsid w:val="008410B1"/>
    <w:rsid w:val="00842BFD"/>
    <w:rsid w:val="00843823"/>
    <w:rsid w:val="00844909"/>
    <w:rsid w:val="00844C6D"/>
    <w:rsid w:val="00846BE9"/>
    <w:rsid w:val="00846C61"/>
    <w:rsid w:val="00850CEC"/>
    <w:rsid w:val="00851364"/>
    <w:rsid w:val="00851DEE"/>
    <w:rsid w:val="00852B4C"/>
    <w:rsid w:val="008531F7"/>
    <w:rsid w:val="00854F71"/>
    <w:rsid w:val="00855380"/>
    <w:rsid w:val="008556FB"/>
    <w:rsid w:val="0085572D"/>
    <w:rsid w:val="008561F7"/>
    <w:rsid w:val="00856BED"/>
    <w:rsid w:val="00857447"/>
    <w:rsid w:val="00857655"/>
    <w:rsid w:val="008579A2"/>
    <w:rsid w:val="00860578"/>
    <w:rsid w:val="00860A73"/>
    <w:rsid w:val="00862041"/>
    <w:rsid w:val="008623FB"/>
    <w:rsid w:val="008626D5"/>
    <w:rsid w:val="008633DC"/>
    <w:rsid w:val="0086468A"/>
    <w:rsid w:val="0086643B"/>
    <w:rsid w:val="00873B23"/>
    <w:rsid w:val="00874797"/>
    <w:rsid w:val="0087676D"/>
    <w:rsid w:val="00876F59"/>
    <w:rsid w:val="00881CFD"/>
    <w:rsid w:val="008828BE"/>
    <w:rsid w:val="008838F8"/>
    <w:rsid w:val="00886DEE"/>
    <w:rsid w:val="00887089"/>
    <w:rsid w:val="008904B4"/>
    <w:rsid w:val="00893093"/>
    <w:rsid w:val="00893438"/>
    <w:rsid w:val="00895CA8"/>
    <w:rsid w:val="00897B98"/>
    <w:rsid w:val="00897EA5"/>
    <w:rsid w:val="008A3437"/>
    <w:rsid w:val="008A41C3"/>
    <w:rsid w:val="008A5378"/>
    <w:rsid w:val="008A6442"/>
    <w:rsid w:val="008A776A"/>
    <w:rsid w:val="008B055D"/>
    <w:rsid w:val="008B0688"/>
    <w:rsid w:val="008B0EA2"/>
    <w:rsid w:val="008B5180"/>
    <w:rsid w:val="008B58D7"/>
    <w:rsid w:val="008B5CD2"/>
    <w:rsid w:val="008B7C07"/>
    <w:rsid w:val="008B7F50"/>
    <w:rsid w:val="008C024B"/>
    <w:rsid w:val="008C06EC"/>
    <w:rsid w:val="008C0B8C"/>
    <w:rsid w:val="008C0ECE"/>
    <w:rsid w:val="008C1C5A"/>
    <w:rsid w:val="008C2E3E"/>
    <w:rsid w:val="008C2ED8"/>
    <w:rsid w:val="008C5B3C"/>
    <w:rsid w:val="008C6401"/>
    <w:rsid w:val="008C6E6E"/>
    <w:rsid w:val="008D0D67"/>
    <w:rsid w:val="008D352D"/>
    <w:rsid w:val="008D36CE"/>
    <w:rsid w:val="008E02DF"/>
    <w:rsid w:val="008E06CD"/>
    <w:rsid w:val="008E25AD"/>
    <w:rsid w:val="008E2768"/>
    <w:rsid w:val="008E278F"/>
    <w:rsid w:val="008E2FD9"/>
    <w:rsid w:val="008E4777"/>
    <w:rsid w:val="008E4D08"/>
    <w:rsid w:val="008E5157"/>
    <w:rsid w:val="008E695F"/>
    <w:rsid w:val="008F01BA"/>
    <w:rsid w:val="008F1586"/>
    <w:rsid w:val="008F2864"/>
    <w:rsid w:val="008F28E2"/>
    <w:rsid w:val="008F363A"/>
    <w:rsid w:val="008F66AB"/>
    <w:rsid w:val="008F7768"/>
    <w:rsid w:val="00900010"/>
    <w:rsid w:val="00903E23"/>
    <w:rsid w:val="009045A5"/>
    <w:rsid w:val="00904905"/>
    <w:rsid w:val="00904950"/>
    <w:rsid w:val="00906030"/>
    <w:rsid w:val="00906BD5"/>
    <w:rsid w:val="009102C5"/>
    <w:rsid w:val="00911EE2"/>
    <w:rsid w:val="00912B04"/>
    <w:rsid w:val="00920639"/>
    <w:rsid w:val="00920CC0"/>
    <w:rsid w:val="0092342B"/>
    <w:rsid w:val="00923EA6"/>
    <w:rsid w:val="00933108"/>
    <w:rsid w:val="0093548A"/>
    <w:rsid w:val="00937C2B"/>
    <w:rsid w:val="00937D78"/>
    <w:rsid w:val="00937EB6"/>
    <w:rsid w:val="0094020B"/>
    <w:rsid w:val="00940651"/>
    <w:rsid w:val="00942012"/>
    <w:rsid w:val="009472D0"/>
    <w:rsid w:val="00952E51"/>
    <w:rsid w:val="00954F04"/>
    <w:rsid w:val="009564EF"/>
    <w:rsid w:val="00957D2B"/>
    <w:rsid w:val="00963E02"/>
    <w:rsid w:val="0096400F"/>
    <w:rsid w:val="00964FD9"/>
    <w:rsid w:val="00965228"/>
    <w:rsid w:val="00965F36"/>
    <w:rsid w:val="00966675"/>
    <w:rsid w:val="009667ED"/>
    <w:rsid w:val="009674EC"/>
    <w:rsid w:val="00970C98"/>
    <w:rsid w:val="009722AA"/>
    <w:rsid w:val="00972B31"/>
    <w:rsid w:val="00975E84"/>
    <w:rsid w:val="009760C2"/>
    <w:rsid w:val="0097700E"/>
    <w:rsid w:val="00982E77"/>
    <w:rsid w:val="00983E88"/>
    <w:rsid w:val="0098431F"/>
    <w:rsid w:val="0098546D"/>
    <w:rsid w:val="00985C3B"/>
    <w:rsid w:val="00986ECE"/>
    <w:rsid w:val="009873A2"/>
    <w:rsid w:val="00990DB0"/>
    <w:rsid w:val="00991EB2"/>
    <w:rsid w:val="00992034"/>
    <w:rsid w:val="00997B82"/>
    <w:rsid w:val="00997CAD"/>
    <w:rsid w:val="00997E76"/>
    <w:rsid w:val="009A26B1"/>
    <w:rsid w:val="009A41FF"/>
    <w:rsid w:val="009A5CAB"/>
    <w:rsid w:val="009B02A6"/>
    <w:rsid w:val="009B134E"/>
    <w:rsid w:val="009B280D"/>
    <w:rsid w:val="009B3251"/>
    <w:rsid w:val="009B32EF"/>
    <w:rsid w:val="009B3D23"/>
    <w:rsid w:val="009B5478"/>
    <w:rsid w:val="009B6AAA"/>
    <w:rsid w:val="009B7B88"/>
    <w:rsid w:val="009C075C"/>
    <w:rsid w:val="009C1313"/>
    <w:rsid w:val="009C290F"/>
    <w:rsid w:val="009D0E71"/>
    <w:rsid w:val="009D16D4"/>
    <w:rsid w:val="009D25D2"/>
    <w:rsid w:val="009D2A3D"/>
    <w:rsid w:val="009D2E8C"/>
    <w:rsid w:val="009D406B"/>
    <w:rsid w:val="009D5880"/>
    <w:rsid w:val="009E2684"/>
    <w:rsid w:val="009E3540"/>
    <w:rsid w:val="009E49DC"/>
    <w:rsid w:val="009E51D4"/>
    <w:rsid w:val="009E6F1C"/>
    <w:rsid w:val="009F13D9"/>
    <w:rsid w:val="009F2E86"/>
    <w:rsid w:val="009F36C6"/>
    <w:rsid w:val="009F59E0"/>
    <w:rsid w:val="009F7907"/>
    <w:rsid w:val="009F7BB6"/>
    <w:rsid w:val="00A003B9"/>
    <w:rsid w:val="00A02E44"/>
    <w:rsid w:val="00A031CC"/>
    <w:rsid w:val="00A0583F"/>
    <w:rsid w:val="00A06874"/>
    <w:rsid w:val="00A068A9"/>
    <w:rsid w:val="00A076B3"/>
    <w:rsid w:val="00A07866"/>
    <w:rsid w:val="00A10529"/>
    <w:rsid w:val="00A11BCB"/>
    <w:rsid w:val="00A12A38"/>
    <w:rsid w:val="00A132C8"/>
    <w:rsid w:val="00A133E9"/>
    <w:rsid w:val="00A1375B"/>
    <w:rsid w:val="00A14A08"/>
    <w:rsid w:val="00A1638B"/>
    <w:rsid w:val="00A21162"/>
    <w:rsid w:val="00A22DAA"/>
    <w:rsid w:val="00A23A1A"/>
    <w:rsid w:val="00A24BAB"/>
    <w:rsid w:val="00A27183"/>
    <w:rsid w:val="00A27C04"/>
    <w:rsid w:val="00A30BF0"/>
    <w:rsid w:val="00A30CDF"/>
    <w:rsid w:val="00A3420D"/>
    <w:rsid w:val="00A3677C"/>
    <w:rsid w:val="00A41520"/>
    <w:rsid w:val="00A42032"/>
    <w:rsid w:val="00A44CB2"/>
    <w:rsid w:val="00A454AE"/>
    <w:rsid w:val="00A45B46"/>
    <w:rsid w:val="00A46BD2"/>
    <w:rsid w:val="00A503DF"/>
    <w:rsid w:val="00A50703"/>
    <w:rsid w:val="00A51286"/>
    <w:rsid w:val="00A51F97"/>
    <w:rsid w:val="00A6056B"/>
    <w:rsid w:val="00A606F5"/>
    <w:rsid w:val="00A60D05"/>
    <w:rsid w:val="00A629F2"/>
    <w:rsid w:val="00A664BD"/>
    <w:rsid w:val="00A669DE"/>
    <w:rsid w:val="00A67C8D"/>
    <w:rsid w:val="00A70B34"/>
    <w:rsid w:val="00A75F26"/>
    <w:rsid w:val="00A81F82"/>
    <w:rsid w:val="00A8482E"/>
    <w:rsid w:val="00A86180"/>
    <w:rsid w:val="00A862BB"/>
    <w:rsid w:val="00A9093B"/>
    <w:rsid w:val="00A9456A"/>
    <w:rsid w:val="00AA023C"/>
    <w:rsid w:val="00AA0265"/>
    <w:rsid w:val="00AA4383"/>
    <w:rsid w:val="00AA4E28"/>
    <w:rsid w:val="00AB1268"/>
    <w:rsid w:val="00AB161D"/>
    <w:rsid w:val="00AB2BE9"/>
    <w:rsid w:val="00AB3490"/>
    <w:rsid w:val="00AC0227"/>
    <w:rsid w:val="00AC1FBA"/>
    <w:rsid w:val="00AC3D77"/>
    <w:rsid w:val="00AC54C9"/>
    <w:rsid w:val="00AC7321"/>
    <w:rsid w:val="00AD0960"/>
    <w:rsid w:val="00AD13DD"/>
    <w:rsid w:val="00AD3012"/>
    <w:rsid w:val="00AD34A4"/>
    <w:rsid w:val="00AE00F4"/>
    <w:rsid w:val="00AE1C01"/>
    <w:rsid w:val="00AE3579"/>
    <w:rsid w:val="00AE3D8F"/>
    <w:rsid w:val="00AE4124"/>
    <w:rsid w:val="00AE5E4D"/>
    <w:rsid w:val="00AE604C"/>
    <w:rsid w:val="00AE700E"/>
    <w:rsid w:val="00AE7AF1"/>
    <w:rsid w:val="00AF1FFA"/>
    <w:rsid w:val="00AF2EF5"/>
    <w:rsid w:val="00AF32B9"/>
    <w:rsid w:val="00AF48EB"/>
    <w:rsid w:val="00B00065"/>
    <w:rsid w:val="00B032F5"/>
    <w:rsid w:val="00B05D18"/>
    <w:rsid w:val="00B07B63"/>
    <w:rsid w:val="00B119E7"/>
    <w:rsid w:val="00B20B2E"/>
    <w:rsid w:val="00B22403"/>
    <w:rsid w:val="00B26330"/>
    <w:rsid w:val="00B27367"/>
    <w:rsid w:val="00B37747"/>
    <w:rsid w:val="00B415E5"/>
    <w:rsid w:val="00B41BBF"/>
    <w:rsid w:val="00B420DF"/>
    <w:rsid w:val="00B43257"/>
    <w:rsid w:val="00B46130"/>
    <w:rsid w:val="00B4751C"/>
    <w:rsid w:val="00B4766A"/>
    <w:rsid w:val="00B47DFA"/>
    <w:rsid w:val="00B502FD"/>
    <w:rsid w:val="00B50A97"/>
    <w:rsid w:val="00B51591"/>
    <w:rsid w:val="00B51CBC"/>
    <w:rsid w:val="00B53CF2"/>
    <w:rsid w:val="00B544A9"/>
    <w:rsid w:val="00B54A8E"/>
    <w:rsid w:val="00B54EF5"/>
    <w:rsid w:val="00B55917"/>
    <w:rsid w:val="00B55AB5"/>
    <w:rsid w:val="00B55DAB"/>
    <w:rsid w:val="00B5608F"/>
    <w:rsid w:val="00B56C7F"/>
    <w:rsid w:val="00B57E70"/>
    <w:rsid w:val="00B60660"/>
    <w:rsid w:val="00B60C93"/>
    <w:rsid w:val="00B61939"/>
    <w:rsid w:val="00B622C2"/>
    <w:rsid w:val="00B65721"/>
    <w:rsid w:val="00B66505"/>
    <w:rsid w:val="00B670F5"/>
    <w:rsid w:val="00B707ED"/>
    <w:rsid w:val="00B73142"/>
    <w:rsid w:val="00B7564A"/>
    <w:rsid w:val="00B80E1D"/>
    <w:rsid w:val="00B81CA4"/>
    <w:rsid w:val="00B83F7D"/>
    <w:rsid w:val="00B8486D"/>
    <w:rsid w:val="00B85F70"/>
    <w:rsid w:val="00B86378"/>
    <w:rsid w:val="00B9037E"/>
    <w:rsid w:val="00B91CED"/>
    <w:rsid w:val="00B9211E"/>
    <w:rsid w:val="00B92401"/>
    <w:rsid w:val="00B92BDC"/>
    <w:rsid w:val="00B9303D"/>
    <w:rsid w:val="00B94517"/>
    <w:rsid w:val="00B95201"/>
    <w:rsid w:val="00B95897"/>
    <w:rsid w:val="00B96A03"/>
    <w:rsid w:val="00B97F26"/>
    <w:rsid w:val="00BA04B8"/>
    <w:rsid w:val="00BA13AB"/>
    <w:rsid w:val="00BA2ADD"/>
    <w:rsid w:val="00BA46AE"/>
    <w:rsid w:val="00BA4FDD"/>
    <w:rsid w:val="00BA7A69"/>
    <w:rsid w:val="00BA7C3E"/>
    <w:rsid w:val="00BB03E6"/>
    <w:rsid w:val="00BB04D8"/>
    <w:rsid w:val="00BB086D"/>
    <w:rsid w:val="00BB1BD6"/>
    <w:rsid w:val="00BB1EDC"/>
    <w:rsid w:val="00BB2926"/>
    <w:rsid w:val="00BB2F16"/>
    <w:rsid w:val="00BB499E"/>
    <w:rsid w:val="00BC0045"/>
    <w:rsid w:val="00BC0F4D"/>
    <w:rsid w:val="00BC207A"/>
    <w:rsid w:val="00BC4B41"/>
    <w:rsid w:val="00BD2D04"/>
    <w:rsid w:val="00BD4761"/>
    <w:rsid w:val="00BD54FF"/>
    <w:rsid w:val="00BE1B4B"/>
    <w:rsid w:val="00BE2490"/>
    <w:rsid w:val="00BE2A9F"/>
    <w:rsid w:val="00BE2B01"/>
    <w:rsid w:val="00BF216F"/>
    <w:rsid w:val="00BF3DF7"/>
    <w:rsid w:val="00BF41D4"/>
    <w:rsid w:val="00BF56D1"/>
    <w:rsid w:val="00BF67D8"/>
    <w:rsid w:val="00BF6C46"/>
    <w:rsid w:val="00BF7C2E"/>
    <w:rsid w:val="00C003F8"/>
    <w:rsid w:val="00C005EB"/>
    <w:rsid w:val="00C01757"/>
    <w:rsid w:val="00C029C9"/>
    <w:rsid w:val="00C03309"/>
    <w:rsid w:val="00C03A63"/>
    <w:rsid w:val="00C03ABF"/>
    <w:rsid w:val="00C07190"/>
    <w:rsid w:val="00C07772"/>
    <w:rsid w:val="00C1039A"/>
    <w:rsid w:val="00C11BB8"/>
    <w:rsid w:val="00C11E68"/>
    <w:rsid w:val="00C12F57"/>
    <w:rsid w:val="00C15BFC"/>
    <w:rsid w:val="00C17EC7"/>
    <w:rsid w:val="00C24334"/>
    <w:rsid w:val="00C243EE"/>
    <w:rsid w:val="00C244FB"/>
    <w:rsid w:val="00C24745"/>
    <w:rsid w:val="00C247EB"/>
    <w:rsid w:val="00C261D0"/>
    <w:rsid w:val="00C354A1"/>
    <w:rsid w:val="00C36908"/>
    <w:rsid w:val="00C37D7C"/>
    <w:rsid w:val="00C40A7F"/>
    <w:rsid w:val="00C410CE"/>
    <w:rsid w:val="00C417E6"/>
    <w:rsid w:val="00C41A6D"/>
    <w:rsid w:val="00C421DA"/>
    <w:rsid w:val="00C426EC"/>
    <w:rsid w:val="00C448FC"/>
    <w:rsid w:val="00C45EA4"/>
    <w:rsid w:val="00C46605"/>
    <w:rsid w:val="00C505D4"/>
    <w:rsid w:val="00C53110"/>
    <w:rsid w:val="00C53222"/>
    <w:rsid w:val="00C54B4A"/>
    <w:rsid w:val="00C55021"/>
    <w:rsid w:val="00C55075"/>
    <w:rsid w:val="00C553C1"/>
    <w:rsid w:val="00C55462"/>
    <w:rsid w:val="00C6029B"/>
    <w:rsid w:val="00C60E3B"/>
    <w:rsid w:val="00C65B19"/>
    <w:rsid w:val="00C70156"/>
    <w:rsid w:val="00C72342"/>
    <w:rsid w:val="00C73D5D"/>
    <w:rsid w:val="00C76A48"/>
    <w:rsid w:val="00C80D5A"/>
    <w:rsid w:val="00C81CB4"/>
    <w:rsid w:val="00C81DEE"/>
    <w:rsid w:val="00C84D72"/>
    <w:rsid w:val="00C87A08"/>
    <w:rsid w:val="00C87DB7"/>
    <w:rsid w:val="00C904E1"/>
    <w:rsid w:val="00C90921"/>
    <w:rsid w:val="00C90DD6"/>
    <w:rsid w:val="00C91005"/>
    <w:rsid w:val="00C91084"/>
    <w:rsid w:val="00C91422"/>
    <w:rsid w:val="00C9188F"/>
    <w:rsid w:val="00C92164"/>
    <w:rsid w:val="00C92402"/>
    <w:rsid w:val="00C9448B"/>
    <w:rsid w:val="00C95E42"/>
    <w:rsid w:val="00C96DF9"/>
    <w:rsid w:val="00CA02D1"/>
    <w:rsid w:val="00CA1B68"/>
    <w:rsid w:val="00CA1B9B"/>
    <w:rsid w:val="00CA636C"/>
    <w:rsid w:val="00CA7A78"/>
    <w:rsid w:val="00CB02AB"/>
    <w:rsid w:val="00CB263C"/>
    <w:rsid w:val="00CB345F"/>
    <w:rsid w:val="00CB484E"/>
    <w:rsid w:val="00CB56ED"/>
    <w:rsid w:val="00CB5CFA"/>
    <w:rsid w:val="00CB613F"/>
    <w:rsid w:val="00CB6C84"/>
    <w:rsid w:val="00CC0F50"/>
    <w:rsid w:val="00CC39A5"/>
    <w:rsid w:val="00CC3B1B"/>
    <w:rsid w:val="00CC4197"/>
    <w:rsid w:val="00CC4956"/>
    <w:rsid w:val="00CD1498"/>
    <w:rsid w:val="00CD1708"/>
    <w:rsid w:val="00CD213B"/>
    <w:rsid w:val="00CD4202"/>
    <w:rsid w:val="00CD53A1"/>
    <w:rsid w:val="00CE2B4A"/>
    <w:rsid w:val="00CE344C"/>
    <w:rsid w:val="00CE5D08"/>
    <w:rsid w:val="00CF0AF9"/>
    <w:rsid w:val="00CF2172"/>
    <w:rsid w:val="00CF24DC"/>
    <w:rsid w:val="00CF3FF1"/>
    <w:rsid w:val="00CF412B"/>
    <w:rsid w:val="00CF55C7"/>
    <w:rsid w:val="00D01797"/>
    <w:rsid w:val="00D02A37"/>
    <w:rsid w:val="00D03A96"/>
    <w:rsid w:val="00D04880"/>
    <w:rsid w:val="00D04FBF"/>
    <w:rsid w:val="00D050FB"/>
    <w:rsid w:val="00D06494"/>
    <w:rsid w:val="00D07453"/>
    <w:rsid w:val="00D07632"/>
    <w:rsid w:val="00D11755"/>
    <w:rsid w:val="00D119AD"/>
    <w:rsid w:val="00D11D4E"/>
    <w:rsid w:val="00D15169"/>
    <w:rsid w:val="00D1719B"/>
    <w:rsid w:val="00D21F0C"/>
    <w:rsid w:val="00D222E2"/>
    <w:rsid w:val="00D2316D"/>
    <w:rsid w:val="00D25E61"/>
    <w:rsid w:val="00D32786"/>
    <w:rsid w:val="00D32D60"/>
    <w:rsid w:val="00D35440"/>
    <w:rsid w:val="00D356B7"/>
    <w:rsid w:val="00D40D7C"/>
    <w:rsid w:val="00D42D93"/>
    <w:rsid w:val="00D442B2"/>
    <w:rsid w:val="00D4499B"/>
    <w:rsid w:val="00D4721F"/>
    <w:rsid w:val="00D47A5C"/>
    <w:rsid w:val="00D47D9F"/>
    <w:rsid w:val="00D50C49"/>
    <w:rsid w:val="00D54214"/>
    <w:rsid w:val="00D57C06"/>
    <w:rsid w:val="00D60ADB"/>
    <w:rsid w:val="00D65667"/>
    <w:rsid w:val="00D678F5"/>
    <w:rsid w:val="00D717D6"/>
    <w:rsid w:val="00D7212A"/>
    <w:rsid w:val="00D73A21"/>
    <w:rsid w:val="00D73DC2"/>
    <w:rsid w:val="00D74110"/>
    <w:rsid w:val="00D74179"/>
    <w:rsid w:val="00D743AC"/>
    <w:rsid w:val="00D746D8"/>
    <w:rsid w:val="00D74A6C"/>
    <w:rsid w:val="00D74B09"/>
    <w:rsid w:val="00D764F9"/>
    <w:rsid w:val="00D76AC8"/>
    <w:rsid w:val="00D829D5"/>
    <w:rsid w:val="00D83001"/>
    <w:rsid w:val="00D85383"/>
    <w:rsid w:val="00D85F37"/>
    <w:rsid w:val="00D87103"/>
    <w:rsid w:val="00D87FAF"/>
    <w:rsid w:val="00D902E7"/>
    <w:rsid w:val="00D92417"/>
    <w:rsid w:val="00D9319B"/>
    <w:rsid w:val="00D9666B"/>
    <w:rsid w:val="00D97FC9"/>
    <w:rsid w:val="00DA150F"/>
    <w:rsid w:val="00DA2BB0"/>
    <w:rsid w:val="00DA420A"/>
    <w:rsid w:val="00DB1566"/>
    <w:rsid w:val="00DB1ED6"/>
    <w:rsid w:val="00DB29F8"/>
    <w:rsid w:val="00DB2E12"/>
    <w:rsid w:val="00DB4B19"/>
    <w:rsid w:val="00DB683D"/>
    <w:rsid w:val="00DC170A"/>
    <w:rsid w:val="00DC1BB5"/>
    <w:rsid w:val="00DC26F5"/>
    <w:rsid w:val="00DC294B"/>
    <w:rsid w:val="00DC70C4"/>
    <w:rsid w:val="00DD0123"/>
    <w:rsid w:val="00DD1565"/>
    <w:rsid w:val="00DD5412"/>
    <w:rsid w:val="00DD5669"/>
    <w:rsid w:val="00DD614D"/>
    <w:rsid w:val="00DD68EA"/>
    <w:rsid w:val="00DD7F32"/>
    <w:rsid w:val="00DE0AD5"/>
    <w:rsid w:val="00DE12E6"/>
    <w:rsid w:val="00DE49AE"/>
    <w:rsid w:val="00DE5C94"/>
    <w:rsid w:val="00DE6C96"/>
    <w:rsid w:val="00DF072B"/>
    <w:rsid w:val="00DF07F6"/>
    <w:rsid w:val="00DF0A28"/>
    <w:rsid w:val="00DF0B14"/>
    <w:rsid w:val="00DF1F92"/>
    <w:rsid w:val="00DF2818"/>
    <w:rsid w:val="00DF3375"/>
    <w:rsid w:val="00DF3547"/>
    <w:rsid w:val="00DF5E82"/>
    <w:rsid w:val="00DF6A29"/>
    <w:rsid w:val="00E01203"/>
    <w:rsid w:val="00E01FA7"/>
    <w:rsid w:val="00E0221D"/>
    <w:rsid w:val="00E1005E"/>
    <w:rsid w:val="00E10DBD"/>
    <w:rsid w:val="00E15742"/>
    <w:rsid w:val="00E214EC"/>
    <w:rsid w:val="00E22C87"/>
    <w:rsid w:val="00E253F4"/>
    <w:rsid w:val="00E26209"/>
    <w:rsid w:val="00E26869"/>
    <w:rsid w:val="00E26DF2"/>
    <w:rsid w:val="00E270F9"/>
    <w:rsid w:val="00E27D70"/>
    <w:rsid w:val="00E321AD"/>
    <w:rsid w:val="00E32DD3"/>
    <w:rsid w:val="00E33587"/>
    <w:rsid w:val="00E33AA3"/>
    <w:rsid w:val="00E3648D"/>
    <w:rsid w:val="00E37126"/>
    <w:rsid w:val="00E44ACD"/>
    <w:rsid w:val="00E46271"/>
    <w:rsid w:val="00E4671C"/>
    <w:rsid w:val="00E47BA5"/>
    <w:rsid w:val="00E509D0"/>
    <w:rsid w:val="00E50A9F"/>
    <w:rsid w:val="00E522D9"/>
    <w:rsid w:val="00E52D39"/>
    <w:rsid w:val="00E53580"/>
    <w:rsid w:val="00E53B7B"/>
    <w:rsid w:val="00E61F43"/>
    <w:rsid w:val="00E65FEC"/>
    <w:rsid w:val="00E6791F"/>
    <w:rsid w:val="00E73A9B"/>
    <w:rsid w:val="00E828D4"/>
    <w:rsid w:val="00E82EA9"/>
    <w:rsid w:val="00E83284"/>
    <w:rsid w:val="00E8760D"/>
    <w:rsid w:val="00E91A43"/>
    <w:rsid w:val="00E91C24"/>
    <w:rsid w:val="00E91E16"/>
    <w:rsid w:val="00E93283"/>
    <w:rsid w:val="00E955CD"/>
    <w:rsid w:val="00E95B92"/>
    <w:rsid w:val="00E9662C"/>
    <w:rsid w:val="00E96AE7"/>
    <w:rsid w:val="00E96D5A"/>
    <w:rsid w:val="00EA13BE"/>
    <w:rsid w:val="00EA16C3"/>
    <w:rsid w:val="00EA211F"/>
    <w:rsid w:val="00EA36B0"/>
    <w:rsid w:val="00EA480F"/>
    <w:rsid w:val="00EA5F29"/>
    <w:rsid w:val="00EA66AC"/>
    <w:rsid w:val="00EA6C3D"/>
    <w:rsid w:val="00EA7B2C"/>
    <w:rsid w:val="00EB46BD"/>
    <w:rsid w:val="00EB4D4A"/>
    <w:rsid w:val="00EB52DA"/>
    <w:rsid w:val="00EC1868"/>
    <w:rsid w:val="00EC2605"/>
    <w:rsid w:val="00EC64B6"/>
    <w:rsid w:val="00EC73A2"/>
    <w:rsid w:val="00EC791B"/>
    <w:rsid w:val="00ED0E63"/>
    <w:rsid w:val="00ED149B"/>
    <w:rsid w:val="00ED224C"/>
    <w:rsid w:val="00ED2339"/>
    <w:rsid w:val="00ED27BB"/>
    <w:rsid w:val="00ED4BC0"/>
    <w:rsid w:val="00ED51C6"/>
    <w:rsid w:val="00ED5F06"/>
    <w:rsid w:val="00ED632F"/>
    <w:rsid w:val="00EE4518"/>
    <w:rsid w:val="00EE5D4E"/>
    <w:rsid w:val="00EE643E"/>
    <w:rsid w:val="00EE720E"/>
    <w:rsid w:val="00EE7958"/>
    <w:rsid w:val="00EE7E68"/>
    <w:rsid w:val="00EF0F84"/>
    <w:rsid w:val="00EF2FD2"/>
    <w:rsid w:val="00EF3238"/>
    <w:rsid w:val="00EF411E"/>
    <w:rsid w:val="00EF46EB"/>
    <w:rsid w:val="00EF5B91"/>
    <w:rsid w:val="00EF6A02"/>
    <w:rsid w:val="00F00725"/>
    <w:rsid w:val="00F0074E"/>
    <w:rsid w:val="00F00BEA"/>
    <w:rsid w:val="00F01974"/>
    <w:rsid w:val="00F0292E"/>
    <w:rsid w:val="00F035BB"/>
    <w:rsid w:val="00F04BB6"/>
    <w:rsid w:val="00F057FA"/>
    <w:rsid w:val="00F05B67"/>
    <w:rsid w:val="00F05FC9"/>
    <w:rsid w:val="00F1189E"/>
    <w:rsid w:val="00F13193"/>
    <w:rsid w:val="00F13533"/>
    <w:rsid w:val="00F1468B"/>
    <w:rsid w:val="00F16DE4"/>
    <w:rsid w:val="00F17DEE"/>
    <w:rsid w:val="00F21FFB"/>
    <w:rsid w:val="00F220EB"/>
    <w:rsid w:val="00F232D1"/>
    <w:rsid w:val="00F241D0"/>
    <w:rsid w:val="00F2477B"/>
    <w:rsid w:val="00F24F3A"/>
    <w:rsid w:val="00F2568A"/>
    <w:rsid w:val="00F2784F"/>
    <w:rsid w:val="00F2786E"/>
    <w:rsid w:val="00F325B0"/>
    <w:rsid w:val="00F34A1D"/>
    <w:rsid w:val="00F35F55"/>
    <w:rsid w:val="00F3654B"/>
    <w:rsid w:val="00F441C3"/>
    <w:rsid w:val="00F444A1"/>
    <w:rsid w:val="00F44DF7"/>
    <w:rsid w:val="00F44F38"/>
    <w:rsid w:val="00F45562"/>
    <w:rsid w:val="00F4635A"/>
    <w:rsid w:val="00F463B7"/>
    <w:rsid w:val="00F46697"/>
    <w:rsid w:val="00F470D9"/>
    <w:rsid w:val="00F4762B"/>
    <w:rsid w:val="00F5083F"/>
    <w:rsid w:val="00F53355"/>
    <w:rsid w:val="00F5745E"/>
    <w:rsid w:val="00F6186E"/>
    <w:rsid w:val="00F65B7E"/>
    <w:rsid w:val="00F66BD4"/>
    <w:rsid w:val="00F671D9"/>
    <w:rsid w:val="00F676F1"/>
    <w:rsid w:val="00F705AF"/>
    <w:rsid w:val="00F736E0"/>
    <w:rsid w:val="00F771B7"/>
    <w:rsid w:val="00F80FFB"/>
    <w:rsid w:val="00F83451"/>
    <w:rsid w:val="00F85DCA"/>
    <w:rsid w:val="00F904DC"/>
    <w:rsid w:val="00F90AE3"/>
    <w:rsid w:val="00F92D2B"/>
    <w:rsid w:val="00F95001"/>
    <w:rsid w:val="00F9728D"/>
    <w:rsid w:val="00F97777"/>
    <w:rsid w:val="00FA0792"/>
    <w:rsid w:val="00FA19A7"/>
    <w:rsid w:val="00FA1DAD"/>
    <w:rsid w:val="00FA310D"/>
    <w:rsid w:val="00FA4ADA"/>
    <w:rsid w:val="00FA62B0"/>
    <w:rsid w:val="00FA76F6"/>
    <w:rsid w:val="00FB0F0A"/>
    <w:rsid w:val="00FB1686"/>
    <w:rsid w:val="00FB3C33"/>
    <w:rsid w:val="00FB4C0B"/>
    <w:rsid w:val="00FB59D6"/>
    <w:rsid w:val="00FC060E"/>
    <w:rsid w:val="00FC0E84"/>
    <w:rsid w:val="00FC1CDE"/>
    <w:rsid w:val="00FC55C0"/>
    <w:rsid w:val="00FC767D"/>
    <w:rsid w:val="00FD067F"/>
    <w:rsid w:val="00FD0C8F"/>
    <w:rsid w:val="00FD4323"/>
    <w:rsid w:val="00FD5659"/>
    <w:rsid w:val="00FD56DE"/>
    <w:rsid w:val="00FD63DE"/>
    <w:rsid w:val="00FD7F41"/>
    <w:rsid w:val="00FF004B"/>
    <w:rsid w:val="00FF01AE"/>
    <w:rsid w:val="00FF3190"/>
    <w:rsid w:val="00FF3E36"/>
    <w:rsid w:val="00FF412A"/>
    <w:rsid w:val="00FF476A"/>
    <w:rsid w:val="00FF63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B2CFF3"/>
  <w15:docId w15:val="{D8D91063-2221-46F8-AFF5-7F9CC6592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nhideWhenUsed="1"/>
    <w:lsdException w:name="toc 3" w:locked="1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99" w:unhideWhenUsed="1"/>
    <w:lsdException w:name="toa heading" w:semiHidden="1" w:unhideWhenUsed="1"/>
    <w:lsdException w:name="List" w:semiHidden="1" w:uiPriority="99" w:unhideWhenUsed="1"/>
    <w:lsdException w:name="List Bullet" w:semiHidden="1" w:uiPriority="99" w:unhideWhenUsed="1"/>
    <w:lsdException w:name="List Number" w:uiPriority="99"/>
    <w:lsdException w:name="List 2" w:semiHidden="1" w:uiPriority="99" w:unhideWhenUsed="1"/>
    <w:lsdException w:name="List 3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nhideWhenUsed="1"/>
    <w:lsdException w:name="List Bullet 5" w:semiHidden="1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locked="1" w:semiHidden="1" w:uiPriority="99" w:unhideWhenUsed="1"/>
    <w:lsdException w:name="Body Text Indent" w:semiHidden="1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Body Text First Indent 2" w:semiHidden="1" w:unhideWhenUsed="1"/>
    <w:lsdException w:name="Note Heading" w:semiHidden="1" w:unhideWhenUsed="1"/>
    <w:lsdException w:name="Body Text 2" w:locked="1" w:semiHidden="1" w:uiPriority="99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190E"/>
    <w:pPr>
      <w:spacing w:line="360" w:lineRule="auto"/>
      <w:jc w:val="both"/>
    </w:pPr>
    <w:rPr>
      <w:rFonts w:ascii="Tahoma" w:hAnsi="Tahoma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04880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Titre2">
    <w:name w:val="heading 2"/>
    <w:aliases w:val="sous-titre"/>
    <w:basedOn w:val="Normal"/>
    <w:next w:val="Normal"/>
    <w:link w:val="Titre2Car"/>
    <w:uiPriority w:val="9"/>
    <w:qFormat/>
    <w:rsid w:val="00D04880"/>
    <w:pPr>
      <w:keepNext/>
      <w:pBdr>
        <w:bottom w:val="inset" w:sz="12" w:space="1" w:color="002E56"/>
      </w:pBdr>
      <w:spacing w:before="240" w:after="360" w:line="240" w:lineRule="auto"/>
      <w:ind w:right="1928"/>
      <w:jc w:val="center"/>
      <w:outlineLvl w:val="1"/>
    </w:pPr>
    <w:rPr>
      <w:b/>
      <w:bCs/>
      <w:iCs/>
      <w:smallCaps/>
      <w:color w:val="002E56"/>
      <w:szCs w:val="28"/>
    </w:rPr>
  </w:style>
  <w:style w:type="paragraph" w:styleId="Titre3">
    <w:name w:val="heading 3"/>
    <w:basedOn w:val="Normal"/>
    <w:next w:val="Normal"/>
    <w:link w:val="Titre3Car"/>
    <w:autoRedefine/>
    <w:uiPriority w:val="9"/>
    <w:qFormat/>
    <w:rsid w:val="00D32786"/>
    <w:pPr>
      <w:keepNext/>
      <w:spacing w:line="276" w:lineRule="auto"/>
      <w:jc w:val="left"/>
      <w:outlineLvl w:val="2"/>
    </w:pPr>
    <w:rPr>
      <w:rFonts w:asciiTheme="minorHAnsi" w:hAnsiTheme="minorHAnsi" w:cstheme="minorHAnsi"/>
      <w:bCs/>
      <w:smallCaps/>
      <w:sz w:val="24"/>
      <w:lang w:val="en-CA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locked/>
    <w:rsid w:val="00A45B46"/>
    <w:pPr>
      <w:keepNext/>
      <w:keepLines/>
      <w:spacing w:before="200" w:line="276" w:lineRule="auto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locked/>
    <w:rsid w:val="00A45B46"/>
    <w:pPr>
      <w:keepNext/>
      <w:keepLines/>
      <w:spacing w:before="200" w:line="276" w:lineRule="auto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locked/>
    <w:rsid w:val="00A45B46"/>
    <w:pPr>
      <w:keepNext/>
      <w:keepLines/>
      <w:spacing w:before="200" w:line="276" w:lineRule="auto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locked/>
    <w:rsid w:val="00A45B46"/>
    <w:pPr>
      <w:keepNext/>
      <w:keepLines/>
      <w:spacing w:before="200" w:line="276" w:lineRule="auto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locked/>
    <w:rsid w:val="00A45B46"/>
    <w:pPr>
      <w:keepNext/>
      <w:keepLines/>
      <w:spacing w:before="200" w:line="276" w:lineRule="auto"/>
      <w:jc w:val="left"/>
      <w:outlineLvl w:val="7"/>
    </w:pPr>
    <w:rPr>
      <w:rFonts w:asciiTheme="majorHAnsi" w:eastAsiaTheme="majorEastAsia" w:hAnsiTheme="majorHAnsi" w:cstheme="majorBidi"/>
      <w:color w:val="4F81BD" w:themeColor="accent1"/>
      <w:szCs w:val="20"/>
      <w:lang w:val="en-US"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A45B46"/>
    <w:pPr>
      <w:keepNext/>
      <w:keepLines/>
      <w:spacing w:before="200" w:line="276" w:lineRule="auto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locked/>
    <w:rsid w:val="00D04880"/>
    <w:rPr>
      <w:rFonts w:ascii="Verdana" w:hAnsi="Verdana" w:cs="Times New Roman"/>
      <w:b/>
      <w:bCs/>
      <w:kern w:val="32"/>
      <w:sz w:val="32"/>
      <w:szCs w:val="32"/>
      <w:lang w:eastAsia="fr-FR"/>
    </w:rPr>
  </w:style>
  <w:style w:type="character" w:customStyle="1" w:styleId="Titre2Car">
    <w:name w:val="Titre 2 Car"/>
    <w:aliases w:val="sous-titre Car"/>
    <w:basedOn w:val="Policepardfaut"/>
    <w:link w:val="Titre2"/>
    <w:uiPriority w:val="9"/>
    <w:locked/>
    <w:rsid w:val="00D04880"/>
    <w:rPr>
      <w:rFonts w:ascii="Verdana" w:hAnsi="Verdana" w:cs="Times New Roman"/>
      <w:b/>
      <w:bCs/>
      <w:iCs/>
      <w:smallCaps/>
      <w:color w:val="002E56"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uiPriority w:val="9"/>
    <w:locked/>
    <w:rsid w:val="00D32786"/>
    <w:rPr>
      <w:rFonts w:asciiTheme="minorHAnsi" w:hAnsiTheme="minorHAnsi" w:cstheme="minorHAnsi"/>
      <w:bCs/>
      <w:smallCaps/>
      <w:sz w:val="24"/>
      <w:szCs w:val="24"/>
      <w:lang w:val="en-CA" w:eastAsia="fr-FR"/>
    </w:rPr>
  </w:style>
  <w:style w:type="character" w:customStyle="1" w:styleId="Titre4Car">
    <w:name w:val="Titre 4 Car"/>
    <w:basedOn w:val="Policepardfaut"/>
    <w:link w:val="Titre4"/>
    <w:uiPriority w:val="9"/>
    <w:rsid w:val="00A45B4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en-US" w:eastAsia="en-US"/>
    </w:rPr>
  </w:style>
  <w:style w:type="character" w:customStyle="1" w:styleId="Titre5Car">
    <w:name w:val="Titre 5 Car"/>
    <w:basedOn w:val="Policepardfaut"/>
    <w:link w:val="Titre5"/>
    <w:uiPriority w:val="9"/>
    <w:semiHidden/>
    <w:rsid w:val="00A45B46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US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A45B46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A45B46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A45B46"/>
    <w:rPr>
      <w:rFonts w:asciiTheme="majorHAnsi" w:eastAsiaTheme="majorEastAsia" w:hAnsiTheme="majorHAnsi" w:cstheme="majorBidi"/>
      <w:color w:val="4F81BD" w:themeColor="accent1"/>
      <w:lang w:val="en-US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A45B46"/>
    <w:rPr>
      <w:rFonts w:asciiTheme="majorHAnsi" w:eastAsiaTheme="majorEastAsia" w:hAnsiTheme="majorHAnsi" w:cstheme="majorBidi"/>
      <w:i/>
      <w:iCs/>
      <w:color w:val="404040" w:themeColor="text1" w:themeTint="BF"/>
      <w:lang w:val="en-US" w:eastAsia="en-US"/>
    </w:rPr>
  </w:style>
  <w:style w:type="table" w:customStyle="1" w:styleId="Jolicoeur">
    <w:name w:val="Jolicoeur"/>
    <w:basedOn w:val="Listeclaire-Accent11"/>
    <w:rsid w:val="00D04880"/>
    <w:rPr>
      <w:rFonts w:ascii="Verdana" w:hAnsi="Verdana"/>
      <w:color w:val="002E59"/>
      <w:lang w:val="en-US" w:eastAsia="en-US"/>
    </w:rPr>
    <w:tblPr/>
    <w:tblStylePr w:type="firstRow">
      <w:pPr>
        <w:spacing w:before="0" w:after="0"/>
      </w:pPr>
      <w:rPr>
        <w:rFonts w:ascii="Times New Roman" w:hAnsi="Times New Roman" w:cs="Times New Roman"/>
        <w:b/>
        <w:bCs/>
        <w:color w:val="auto"/>
        <w:sz w:val="24"/>
      </w:rPr>
      <w:tblPr/>
      <w:tcPr>
        <w:shd w:val="clear" w:color="auto" w:fill="002E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4" w:space="0" w:color="auto"/>
          <w:left w:val="single" w:sz="4" w:space="0" w:color="002E59"/>
          <w:bottom w:val="single" w:sz="4" w:space="0" w:color="002E59"/>
          <w:right w:val="single" w:sz="4" w:space="0" w:color="002E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002E59"/>
          <w:left w:val="single" w:sz="4" w:space="0" w:color="002E59"/>
          <w:bottom w:val="single" w:sz="4" w:space="0" w:color="002E59"/>
          <w:right w:val="single" w:sz="4" w:space="0" w:color="002E59"/>
          <w:insideH w:val="single" w:sz="4" w:space="0" w:color="002E59"/>
          <w:insideV w:val="nil"/>
        </w:tcBorders>
      </w:tcPr>
    </w:tblStylePr>
    <w:tblStylePr w:type="band2Horz">
      <w:rPr>
        <w:rFonts w:cs="Times New Roman"/>
      </w:rPr>
      <w:tblPr/>
      <w:tcPr>
        <w:tcBorders>
          <w:top w:val="nil"/>
          <w:left w:val="single" w:sz="4" w:space="0" w:color="002E59"/>
          <w:bottom w:val="nil"/>
          <w:right w:val="single" w:sz="4" w:space="0" w:color="002E59"/>
          <w:insideH w:val="single" w:sz="4" w:space="0" w:color="auto"/>
          <w:insideV w:val="nil"/>
        </w:tcBorders>
      </w:tcPr>
    </w:tblStylePr>
    <w:tblStylePr w:type="nwCell">
      <w:rPr>
        <w:rFonts w:cs="Times New Roman"/>
      </w:rPr>
      <w:tblPr/>
      <w:tcPr>
        <w:tcBorders>
          <w:top w:val="single" w:sz="4" w:space="0" w:color="BB8748"/>
          <w:left w:val="single" w:sz="4" w:space="0" w:color="BB8748"/>
          <w:bottom w:val="single" w:sz="4" w:space="0" w:color="BB8748"/>
          <w:right w:val="single" w:sz="4" w:space="0" w:color="BB8748"/>
          <w:insideH w:val="nil"/>
          <w:insideV w:val="nil"/>
          <w:tl2br w:val="nil"/>
          <w:tr2bl w:val="nil"/>
        </w:tcBorders>
        <w:shd w:val="clear" w:color="auto" w:fill="BB8748"/>
      </w:tcPr>
    </w:tblStylePr>
  </w:style>
  <w:style w:type="table" w:customStyle="1" w:styleId="Listeclaire-Accent11">
    <w:name w:val="Liste claire - Accent 11"/>
    <w:rsid w:val="00D04880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M1">
    <w:name w:val="toc 1"/>
    <w:basedOn w:val="Normal"/>
    <w:next w:val="Normal"/>
    <w:autoRedefine/>
    <w:uiPriority w:val="39"/>
    <w:rsid w:val="00CB6C84"/>
    <w:pPr>
      <w:tabs>
        <w:tab w:val="right" w:leader="dot" w:pos="9396"/>
      </w:tabs>
      <w:spacing w:before="120" w:after="120" w:line="240" w:lineRule="auto"/>
      <w:jc w:val="left"/>
    </w:pPr>
    <w:rPr>
      <w:rFonts w:ascii="Calibri" w:hAnsi="Calibri"/>
      <w:b/>
      <w:bCs/>
      <w:caps/>
      <w:szCs w:val="20"/>
    </w:rPr>
  </w:style>
  <w:style w:type="paragraph" w:styleId="TM2">
    <w:name w:val="toc 2"/>
    <w:basedOn w:val="Normal"/>
    <w:next w:val="Normal"/>
    <w:autoRedefine/>
    <w:rsid w:val="00FA1DAD"/>
    <w:pPr>
      <w:ind w:left="180"/>
      <w:jc w:val="left"/>
    </w:pPr>
    <w:rPr>
      <w:rFonts w:ascii="Calibri" w:hAnsi="Calibri"/>
      <w:smallCaps/>
      <w:szCs w:val="20"/>
    </w:rPr>
  </w:style>
  <w:style w:type="paragraph" w:styleId="Lgende">
    <w:name w:val="caption"/>
    <w:aliases w:val="Sous titre Santé-Canada"/>
    <w:basedOn w:val="Normal"/>
    <w:next w:val="Normal"/>
    <w:uiPriority w:val="35"/>
    <w:qFormat/>
    <w:rsid w:val="00FA1DAD"/>
    <w:rPr>
      <w:b/>
      <w:bCs/>
      <w:szCs w:val="20"/>
    </w:rPr>
  </w:style>
  <w:style w:type="paragraph" w:styleId="Pieddepage">
    <w:name w:val="footer"/>
    <w:basedOn w:val="Normal"/>
    <w:link w:val="PieddepageCar"/>
    <w:uiPriority w:val="99"/>
    <w:rsid w:val="00FA1DAD"/>
    <w:pPr>
      <w:tabs>
        <w:tab w:val="center" w:pos="4536"/>
        <w:tab w:val="right" w:pos="9072"/>
      </w:tabs>
    </w:pPr>
    <w:rPr>
      <w:lang w:val="fr-FR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FA1DAD"/>
    <w:rPr>
      <w:rFonts w:ascii="Verdana" w:hAnsi="Verdana" w:cs="Times New Roman"/>
      <w:sz w:val="24"/>
      <w:szCs w:val="24"/>
      <w:lang w:val="fr-FR" w:eastAsia="fr-FR"/>
    </w:rPr>
  </w:style>
  <w:style w:type="paragraph" w:styleId="Corpsdetexte">
    <w:name w:val="Body Text"/>
    <w:basedOn w:val="Normal"/>
    <w:link w:val="CorpsdetexteCar"/>
    <w:uiPriority w:val="99"/>
    <w:rsid w:val="00FA1DAD"/>
    <w:rPr>
      <w:szCs w:val="20"/>
    </w:rPr>
  </w:style>
  <w:style w:type="character" w:customStyle="1" w:styleId="CorpsdetexteCar">
    <w:name w:val="Corps de texte Car"/>
    <w:basedOn w:val="Policepardfaut"/>
    <w:link w:val="Corpsdetexte"/>
    <w:uiPriority w:val="99"/>
    <w:locked/>
    <w:rsid w:val="00FA1DAD"/>
    <w:rPr>
      <w:rFonts w:ascii="Verdana" w:hAnsi="Verdana" w:cs="Times New Roman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uiPriority w:val="99"/>
    <w:rsid w:val="00FA1DAD"/>
    <w:rPr>
      <w:rFonts w:ascii="Arial" w:hAnsi="Arial" w:cs="Arial"/>
      <w:szCs w:val="20"/>
    </w:rPr>
  </w:style>
  <w:style w:type="character" w:customStyle="1" w:styleId="Corpsdetexte2Car">
    <w:name w:val="Corps de texte 2 Car"/>
    <w:basedOn w:val="Policepardfaut"/>
    <w:link w:val="Corpsdetexte2"/>
    <w:uiPriority w:val="99"/>
    <w:locked/>
    <w:rsid w:val="00FA1DAD"/>
    <w:rPr>
      <w:rFonts w:ascii="Arial" w:hAnsi="Arial" w:cs="Arial"/>
      <w:sz w:val="20"/>
      <w:szCs w:val="20"/>
      <w:lang w:eastAsia="fr-FR"/>
    </w:rPr>
  </w:style>
  <w:style w:type="character" w:styleId="Numrodepage">
    <w:name w:val="page number"/>
    <w:basedOn w:val="Policepardfaut"/>
    <w:rsid w:val="00FA1DAD"/>
    <w:rPr>
      <w:rFonts w:cs="Times New Roman"/>
    </w:rPr>
  </w:style>
  <w:style w:type="character" w:styleId="Lienhypertexte">
    <w:name w:val="Hyperlink"/>
    <w:basedOn w:val="Policepardfaut"/>
    <w:uiPriority w:val="99"/>
    <w:rsid w:val="00FA1DAD"/>
    <w:rPr>
      <w:rFonts w:cs="Times New Roman"/>
      <w:color w:val="0000FF"/>
      <w:u w:val="single"/>
    </w:rPr>
  </w:style>
  <w:style w:type="character" w:styleId="lev">
    <w:name w:val="Strong"/>
    <w:basedOn w:val="Policepardfaut"/>
    <w:uiPriority w:val="22"/>
    <w:qFormat/>
    <w:rsid w:val="00FA1DAD"/>
    <w:rPr>
      <w:rFonts w:cs="Times New Roman"/>
      <w:b/>
      <w:bCs/>
    </w:rPr>
  </w:style>
  <w:style w:type="paragraph" w:customStyle="1" w:styleId="EnTetePiedDePage">
    <w:name w:val="EnTetePiedDePage"/>
    <w:basedOn w:val="Paragraphedeliste1"/>
    <w:rsid w:val="00FA1DAD"/>
    <w:pPr>
      <w:spacing w:after="120"/>
      <w:ind w:left="0"/>
      <w:jc w:val="center"/>
    </w:pPr>
    <w:rPr>
      <w:sz w:val="16"/>
      <w:szCs w:val="20"/>
    </w:rPr>
  </w:style>
  <w:style w:type="paragraph" w:customStyle="1" w:styleId="Paragraphedeliste1">
    <w:name w:val="Paragraphe de liste1"/>
    <w:basedOn w:val="Normal"/>
    <w:rsid w:val="00FA1DAD"/>
    <w:pPr>
      <w:ind w:left="720"/>
      <w:contextualSpacing/>
    </w:pPr>
  </w:style>
  <w:style w:type="paragraph" w:customStyle="1" w:styleId="En-ttedetabledesmatires1">
    <w:name w:val="En-tête de table des matières1"/>
    <w:basedOn w:val="Titre1"/>
    <w:next w:val="Normal"/>
    <w:rsid w:val="00FA1DAD"/>
    <w:pPr>
      <w:pBdr>
        <w:bottom w:val="triple" w:sz="4" w:space="1" w:color="002E56"/>
      </w:pBdr>
      <w:shd w:val="clear" w:color="BB8748" w:fill="auto"/>
      <w:tabs>
        <w:tab w:val="right" w:pos="12474"/>
      </w:tabs>
      <w:spacing w:before="720" w:after="720" w:line="240" w:lineRule="auto"/>
      <w:jc w:val="right"/>
    </w:pPr>
    <w:rPr>
      <w:rFonts w:cs="Arial"/>
      <w:smallCaps/>
      <w:kern w:val="0"/>
      <w:sz w:val="44"/>
      <w:szCs w:val="20"/>
    </w:rPr>
  </w:style>
  <w:style w:type="character" w:customStyle="1" w:styleId="Emphaseintense1">
    <w:name w:val="Emphase intense1"/>
    <w:basedOn w:val="Policepardfaut"/>
    <w:rsid w:val="00FA1DAD"/>
    <w:rPr>
      <w:rFonts w:cs="Times New Roman"/>
      <w:b/>
      <w:bCs/>
      <w:i/>
      <w:iCs/>
      <w:color w:val="4F81BD"/>
    </w:rPr>
  </w:style>
  <w:style w:type="character" w:customStyle="1" w:styleId="Emphaseintense11">
    <w:name w:val="Emphase intense11"/>
    <w:basedOn w:val="Policepardfaut"/>
    <w:rsid w:val="00FA1DAD"/>
    <w:rPr>
      <w:rFonts w:ascii="Times New Roman" w:hAnsi="Times New Roman" w:cs="Times New Roman"/>
      <w:b/>
      <w:bCs/>
      <w:i/>
      <w:iCs/>
      <w:color w:val="4F81BD"/>
    </w:rPr>
  </w:style>
  <w:style w:type="paragraph" w:styleId="Textedebulles">
    <w:name w:val="Balloon Text"/>
    <w:basedOn w:val="Normal"/>
    <w:link w:val="TextedebullesCar"/>
    <w:uiPriority w:val="99"/>
    <w:semiHidden/>
    <w:rsid w:val="00FA1DAD"/>
    <w:pPr>
      <w:spacing w:line="240" w:lineRule="auto"/>
    </w:pPr>
    <w:rPr>
      <w:rFonts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FA1DAD"/>
    <w:rPr>
      <w:rFonts w:ascii="Tahoma" w:hAnsi="Tahoma" w:cs="Tahoma"/>
      <w:sz w:val="16"/>
      <w:szCs w:val="16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04880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Sous-titreCar">
    <w:name w:val="Sous-titre Car"/>
    <w:basedOn w:val="Policepardfaut"/>
    <w:link w:val="Sous-titre"/>
    <w:uiPriority w:val="11"/>
    <w:locked/>
    <w:rsid w:val="00D04880"/>
    <w:rPr>
      <w:rFonts w:ascii="Cambria" w:hAnsi="Cambria" w:cs="Times New Roman"/>
      <w:sz w:val="24"/>
      <w:szCs w:val="24"/>
      <w:lang w:eastAsia="fr-FR"/>
    </w:rPr>
  </w:style>
  <w:style w:type="character" w:customStyle="1" w:styleId="Textedelespacerserv1">
    <w:name w:val="Texte de l'espace réservé1"/>
    <w:basedOn w:val="Policepardfaut"/>
    <w:semiHidden/>
    <w:rsid w:val="00D04880"/>
    <w:rPr>
      <w:rFonts w:cs="Times New Roman"/>
      <w:color w:val="808080"/>
    </w:rPr>
  </w:style>
  <w:style w:type="paragraph" w:styleId="En-tte">
    <w:name w:val="header"/>
    <w:basedOn w:val="Normal"/>
    <w:link w:val="En-tteCar"/>
    <w:uiPriority w:val="99"/>
    <w:rsid w:val="00D04880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D04880"/>
    <w:rPr>
      <w:rFonts w:ascii="Verdana" w:hAnsi="Verdana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rsid w:val="00D04880"/>
    <w:pPr>
      <w:spacing w:before="100" w:beforeAutospacing="1" w:after="100" w:afterAutospacing="1" w:line="240" w:lineRule="auto"/>
      <w:jc w:val="left"/>
    </w:pPr>
    <w:rPr>
      <w:sz w:val="24"/>
      <w:lang w:eastAsia="fr-CA"/>
    </w:rPr>
  </w:style>
  <w:style w:type="paragraph" w:styleId="TM3">
    <w:name w:val="toc 3"/>
    <w:basedOn w:val="Normal"/>
    <w:next w:val="Normal"/>
    <w:autoRedefine/>
    <w:uiPriority w:val="39"/>
    <w:rsid w:val="00351B2A"/>
    <w:pPr>
      <w:tabs>
        <w:tab w:val="right" w:leader="dot" w:pos="9396"/>
      </w:tabs>
      <w:ind w:left="360"/>
      <w:jc w:val="left"/>
    </w:pPr>
    <w:rPr>
      <w:rFonts w:ascii="Calibri" w:hAnsi="Calibri"/>
      <w:i/>
      <w:iCs/>
      <w:szCs w:val="20"/>
    </w:rPr>
  </w:style>
  <w:style w:type="character" w:styleId="Marquedecommentaire">
    <w:name w:val="annotation reference"/>
    <w:basedOn w:val="Policepardfaut"/>
    <w:semiHidden/>
    <w:rsid w:val="00D04880"/>
    <w:rPr>
      <w:rFonts w:cs="Times New Roman"/>
      <w:sz w:val="18"/>
    </w:rPr>
  </w:style>
  <w:style w:type="paragraph" w:styleId="Commentaire">
    <w:name w:val="annotation text"/>
    <w:basedOn w:val="Normal"/>
    <w:link w:val="CommentaireCar"/>
    <w:semiHidden/>
    <w:rsid w:val="00D04880"/>
    <w:rPr>
      <w:sz w:val="24"/>
    </w:rPr>
  </w:style>
  <w:style w:type="character" w:customStyle="1" w:styleId="CommentaireCar">
    <w:name w:val="Commentaire Car"/>
    <w:basedOn w:val="Policepardfaut"/>
    <w:link w:val="Commentaire"/>
    <w:semiHidden/>
    <w:locked/>
    <w:rsid w:val="00234D89"/>
    <w:rPr>
      <w:rFonts w:ascii="Tahoma" w:hAnsi="Tahoma" w:cs="Times New Roman"/>
      <w:sz w:val="20"/>
      <w:szCs w:val="20"/>
      <w:lang w:val="fr-CA"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rsid w:val="00D04880"/>
    <w:rPr>
      <w:sz w:val="18"/>
    </w:rPr>
  </w:style>
  <w:style w:type="character" w:customStyle="1" w:styleId="ObjetducommentaireCar">
    <w:name w:val="Objet du commentaire Car"/>
    <w:basedOn w:val="CommentaireCar"/>
    <w:link w:val="Objetducommentaire"/>
    <w:semiHidden/>
    <w:locked/>
    <w:rsid w:val="00234D89"/>
    <w:rPr>
      <w:rFonts w:ascii="Tahoma" w:hAnsi="Tahoma" w:cs="Times New Roman"/>
      <w:b/>
      <w:bCs/>
      <w:sz w:val="20"/>
      <w:szCs w:val="20"/>
      <w:lang w:val="fr-CA" w:eastAsia="fr-FR"/>
    </w:rPr>
  </w:style>
  <w:style w:type="paragraph" w:styleId="TM4">
    <w:name w:val="toc 4"/>
    <w:basedOn w:val="Normal"/>
    <w:next w:val="Normal"/>
    <w:autoRedefine/>
    <w:rsid w:val="005C2002"/>
    <w:pPr>
      <w:ind w:left="540"/>
      <w:jc w:val="left"/>
    </w:pPr>
    <w:rPr>
      <w:rFonts w:ascii="Calibri" w:hAnsi="Calibri"/>
      <w:szCs w:val="18"/>
    </w:rPr>
  </w:style>
  <w:style w:type="paragraph" w:styleId="TM5">
    <w:name w:val="toc 5"/>
    <w:basedOn w:val="Normal"/>
    <w:next w:val="Normal"/>
    <w:autoRedefine/>
    <w:rsid w:val="005C2002"/>
    <w:pPr>
      <w:ind w:left="720"/>
      <w:jc w:val="left"/>
    </w:pPr>
    <w:rPr>
      <w:rFonts w:ascii="Calibri" w:hAnsi="Calibri"/>
      <w:szCs w:val="18"/>
    </w:rPr>
  </w:style>
  <w:style w:type="paragraph" w:styleId="TM6">
    <w:name w:val="toc 6"/>
    <w:basedOn w:val="Normal"/>
    <w:next w:val="Normal"/>
    <w:autoRedefine/>
    <w:rsid w:val="005C2002"/>
    <w:pPr>
      <w:ind w:left="900"/>
      <w:jc w:val="left"/>
    </w:pPr>
    <w:rPr>
      <w:rFonts w:ascii="Calibri" w:hAnsi="Calibri"/>
      <w:szCs w:val="18"/>
    </w:rPr>
  </w:style>
  <w:style w:type="paragraph" w:styleId="TM7">
    <w:name w:val="toc 7"/>
    <w:basedOn w:val="Normal"/>
    <w:next w:val="Normal"/>
    <w:autoRedefine/>
    <w:rsid w:val="005C2002"/>
    <w:pPr>
      <w:ind w:left="1080"/>
      <w:jc w:val="left"/>
    </w:pPr>
    <w:rPr>
      <w:rFonts w:ascii="Calibri" w:hAnsi="Calibri"/>
      <w:szCs w:val="18"/>
    </w:rPr>
  </w:style>
  <w:style w:type="paragraph" w:styleId="TM8">
    <w:name w:val="toc 8"/>
    <w:basedOn w:val="Normal"/>
    <w:next w:val="Normal"/>
    <w:autoRedefine/>
    <w:rsid w:val="005C2002"/>
    <w:pPr>
      <w:ind w:left="1260"/>
      <w:jc w:val="left"/>
    </w:pPr>
    <w:rPr>
      <w:rFonts w:ascii="Calibri" w:hAnsi="Calibri"/>
      <w:szCs w:val="18"/>
    </w:rPr>
  </w:style>
  <w:style w:type="paragraph" w:styleId="TM9">
    <w:name w:val="toc 9"/>
    <w:basedOn w:val="Normal"/>
    <w:next w:val="Normal"/>
    <w:autoRedefine/>
    <w:rsid w:val="005C2002"/>
    <w:pPr>
      <w:ind w:left="1440"/>
      <w:jc w:val="left"/>
    </w:pPr>
    <w:rPr>
      <w:rFonts w:ascii="Calibri" w:hAnsi="Calibri"/>
      <w:szCs w:val="18"/>
    </w:rPr>
  </w:style>
  <w:style w:type="paragraph" w:styleId="Notedebasdepage">
    <w:name w:val="footnote text"/>
    <w:basedOn w:val="Normal"/>
    <w:link w:val="NotedebasdepageCar"/>
    <w:semiHidden/>
    <w:rsid w:val="007434C6"/>
    <w:pPr>
      <w:spacing w:line="240" w:lineRule="auto"/>
      <w:jc w:val="left"/>
    </w:pPr>
    <w:rPr>
      <w:rFonts w:ascii="Calibri" w:eastAsia="Times New Roman" w:hAnsi="Calibri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semiHidden/>
    <w:locked/>
    <w:rsid w:val="007434C6"/>
    <w:rPr>
      <w:rFonts w:ascii="Calibri" w:hAnsi="Calibri" w:cs="Times New Roman"/>
      <w:lang w:eastAsia="en-US"/>
    </w:rPr>
  </w:style>
  <w:style w:type="character" w:styleId="Appelnotedebasdep">
    <w:name w:val="footnote reference"/>
    <w:basedOn w:val="Policepardfaut"/>
    <w:semiHidden/>
    <w:rsid w:val="007434C6"/>
    <w:rPr>
      <w:rFonts w:cs="Times New Roman"/>
      <w:vertAlign w:val="superscript"/>
    </w:rPr>
  </w:style>
  <w:style w:type="paragraph" w:styleId="Sansinterligne">
    <w:name w:val="No Spacing"/>
    <w:uiPriority w:val="1"/>
    <w:qFormat/>
    <w:rsid w:val="003B38C2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A45B46"/>
    <w:pPr>
      <w:pBdr>
        <w:bottom w:val="single" w:sz="8" w:space="4" w:color="4F81BD" w:themeColor="accent1"/>
      </w:pBdr>
      <w:spacing w:after="300" w:line="240" w:lineRule="auto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TitreCar">
    <w:name w:val="Titre Car"/>
    <w:basedOn w:val="Policepardfaut"/>
    <w:link w:val="Titre"/>
    <w:uiPriority w:val="10"/>
    <w:rsid w:val="00A45B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paragraph" w:styleId="Paragraphedeliste">
    <w:name w:val="List Paragraph"/>
    <w:aliases w:val="Dot pt,F5 List Paragraph,List Paragraph Char Char Char,Indicator Text,Numbered Para 1,Bullet 1,Bullet Points,List Paragraph2,MAIN CONTENT,Normal numbered,Liste 1,List Paragraph1,Recommendation,List Paragraph11,L,CV text,Table text,3"/>
    <w:basedOn w:val="Normal"/>
    <w:link w:val="ParagraphedelisteCar"/>
    <w:uiPriority w:val="34"/>
    <w:qFormat/>
    <w:rsid w:val="00A45B46"/>
    <w:pPr>
      <w:spacing w:after="200" w:line="276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Corpsdetexte3">
    <w:name w:val="Body Text 3"/>
    <w:basedOn w:val="Normal"/>
    <w:link w:val="Corpsdetexte3Car"/>
    <w:uiPriority w:val="99"/>
    <w:unhideWhenUsed/>
    <w:rsid w:val="00A45B46"/>
    <w:pPr>
      <w:spacing w:after="120" w:line="276" w:lineRule="auto"/>
      <w:jc w:val="left"/>
    </w:pPr>
    <w:rPr>
      <w:rFonts w:asciiTheme="minorHAnsi" w:eastAsiaTheme="minorEastAsia" w:hAnsiTheme="minorHAnsi" w:cstheme="minorBidi"/>
      <w:sz w:val="16"/>
      <w:szCs w:val="16"/>
      <w:lang w:val="en-US" w:eastAsia="en-US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45B46"/>
    <w:rPr>
      <w:rFonts w:asciiTheme="minorHAnsi" w:eastAsiaTheme="minorEastAsia" w:hAnsiTheme="minorHAnsi" w:cstheme="minorBidi"/>
      <w:sz w:val="16"/>
      <w:szCs w:val="16"/>
      <w:lang w:val="en-US" w:eastAsia="en-US"/>
    </w:rPr>
  </w:style>
  <w:style w:type="paragraph" w:styleId="Liste">
    <w:name w:val="List"/>
    <w:basedOn w:val="Normal"/>
    <w:uiPriority w:val="99"/>
    <w:unhideWhenUsed/>
    <w:rsid w:val="00A45B46"/>
    <w:pPr>
      <w:spacing w:after="200" w:line="276" w:lineRule="auto"/>
      <w:ind w:left="360" w:hanging="360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e2">
    <w:name w:val="List 2"/>
    <w:basedOn w:val="Normal"/>
    <w:uiPriority w:val="99"/>
    <w:unhideWhenUsed/>
    <w:rsid w:val="00A45B46"/>
    <w:pPr>
      <w:spacing w:after="200" w:line="276" w:lineRule="auto"/>
      <w:ind w:left="720" w:hanging="360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e3">
    <w:name w:val="List 3"/>
    <w:basedOn w:val="Normal"/>
    <w:uiPriority w:val="99"/>
    <w:unhideWhenUsed/>
    <w:rsid w:val="00A45B46"/>
    <w:pPr>
      <w:spacing w:after="200" w:line="276" w:lineRule="auto"/>
      <w:ind w:left="1080" w:hanging="360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epuces">
    <w:name w:val="List Bullet"/>
    <w:basedOn w:val="Normal"/>
    <w:uiPriority w:val="99"/>
    <w:unhideWhenUsed/>
    <w:rsid w:val="00A45B46"/>
    <w:pPr>
      <w:numPr>
        <w:numId w:val="1"/>
      </w:numPr>
      <w:spacing w:after="200" w:line="276" w:lineRule="auto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epuces2">
    <w:name w:val="List Bullet 2"/>
    <w:basedOn w:val="Normal"/>
    <w:uiPriority w:val="99"/>
    <w:unhideWhenUsed/>
    <w:rsid w:val="00A45B46"/>
    <w:pPr>
      <w:numPr>
        <w:numId w:val="2"/>
      </w:numPr>
      <w:spacing w:after="200" w:line="276" w:lineRule="auto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epuces3">
    <w:name w:val="List Bullet 3"/>
    <w:basedOn w:val="Normal"/>
    <w:uiPriority w:val="99"/>
    <w:unhideWhenUsed/>
    <w:rsid w:val="00A45B46"/>
    <w:pPr>
      <w:numPr>
        <w:numId w:val="3"/>
      </w:numPr>
      <w:spacing w:after="200" w:line="276" w:lineRule="auto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enumros">
    <w:name w:val="List Number"/>
    <w:basedOn w:val="Normal"/>
    <w:uiPriority w:val="99"/>
    <w:unhideWhenUsed/>
    <w:rsid w:val="00A45B46"/>
    <w:pPr>
      <w:numPr>
        <w:numId w:val="4"/>
      </w:numPr>
      <w:spacing w:after="200" w:line="276" w:lineRule="auto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enumros2">
    <w:name w:val="List Number 2"/>
    <w:basedOn w:val="Normal"/>
    <w:uiPriority w:val="99"/>
    <w:unhideWhenUsed/>
    <w:rsid w:val="00A45B46"/>
    <w:pPr>
      <w:numPr>
        <w:numId w:val="5"/>
      </w:numPr>
      <w:spacing w:after="200" w:line="276" w:lineRule="auto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enumros3">
    <w:name w:val="List Number 3"/>
    <w:basedOn w:val="Normal"/>
    <w:uiPriority w:val="99"/>
    <w:unhideWhenUsed/>
    <w:rsid w:val="00A45B46"/>
    <w:pPr>
      <w:numPr>
        <w:numId w:val="6"/>
      </w:numPr>
      <w:spacing w:after="200" w:line="276" w:lineRule="auto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econtinue">
    <w:name w:val="List Continue"/>
    <w:basedOn w:val="Normal"/>
    <w:uiPriority w:val="99"/>
    <w:unhideWhenUsed/>
    <w:rsid w:val="00A45B46"/>
    <w:pPr>
      <w:spacing w:after="120" w:line="276" w:lineRule="auto"/>
      <w:ind w:left="360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econtinue2">
    <w:name w:val="List Continue 2"/>
    <w:basedOn w:val="Normal"/>
    <w:uiPriority w:val="99"/>
    <w:unhideWhenUsed/>
    <w:rsid w:val="00A45B46"/>
    <w:pPr>
      <w:spacing w:after="120" w:line="276" w:lineRule="auto"/>
      <w:ind w:left="720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Listecontinue3">
    <w:name w:val="List Continue 3"/>
    <w:basedOn w:val="Normal"/>
    <w:uiPriority w:val="99"/>
    <w:unhideWhenUsed/>
    <w:rsid w:val="00A45B46"/>
    <w:pPr>
      <w:spacing w:after="120" w:line="276" w:lineRule="auto"/>
      <w:ind w:left="1080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Textedemacro">
    <w:name w:val="macro"/>
    <w:link w:val="TextedemacroCar"/>
    <w:uiPriority w:val="99"/>
    <w:unhideWhenUsed/>
    <w:rsid w:val="00A45B46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Theme="minorEastAsia" w:hAnsi="Courier" w:cstheme="minorBidi"/>
      <w:lang w:val="en-US" w:eastAsia="en-US"/>
    </w:rPr>
  </w:style>
  <w:style w:type="character" w:customStyle="1" w:styleId="TextedemacroCar">
    <w:name w:val="Texte de macro Car"/>
    <w:basedOn w:val="Policepardfaut"/>
    <w:link w:val="Textedemacro"/>
    <w:uiPriority w:val="99"/>
    <w:rsid w:val="00A45B46"/>
    <w:rPr>
      <w:rFonts w:ascii="Courier" w:eastAsiaTheme="minorEastAsia" w:hAnsi="Courier" w:cstheme="minorBidi"/>
      <w:lang w:val="en-US"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A45B46"/>
    <w:pPr>
      <w:spacing w:after="200" w:line="276" w:lineRule="auto"/>
      <w:jc w:val="left"/>
    </w:pPr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en-US" w:eastAsia="en-US"/>
    </w:rPr>
  </w:style>
  <w:style w:type="character" w:customStyle="1" w:styleId="CitationCar">
    <w:name w:val="Citation Car"/>
    <w:basedOn w:val="Policepardfaut"/>
    <w:link w:val="Citation"/>
    <w:uiPriority w:val="29"/>
    <w:rsid w:val="00A45B46"/>
    <w:rPr>
      <w:rFonts w:asciiTheme="minorHAnsi" w:eastAsiaTheme="minorEastAsia" w:hAnsiTheme="minorHAnsi" w:cstheme="minorBidi"/>
      <w:i/>
      <w:iCs/>
      <w:color w:val="000000" w:themeColor="text1"/>
      <w:sz w:val="22"/>
      <w:szCs w:val="22"/>
      <w:lang w:val="en-US" w:eastAsia="en-US"/>
    </w:rPr>
  </w:style>
  <w:style w:type="character" w:styleId="Accentuation">
    <w:name w:val="Emphasis"/>
    <w:basedOn w:val="Policepardfaut"/>
    <w:uiPriority w:val="20"/>
    <w:qFormat/>
    <w:locked/>
    <w:rsid w:val="00A45B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45B46"/>
    <w:pPr>
      <w:pBdr>
        <w:bottom w:val="single" w:sz="4" w:space="4" w:color="4F81BD" w:themeColor="accent1"/>
      </w:pBdr>
      <w:spacing w:before="200" w:after="280" w:line="276" w:lineRule="auto"/>
      <w:ind w:left="936" w:right="936"/>
      <w:jc w:val="left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val="en-US"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45B46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  <w:lang w:val="en-US" w:eastAsia="en-US"/>
    </w:rPr>
  </w:style>
  <w:style w:type="character" w:styleId="Accentuationlgre">
    <w:name w:val="Subtle Emphasis"/>
    <w:basedOn w:val="Policepardfaut"/>
    <w:uiPriority w:val="19"/>
    <w:qFormat/>
    <w:rsid w:val="00A45B46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A45B46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A45B46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A45B46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A45B46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45B46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table" w:styleId="Grilledutableau">
    <w:name w:val="Table Grid"/>
    <w:basedOn w:val="TableauNormal"/>
    <w:uiPriority w:val="59"/>
    <w:locked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auNormal"/>
    <w:uiPriority w:val="60"/>
    <w:rsid w:val="00A45B46"/>
    <w:rPr>
      <w:rFonts w:asciiTheme="minorHAnsi" w:eastAsiaTheme="minorEastAsia" w:hAnsiTheme="minorHAnsi" w:cstheme="minorBidi"/>
      <w:color w:val="000000" w:themeColor="text1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auNormal"/>
    <w:uiPriority w:val="60"/>
    <w:rsid w:val="00A45B46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A45B46"/>
    <w:rPr>
      <w:rFonts w:asciiTheme="minorHAnsi" w:eastAsiaTheme="minorEastAsia" w:hAnsiTheme="minorHAnsi" w:cstheme="minorBidi"/>
      <w:color w:val="943634" w:themeColor="accent2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A45B46"/>
    <w:rPr>
      <w:rFonts w:asciiTheme="minorHAnsi" w:eastAsiaTheme="minorEastAsia" w:hAnsiTheme="minorHAnsi" w:cstheme="minorBidi"/>
      <w:color w:val="76923C" w:themeColor="accent3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A45B46"/>
    <w:rPr>
      <w:rFonts w:asciiTheme="minorHAnsi" w:eastAsiaTheme="minorEastAsia" w:hAnsiTheme="minorHAnsi" w:cstheme="minorBidi"/>
      <w:color w:val="5F497A" w:themeColor="accent4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A45B46"/>
    <w:rPr>
      <w:rFonts w:asciiTheme="minorHAnsi" w:eastAsiaTheme="minorEastAsia" w:hAnsiTheme="minorHAnsi" w:cstheme="minorBidi"/>
      <w:color w:val="31849B" w:themeColor="accent5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A45B46"/>
    <w:rPr>
      <w:rFonts w:asciiTheme="minorHAnsi" w:eastAsiaTheme="minorEastAsia" w:hAnsiTheme="minorHAnsi" w:cstheme="minorBidi"/>
      <w:color w:val="E36C0A" w:themeColor="accent6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customStyle="1" w:styleId="LightList1">
    <w:name w:val="Light List1"/>
    <w:basedOn w:val="TableauNormal"/>
    <w:uiPriority w:val="61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-Accent11">
    <w:name w:val="Light List - Accent 11"/>
    <w:basedOn w:val="TableauNormal"/>
    <w:uiPriority w:val="61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Grid1">
    <w:name w:val="Light Grid1"/>
    <w:basedOn w:val="TableauNormal"/>
    <w:uiPriority w:val="62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customStyle="1" w:styleId="LightGrid-Accent11">
    <w:name w:val="Light Grid - Accent 11"/>
    <w:basedOn w:val="TableauNormal"/>
    <w:uiPriority w:val="62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MediumShading11">
    <w:name w:val="Medium Shading 11"/>
    <w:basedOn w:val="TableauNormal"/>
    <w:uiPriority w:val="63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1">
    <w:name w:val="Medium Shading 1 - Accent 11"/>
    <w:basedOn w:val="TableauNormal"/>
    <w:uiPriority w:val="63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1">
    <w:name w:val="Medium Shading 21"/>
    <w:basedOn w:val="TableauNormal"/>
    <w:uiPriority w:val="64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auNormal"/>
    <w:uiPriority w:val="64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1">
    <w:name w:val="Medium List 11"/>
    <w:basedOn w:val="TableauNormal"/>
    <w:uiPriority w:val="65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-Accent11">
    <w:name w:val="Medium List 1 - Accent 11"/>
    <w:basedOn w:val="TableauNormal"/>
    <w:uiPriority w:val="65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1">
    <w:name w:val="Medium List 21"/>
    <w:basedOn w:val="TableauNormal"/>
    <w:uiPriority w:val="66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1">
    <w:name w:val="Medium Grid 11"/>
    <w:basedOn w:val="TableauNormal"/>
    <w:uiPriority w:val="67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1">
    <w:name w:val="Medium Grid 21"/>
    <w:basedOn w:val="TableauNormal"/>
    <w:uiPriority w:val="68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A45B46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1">
    <w:name w:val="Medium Grid 31"/>
    <w:basedOn w:val="TableauNormal"/>
    <w:uiPriority w:val="69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A45B46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customStyle="1" w:styleId="DarkList1">
    <w:name w:val="Dark List1"/>
    <w:basedOn w:val="TableauNormal"/>
    <w:uiPriority w:val="70"/>
    <w:rsid w:val="00A45B46"/>
    <w:rPr>
      <w:rFonts w:asciiTheme="minorHAnsi" w:eastAsiaTheme="minorEastAsia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A45B46"/>
    <w:rPr>
      <w:rFonts w:asciiTheme="minorHAnsi" w:eastAsiaTheme="minorEastAsia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A45B46"/>
    <w:rPr>
      <w:rFonts w:asciiTheme="minorHAnsi" w:eastAsiaTheme="minorEastAsia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A45B46"/>
    <w:rPr>
      <w:rFonts w:asciiTheme="minorHAnsi" w:eastAsiaTheme="minorEastAsia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A45B46"/>
    <w:rPr>
      <w:rFonts w:asciiTheme="minorHAnsi" w:eastAsiaTheme="minorEastAsia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A45B46"/>
    <w:rPr>
      <w:rFonts w:asciiTheme="minorHAnsi" w:eastAsiaTheme="minorEastAsia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A45B46"/>
    <w:rPr>
      <w:rFonts w:asciiTheme="minorHAnsi" w:eastAsiaTheme="minorEastAsia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ColorfulShading1">
    <w:name w:val="Colorful Shading1"/>
    <w:basedOn w:val="TableauNormal"/>
    <w:uiPriority w:val="71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List1">
    <w:name w:val="Colorful List1"/>
    <w:basedOn w:val="TableauNormal"/>
    <w:uiPriority w:val="72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Grid1">
    <w:name w:val="Colorful Grid1"/>
    <w:basedOn w:val="TableauNormal"/>
    <w:uiPriority w:val="73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A45B46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m-5083254684491527078start">
    <w:name w:val="m_-5083254684491527078start"/>
    <w:basedOn w:val="Normal"/>
    <w:rsid w:val="00D076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val="en-US" w:eastAsia="en-US"/>
    </w:rPr>
  </w:style>
  <w:style w:type="character" w:customStyle="1" w:styleId="gd">
    <w:name w:val="gd"/>
    <w:basedOn w:val="Policepardfaut"/>
    <w:rsid w:val="00D07632"/>
  </w:style>
  <w:style w:type="character" w:customStyle="1" w:styleId="go">
    <w:name w:val="go"/>
    <w:basedOn w:val="Policepardfaut"/>
    <w:rsid w:val="00D07632"/>
  </w:style>
  <w:style w:type="character" w:customStyle="1" w:styleId="g3">
    <w:name w:val="g3"/>
    <w:basedOn w:val="Policepardfaut"/>
    <w:rsid w:val="00D07632"/>
  </w:style>
  <w:style w:type="character" w:customStyle="1" w:styleId="hb">
    <w:name w:val="hb"/>
    <w:basedOn w:val="Policepardfaut"/>
    <w:rsid w:val="00D07632"/>
  </w:style>
  <w:style w:type="character" w:customStyle="1" w:styleId="g2">
    <w:name w:val="g2"/>
    <w:basedOn w:val="Policepardfaut"/>
    <w:rsid w:val="00D07632"/>
  </w:style>
  <w:style w:type="character" w:customStyle="1" w:styleId="im">
    <w:name w:val="im"/>
    <w:basedOn w:val="Policepardfaut"/>
    <w:rsid w:val="00D07632"/>
  </w:style>
  <w:style w:type="paragraph" w:customStyle="1" w:styleId="m4463831213501701586start">
    <w:name w:val="m_4463831213501701586start"/>
    <w:basedOn w:val="Normal"/>
    <w:rsid w:val="00D076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val="en-US" w:eastAsia="en-US"/>
    </w:rPr>
  </w:style>
  <w:style w:type="paragraph" w:customStyle="1" w:styleId="m-224616491891820086start">
    <w:name w:val="m_-224616491891820086start"/>
    <w:basedOn w:val="Normal"/>
    <w:rsid w:val="00D076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val="en-US" w:eastAsia="en-US"/>
    </w:rPr>
  </w:style>
  <w:style w:type="paragraph" w:customStyle="1" w:styleId="m1226770634281334260start">
    <w:name w:val="m_1226770634281334260start"/>
    <w:basedOn w:val="Normal"/>
    <w:rsid w:val="00D0763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val="en-US" w:eastAsia="en-US"/>
    </w:rPr>
  </w:style>
  <w:style w:type="paragraph" w:customStyle="1" w:styleId="m-5928760239420800988start">
    <w:name w:val="m_-5928760239420800988start"/>
    <w:basedOn w:val="Normal"/>
    <w:rsid w:val="00751F5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val="en-US" w:eastAsia="en-US"/>
    </w:rPr>
  </w:style>
  <w:style w:type="paragraph" w:customStyle="1" w:styleId="m-7528202114640627252start">
    <w:name w:val="m_-7528202114640627252start"/>
    <w:basedOn w:val="Normal"/>
    <w:rsid w:val="00751F5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val="en-US" w:eastAsia="en-US"/>
    </w:rPr>
  </w:style>
  <w:style w:type="paragraph" w:customStyle="1" w:styleId="m-4928409636773084386start">
    <w:name w:val="m_-4928409636773084386start"/>
    <w:basedOn w:val="Normal"/>
    <w:rsid w:val="00751F5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val="en-US" w:eastAsia="en-US"/>
    </w:rPr>
  </w:style>
  <w:style w:type="paragraph" w:styleId="Rvision">
    <w:name w:val="Revision"/>
    <w:hidden/>
    <w:uiPriority w:val="99"/>
    <w:semiHidden/>
    <w:rsid w:val="008C5B3C"/>
    <w:rPr>
      <w:rFonts w:ascii="Tahoma" w:hAnsi="Tahoma"/>
      <w:sz w:val="18"/>
      <w:szCs w:val="24"/>
      <w:lang w:eastAsia="fr-FR"/>
    </w:rPr>
  </w:style>
  <w:style w:type="paragraph" w:customStyle="1" w:styleId="m-369224641902743387start">
    <w:name w:val="m_-369224641902743387start"/>
    <w:basedOn w:val="Normal"/>
    <w:rsid w:val="00B4751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val="en-US" w:eastAsia="en-US"/>
    </w:rPr>
  </w:style>
  <w:style w:type="paragraph" w:customStyle="1" w:styleId="m3052242933295245397start">
    <w:name w:val="m_3052242933295245397start"/>
    <w:basedOn w:val="Normal"/>
    <w:rsid w:val="005129C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val="en-US" w:eastAsia="en-US"/>
    </w:rPr>
  </w:style>
  <w:style w:type="paragraph" w:styleId="Notedefin">
    <w:name w:val="endnote text"/>
    <w:basedOn w:val="Normal"/>
    <w:link w:val="NotedefinCar"/>
    <w:semiHidden/>
    <w:unhideWhenUsed/>
    <w:rsid w:val="005279A2"/>
    <w:pPr>
      <w:spacing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semiHidden/>
    <w:rsid w:val="005279A2"/>
    <w:rPr>
      <w:rFonts w:ascii="Tahoma" w:hAnsi="Tahoma"/>
      <w:lang w:eastAsia="fr-FR"/>
    </w:rPr>
  </w:style>
  <w:style w:type="character" w:styleId="Appeldenotedefin">
    <w:name w:val="endnote reference"/>
    <w:basedOn w:val="Policepardfaut"/>
    <w:semiHidden/>
    <w:unhideWhenUsed/>
    <w:rsid w:val="005279A2"/>
    <w:rPr>
      <w:vertAlign w:val="superscript"/>
    </w:rPr>
  </w:style>
  <w:style w:type="paragraph" w:customStyle="1" w:styleId="msonormal0">
    <w:name w:val="msonormal"/>
    <w:basedOn w:val="Normal"/>
    <w:rsid w:val="00AE00F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val="en-CA" w:eastAsia="en-CA"/>
    </w:rPr>
  </w:style>
  <w:style w:type="table" w:styleId="Ombrageclair">
    <w:name w:val="Light Shading"/>
    <w:basedOn w:val="TableauNormal"/>
    <w:uiPriority w:val="60"/>
    <w:unhideWhenUsed/>
    <w:rsid w:val="003F4693"/>
    <w:rPr>
      <w:rFonts w:asciiTheme="minorHAnsi" w:eastAsiaTheme="minorEastAsia" w:hAnsiTheme="minorHAnsi" w:cstheme="minorBidi"/>
      <w:color w:val="000000" w:themeColor="text1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eclaire">
    <w:name w:val="Light List"/>
    <w:basedOn w:val="TableauNormal"/>
    <w:uiPriority w:val="61"/>
    <w:unhideWhenUsed/>
    <w:rsid w:val="003F4693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Grilleclaire">
    <w:name w:val="Light Grid"/>
    <w:basedOn w:val="TableauNormal"/>
    <w:uiPriority w:val="62"/>
    <w:unhideWhenUsed/>
    <w:rsid w:val="003F4693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Tramemoyenne1">
    <w:name w:val="Medium Shading 1"/>
    <w:basedOn w:val="TableauNormal"/>
    <w:uiPriority w:val="63"/>
    <w:unhideWhenUsed/>
    <w:rsid w:val="003F4693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unhideWhenUsed/>
    <w:rsid w:val="003F4693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unhideWhenUsed/>
    <w:rsid w:val="003F4693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2">
    <w:name w:val="Medium List 2"/>
    <w:basedOn w:val="TableauNormal"/>
    <w:uiPriority w:val="66"/>
    <w:unhideWhenUsed/>
    <w:rsid w:val="003F4693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unhideWhenUsed/>
    <w:rsid w:val="003F4693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2">
    <w:name w:val="Medium Grid 2"/>
    <w:basedOn w:val="TableauNormal"/>
    <w:uiPriority w:val="68"/>
    <w:unhideWhenUsed/>
    <w:rsid w:val="003F4693"/>
    <w:rPr>
      <w:rFonts w:asciiTheme="majorHAnsi" w:eastAsiaTheme="majorEastAsia" w:hAnsiTheme="majorHAnsi" w:cstheme="maj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unhideWhenUsed/>
    <w:rsid w:val="003F4693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Listefonce">
    <w:name w:val="Dark List"/>
    <w:basedOn w:val="TableauNormal"/>
    <w:uiPriority w:val="70"/>
    <w:unhideWhenUsed/>
    <w:rsid w:val="003F4693"/>
    <w:rPr>
      <w:rFonts w:asciiTheme="minorHAnsi" w:eastAsiaTheme="minorEastAsia" w:hAnsiTheme="minorHAnsi" w:cstheme="minorBidi"/>
      <w:color w:val="FFFFFF" w:themeColor="background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ramecouleur">
    <w:name w:val="Colorful Shading"/>
    <w:basedOn w:val="TableauNormal"/>
    <w:uiPriority w:val="71"/>
    <w:unhideWhenUsed/>
    <w:rsid w:val="003F4693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unhideWhenUsed/>
    <w:rsid w:val="003F4693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llecouleur">
    <w:name w:val="Colorful Grid"/>
    <w:basedOn w:val="TableauNormal"/>
    <w:uiPriority w:val="73"/>
    <w:unhideWhenUsed/>
    <w:rsid w:val="003F4693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Trameclaire-Accent1">
    <w:name w:val="Light Shading Accent 1"/>
    <w:basedOn w:val="TableauNormal"/>
    <w:uiPriority w:val="60"/>
    <w:unhideWhenUsed/>
    <w:rsid w:val="003F4693"/>
    <w:rPr>
      <w:rFonts w:asciiTheme="minorHAnsi" w:eastAsiaTheme="minorEastAsia" w:hAnsiTheme="minorHAnsi" w:cstheme="minorBidi"/>
      <w:color w:val="365F91" w:themeColor="accent1" w:themeShade="BF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steclaire-Accent1">
    <w:name w:val="Light List Accent 1"/>
    <w:basedOn w:val="TableauNormal"/>
    <w:uiPriority w:val="61"/>
    <w:unhideWhenUsed/>
    <w:rsid w:val="003F4693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Grilleclaire-Accent1">
    <w:name w:val="Light Grid Accent 1"/>
    <w:basedOn w:val="TableauNormal"/>
    <w:uiPriority w:val="62"/>
    <w:unhideWhenUsed/>
    <w:rsid w:val="003F4693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Tramemoyenne1-Accent1">
    <w:name w:val="Medium Shading 1 Accent 1"/>
    <w:basedOn w:val="TableauNormal"/>
    <w:uiPriority w:val="63"/>
    <w:unhideWhenUsed/>
    <w:rsid w:val="003F4693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unhideWhenUsed/>
    <w:rsid w:val="003F4693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-Accent1">
    <w:name w:val="Medium List 1 Accent 1"/>
    <w:basedOn w:val="TableauNormal"/>
    <w:uiPriority w:val="65"/>
    <w:unhideWhenUsed/>
    <w:rsid w:val="003F4693"/>
    <w:rPr>
      <w:rFonts w:asciiTheme="minorHAnsi" w:eastAsiaTheme="minorEastAsia" w:hAnsiTheme="minorHAnsi" w:cstheme="minorBidi"/>
      <w:color w:val="000000" w:themeColor="text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 w:hint="default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character" w:customStyle="1" w:styleId="ParagraphedelisteCar">
    <w:name w:val="Paragraphe de liste Car"/>
    <w:aliases w:val="Dot pt Car,F5 List Paragraph Car,List Paragraph Char Char Char Car,Indicator Text Car,Numbered Para 1 Car,Bullet 1 Car,Bullet Points Car,List Paragraph2 Car,MAIN CONTENT Car,Normal numbered Car,Liste 1 Car,List Paragraph1 Car"/>
    <w:basedOn w:val="Policepardfaut"/>
    <w:link w:val="Paragraphedeliste"/>
    <w:uiPriority w:val="34"/>
    <w:qFormat/>
    <w:locked/>
    <w:rsid w:val="00EF5B91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table" w:customStyle="1" w:styleId="PlainTable21">
    <w:name w:val="Plain Table 21"/>
    <w:basedOn w:val="TableauNormal"/>
    <w:uiPriority w:val="42"/>
    <w:rsid w:val="0030303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numbering" w:customStyle="1" w:styleId="NoList1">
    <w:name w:val="No List1"/>
    <w:next w:val="Aucuneliste"/>
    <w:uiPriority w:val="99"/>
    <w:semiHidden/>
    <w:unhideWhenUsed/>
    <w:rsid w:val="00585258"/>
  </w:style>
  <w:style w:type="table" w:customStyle="1" w:styleId="TableGrid1">
    <w:name w:val="Table Grid1"/>
    <w:basedOn w:val="TableauNormal"/>
    <w:next w:val="Grilledutableau"/>
    <w:uiPriority w:val="59"/>
    <w:rsid w:val="00585258"/>
    <w:rPr>
      <w:rFonts w:ascii="Cambria" w:eastAsia="MS Mincho" w:hAnsi="Cambria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2">
    <w:name w:val="Light Shading2"/>
    <w:basedOn w:val="TableauNormal"/>
    <w:next w:val="Ombrageclair"/>
    <w:uiPriority w:val="60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2">
    <w:name w:val="Light Shading - Accent 12"/>
    <w:basedOn w:val="TableauNormal"/>
    <w:next w:val="Trameclaire-Accent1"/>
    <w:uiPriority w:val="60"/>
    <w:rsid w:val="00585258"/>
    <w:rPr>
      <w:rFonts w:ascii="Cambria" w:eastAsia="MS Mincho" w:hAnsi="Cambria"/>
      <w:color w:val="365F9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21">
    <w:name w:val="Light Shading - Accent 21"/>
    <w:basedOn w:val="TableauNormal"/>
    <w:next w:val="Trameclaire-Accent2"/>
    <w:uiPriority w:val="60"/>
    <w:rsid w:val="00585258"/>
    <w:rPr>
      <w:rFonts w:ascii="Cambria" w:eastAsia="MS Mincho" w:hAnsi="Cambria"/>
      <w:color w:val="943634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LightShading-Accent31">
    <w:name w:val="Light Shading - Accent 31"/>
    <w:basedOn w:val="TableauNormal"/>
    <w:next w:val="Trameclaire-Accent3"/>
    <w:uiPriority w:val="60"/>
    <w:rsid w:val="00585258"/>
    <w:rPr>
      <w:rFonts w:ascii="Cambria" w:eastAsia="MS Mincho" w:hAnsi="Cambria"/>
      <w:color w:val="76923C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ghtShading-Accent41">
    <w:name w:val="Light Shading - Accent 41"/>
    <w:basedOn w:val="TableauNormal"/>
    <w:next w:val="Trameclaire-Accent4"/>
    <w:uiPriority w:val="60"/>
    <w:rsid w:val="00585258"/>
    <w:rPr>
      <w:rFonts w:ascii="Cambria" w:eastAsia="MS Mincho" w:hAnsi="Cambria"/>
      <w:color w:val="5F497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LightShading-Accent51">
    <w:name w:val="Light Shading - Accent 51"/>
    <w:basedOn w:val="TableauNormal"/>
    <w:next w:val="Trameclaire-Accent5"/>
    <w:uiPriority w:val="60"/>
    <w:rsid w:val="00585258"/>
    <w:rPr>
      <w:rFonts w:ascii="Cambria" w:eastAsia="MS Mincho" w:hAnsi="Cambria"/>
      <w:color w:val="31849B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LightShading-Accent61">
    <w:name w:val="Light Shading - Accent 61"/>
    <w:basedOn w:val="TableauNormal"/>
    <w:next w:val="Trameclaire-Accent6"/>
    <w:uiPriority w:val="60"/>
    <w:rsid w:val="00585258"/>
    <w:rPr>
      <w:rFonts w:ascii="Cambria" w:eastAsia="MS Mincho" w:hAnsi="Cambria"/>
      <w:color w:val="E36C0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LightList2">
    <w:name w:val="Light List2"/>
    <w:basedOn w:val="TableauNormal"/>
    <w:next w:val="Listeclaire"/>
    <w:uiPriority w:val="61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2">
    <w:name w:val="Light List - Accent 12"/>
    <w:basedOn w:val="TableauNormal"/>
    <w:next w:val="Listeclaire-Accent1"/>
    <w:uiPriority w:val="61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21">
    <w:name w:val="Light List - Accent 21"/>
    <w:basedOn w:val="TableauNormal"/>
    <w:next w:val="Listeclaire-Accent2"/>
    <w:uiPriority w:val="61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LightList-Accent31">
    <w:name w:val="Light List - Accent 31"/>
    <w:basedOn w:val="TableauNormal"/>
    <w:next w:val="Listeclaire-Accent3"/>
    <w:uiPriority w:val="61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ghtList-Accent41">
    <w:name w:val="Light List - Accent 41"/>
    <w:basedOn w:val="TableauNormal"/>
    <w:next w:val="Listeclaire-Accent4"/>
    <w:uiPriority w:val="61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LightList-Accent51">
    <w:name w:val="Light List - Accent 51"/>
    <w:basedOn w:val="TableauNormal"/>
    <w:next w:val="Listeclaire-Accent5"/>
    <w:uiPriority w:val="61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LightList-Accent61">
    <w:name w:val="Light List - Accent 61"/>
    <w:basedOn w:val="TableauNormal"/>
    <w:next w:val="Listeclaire-Accent6"/>
    <w:uiPriority w:val="61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LightGrid2">
    <w:name w:val="Light Grid2"/>
    <w:basedOn w:val="TableauNormal"/>
    <w:next w:val="Grilleclaire"/>
    <w:uiPriority w:val="62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2">
    <w:name w:val="Light Grid - Accent 12"/>
    <w:basedOn w:val="TableauNormal"/>
    <w:next w:val="Grilleclaire-Accent1"/>
    <w:uiPriority w:val="62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Grid-Accent21">
    <w:name w:val="Light Grid - Accent 21"/>
    <w:basedOn w:val="TableauNormal"/>
    <w:next w:val="Grilleclaire-Accent2"/>
    <w:uiPriority w:val="62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LightGrid-Accent31">
    <w:name w:val="Light Grid - Accent 31"/>
    <w:basedOn w:val="TableauNormal"/>
    <w:next w:val="Grilleclaire-Accent3"/>
    <w:uiPriority w:val="62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LightGrid-Accent41">
    <w:name w:val="Light Grid - Accent 41"/>
    <w:basedOn w:val="TableauNormal"/>
    <w:next w:val="Grilleclaire-Accent4"/>
    <w:uiPriority w:val="62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LightGrid-Accent51">
    <w:name w:val="Light Grid - Accent 51"/>
    <w:basedOn w:val="TableauNormal"/>
    <w:next w:val="Grilleclaire-Accent5"/>
    <w:uiPriority w:val="62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LightGrid-Accent61">
    <w:name w:val="Light Grid - Accent 61"/>
    <w:basedOn w:val="TableauNormal"/>
    <w:next w:val="Grilleclaire-Accent6"/>
    <w:uiPriority w:val="62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MediumShading12">
    <w:name w:val="Medium Shading 12"/>
    <w:basedOn w:val="TableauNormal"/>
    <w:next w:val="Tramemoyenne1"/>
    <w:uiPriority w:val="63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2">
    <w:name w:val="Medium Shading 1 - Accent 12"/>
    <w:basedOn w:val="TableauNormal"/>
    <w:next w:val="Tramemoyenne1-Accent1"/>
    <w:uiPriority w:val="63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1">
    <w:name w:val="Medium Shading 1 - Accent 21"/>
    <w:basedOn w:val="TableauNormal"/>
    <w:next w:val="Tramemoyenne1-Accent2"/>
    <w:uiPriority w:val="63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31">
    <w:name w:val="Medium Shading 1 - Accent 31"/>
    <w:basedOn w:val="TableauNormal"/>
    <w:next w:val="Tramemoyenne1-Accent3"/>
    <w:uiPriority w:val="63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1">
    <w:name w:val="Medium Shading 1 - Accent 41"/>
    <w:basedOn w:val="TableauNormal"/>
    <w:next w:val="Tramemoyenne1-Accent4"/>
    <w:uiPriority w:val="63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51">
    <w:name w:val="Medium Shading 1 - Accent 51"/>
    <w:basedOn w:val="TableauNormal"/>
    <w:next w:val="Tramemoyenne1-Accent5"/>
    <w:uiPriority w:val="63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61">
    <w:name w:val="Medium Shading 1 - Accent 61"/>
    <w:basedOn w:val="TableauNormal"/>
    <w:next w:val="Tramemoyenne1-Accent6"/>
    <w:uiPriority w:val="63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2">
    <w:name w:val="Medium Shading 22"/>
    <w:basedOn w:val="TableauNormal"/>
    <w:next w:val="Tramemoyenne2"/>
    <w:uiPriority w:val="64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2">
    <w:name w:val="Medium Shading 2 - Accent 12"/>
    <w:basedOn w:val="TableauNormal"/>
    <w:next w:val="Tramemoyenne2-Accent1"/>
    <w:uiPriority w:val="64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21">
    <w:name w:val="Medium Shading 2 - Accent 21"/>
    <w:basedOn w:val="TableauNormal"/>
    <w:next w:val="Tramemoyenne2-Accent2"/>
    <w:uiPriority w:val="64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31">
    <w:name w:val="Medium Shading 2 - Accent 31"/>
    <w:basedOn w:val="TableauNormal"/>
    <w:next w:val="Tramemoyenne2-Accent3"/>
    <w:uiPriority w:val="64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41">
    <w:name w:val="Medium Shading 2 - Accent 41"/>
    <w:basedOn w:val="TableauNormal"/>
    <w:next w:val="Tramemoyenne2-Accent4"/>
    <w:uiPriority w:val="64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51">
    <w:name w:val="Medium Shading 2 - Accent 51"/>
    <w:basedOn w:val="TableauNormal"/>
    <w:next w:val="Tramemoyenne2-Accent5"/>
    <w:uiPriority w:val="64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61">
    <w:name w:val="Medium Shading 2 - Accent 61"/>
    <w:basedOn w:val="TableauNormal"/>
    <w:next w:val="Tramemoyenne2-Accent6"/>
    <w:uiPriority w:val="64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2">
    <w:name w:val="Medium List 12"/>
    <w:basedOn w:val="TableauNormal"/>
    <w:next w:val="Listemoyenne1"/>
    <w:uiPriority w:val="65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2">
    <w:name w:val="Medium List 1 - Accent 12"/>
    <w:basedOn w:val="TableauNormal"/>
    <w:next w:val="Listemoyenne1-Accent1"/>
    <w:uiPriority w:val="65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MediumList1-Accent21">
    <w:name w:val="Medium List 1 - Accent 21"/>
    <w:basedOn w:val="TableauNormal"/>
    <w:next w:val="Listemoyenne1-Accent2"/>
    <w:uiPriority w:val="65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MediumList1-Accent31">
    <w:name w:val="Medium List 1 - Accent 31"/>
    <w:basedOn w:val="TableauNormal"/>
    <w:next w:val="Listemoyenne1-Accent3"/>
    <w:uiPriority w:val="65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MediumList1-Accent41">
    <w:name w:val="Medium List 1 - Accent 41"/>
    <w:basedOn w:val="TableauNormal"/>
    <w:next w:val="Listemoyenne1-Accent4"/>
    <w:uiPriority w:val="65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MediumList1-Accent51">
    <w:name w:val="Medium List 1 - Accent 51"/>
    <w:basedOn w:val="TableauNormal"/>
    <w:next w:val="Listemoyenne1-Accent5"/>
    <w:uiPriority w:val="65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MediumList1-Accent61">
    <w:name w:val="Medium List 1 - Accent 61"/>
    <w:basedOn w:val="TableauNormal"/>
    <w:next w:val="Listemoyenne1-Accent6"/>
    <w:uiPriority w:val="65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MediumList22">
    <w:name w:val="Medium List 22"/>
    <w:basedOn w:val="TableauNormal"/>
    <w:next w:val="Listemoyenne2"/>
    <w:uiPriority w:val="66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11">
    <w:name w:val="Medium List 2 - Accent 11"/>
    <w:basedOn w:val="TableauNormal"/>
    <w:next w:val="Listemoyenne2-Accent1"/>
    <w:uiPriority w:val="66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21">
    <w:name w:val="Medium List 2 - Accent 21"/>
    <w:basedOn w:val="TableauNormal"/>
    <w:next w:val="Listemoyenne2-Accent2"/>
    <w:uiPriority w:val="66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31">
    <w:name w:val="Medium List 2 - Accent 31"/>
    <w:basedOn w:val="TableauNormal"/>
    <w:next w:val="Listemoyenne2-Accent3"/>
    <w:uiPriority w:val="66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41">
    <w:name w:val="Medium List 2 - Accent 41"/>
    <w:basedOn w:val="TableauNormal"/>
    <w:next w:val="Listemoyenne2-Accent4"/>
    <w:uiPriority w:val="66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51">
    <w:name w:val="Medium List 2 - Accent 51"/>
    <w:basedOn w:val="TableauNormal"/>
    <w:next w:val="Listemoyenne2-Accent5"/>
    <w:uiPriority w:val="66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61">
    <w:name w:val="Medium List 2 - Accent 61"/>
    <w:basedOn w:val="TableauNormal"/>
    <w:next w:val="Listemoyenne2-Accent6"/>
    <w:uiPriority w:val="66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2">
    <w:name w:val="Medium Grid 12"/>
    <w:basedOn w:val="TableauNormal"/>
    <w:next w:val="Grillemoyenne1"/>
    <w:uiPriority w:val="67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MediumGrid1-Accent11">
    <w:name w:val="Medium Grid 1 - Accent 11"/>
    <w:basedOn w:val="TableauNormal"/>
    <w:next w:val="Grillemoyenne1-Accent1"/>
    <w:uiPriority w:val="67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ediumGrid1-Accent21">
    <w:name w:val="Medium Grid 1 - Accent 21"/>
    <w:basedOn w:val="TableauNormal"/>
    <w:next w:val="Grillemoyenne1-Accent2"/>
    <w:uiPriority w:val="67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MediumGrid1-Accent31">
    <w:name w:val="Medium Grid 1 - Accent 31"/>
    <w:basedOn w:val="TableauNormal"/>
    <w:next w:val="Grillemoyenne1-Accent3"/>
    <w:uiPriority w:val="67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MediumGrid1-Accent41">
    <w:name w:val="Medium Grid 1 - Accent 41"/>
    <w:basedOn w:val="TableauNormal"/>
    <w:next w:val="Grillemoyenne1-Accent4"/>
    <w:uiPriority w:val="67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MediumGrid1-Accent51">
    <w:name w:val="Medium Grid 1 - Accent 51"/>
    <w:basedOn w:val="TableauNormal"/>
    <w:next w:val="Grillemoyenne1-Accent5"/>
    <w:uiPriority w:val="67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MediumGrid1-Accent61">
    <w:name w:val="Medium Grid 1 - Accent 61"/>
    <w:basedOn w:val="TableauNormal"/>
    <w:next w:val="Grillemoyenne1-Accent6"/>
    <w:uiPriority w:val="67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MediumGrid22">
    <w:name w:val="Medium Grid 22"/>
    <w:basedOn w:val="TableauNormal"/>
    <w:next w:val="Grillemoyenne2"/>
    <w:uiPriority w:val="68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11">
    <w:name w:val="Medium Grid 2 - Accent 11"/>
    <w:basedOn w:val="TableauNormal"/>
    <w:next w:val="Grillemoyenne2-Accent1"/>
    <w:uiPriority w:val="68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21">
    <w:name w:val="Medium Grid 2 - Accent 21"/>
    <w:basedOn w:val="TableauNormal"/>
    <w:next w:val="Grillemoyenne2-Accent2"/>
    <w:uiPriority w:val="68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31">
    <w:name w:val="Medium Grid 2 - Accent 31"/>
    <w:basedOn w:val="TableauNormal"/>
    <w:next w:val="Grillemoyenne2-Accent3"/>
    <w:uiPriority w:val="68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41">
    <w:name w:val="Medium Grid 2 - Accent 41"/>
    <w:basedOn w:val="TableauNormal"/>
    <w:next w:val="Grillemoyenne2-Accent4"/>
    <w:uiPriority w:val="68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51">
    <w:name w:val="Medium Grid 2 - Accent 51"/>
    <w:basedOn w:val="TableauNormal"/>
    <w:next w:val="Grillemoyenne2-Accent5"/>
    <w:uiPriority w:val="68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61">
    <w:name w:val="Medium Grid 2 - Accent 61"/>
    <w:basedOn w:val="TableauNormal"/>
    <w:next w:val="Grillemoyenne2-Accent6"/>
    <w:uiPriority w:val="68"/>
    <w:rsid w:val="0058525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2">
    <w:name w:val="Medium Grid 32"/>
    <w:basedOn w:val="TableauNormal"/>
    <w:next w:val="Grillemoyenne3"/>
    <w:uiPriority w:val="69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MediumGrid3-Accent11">
    <w:name w:val="Medium Grid 3 - Accent 11"/>
    <w:basedOn w:val="TableauNormal"/>
    <w:next w:val="Grillemoyenne3-Accent1"/>
    <w:uiPriority w:val="69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MediumGrid3-Accent21">
    <w:name w:val="Medium Grid 3 - Accent 21"/>
    <w:basedOn w:val="TableauNormal"/>
    <w:next w:val="Grillemoyenne3-Accent2"/>
    <w:uiPriority w:val="69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MediumGrid3-Accent31">
    <w:name w:val="Medium Grid 3 - Accent 31"/>
    <w:basedOn w:val="TableauNormal"/>
    <w:next w:val="Grillemoyenne3-Accent3"/>
    <w:uiPriority w:val="69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MediumGrid3-Accent41">
    <w:name w:val="Medium Grid 3 - Accent 41"/>
    <w:basedOn w:val="TableauNormal"/>
    <w:next w:val="Grillemoyenne3-Accent4"/>
    <w:uiPriority w:val="69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MediumGrid3-Accent51">
    <w:name w:val="Medium Grid 3 - Accent 51"/>
    <w:basedOn w:val="TableauNormal"/>
    <w:next w:val="Grillemoyenne3-Accent5"/>
    <w:uiPriority w:val="69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MediumGrid3-Accent61">
    <w:name w:val="Medium Grid 3 - Accent 61"/>
    <w:basedOn w:val="TableauNormal"/>
    <w:next w:val="Grillemoyenne3-Accent6"/>
    <w:uiPriority w:val="69"/>
    <w:rsid w:val="0058525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DarkList2">
    <w:name w:val="Dark List2"/>
    <w:basedOn w:val="TableauNormal"/>
    <w:next w:val="Listefonce"/>
    <w:uiPriority w:val="70"/>
    <w:rsid w:val="0058525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DarkList-Accent11">
    <w:name w:val="Dark List - Accent 11"/>
    <w:basedOn w:val="TableauNormal"/>
    <w:next w:val="Listefonce-Accent1"/>
    <w:uiPriority w:val="70"/>
    <w:rsid w:val="0058525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DarkList-Accent21">
    <w:name w:val="Dark List - Accent 21"/>
    <w:basedOn w:val="TableauNormal"/>
    <w:next w:val="Listefonce-Accent2"/>
    <w:uiPriority w:val="70"/>
    <w:rsid w:val="0058525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DarkList-Accent31">
    <w:name w:val="Dark List - Accent 31"/>
    <w:basedOn w:val="TableauNormal"/>
    <w:next w:val="Listefonce-Accent3"/>
    <w:uiPriority w:val="70"/>
    <w:rsid w:val="0058525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DarkList-Accent41">
    <w:name w:val="Dark List - Accent 41"/>
    <w:basedOn w:val="TableauNormal"/>
    <w:next w:val="Listefonce-Accent4"/>
    <w:uiPriority w:val="70"/>
    <w:rsid w:val="0058525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DarkList-Accent51">
    <w:name w:val="Dark List - Accent 51"/>
    <w:basedOn w:val="TableauNormal"/>
    <w:next w:val="Listefonce-Accent5"/>
    <w:uiPriority w:val="70"/>
    <w:rsid w:val="0058525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DarkList-Accent61">
    <w:name w:val="Dark List - Accent 61"/>
    <w:basedOn w:val="TableauNormal"/>
    <w:next w:val="Listefonce-Accent6"/>
    <w:uiPriority w:val="70"/>
    <w:rsid w:val="0058525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ColorfulShading2">
    <w:name w:val="Colorful Shading2"/>
    <w:basedOn w:val="TableauNormal"/>
    <w:next w:val="Tramecouleur"/>
    <w:uiPriority w:val="71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11">
    <w:name w:val="Colorful Shading - Accent 11"/>
    <w:basedOn w:val="TableauNormal"/>
    <w:next w:val="Tramecouleur-Accent1"/>
    <w:uiPriority w:val="71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21">
    <w:name w:val="Colorful Shading - Accent 21"/>
    <w:basedOn w:val="TableauNormal"/>
    <w:next w:val="Tramecouleur-Accent2"/>
    <w:uiPriority w:val="71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31">
    <w:name w:val="Colorful Shading - Accent 31"/>
    <w:basedOn w:val="TableauNormal"/>
    <w:next w:val="Tramecouleur-Accent3"/>
    <w:uiPriority w:val="71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ColorfulShading-Accent41">
    <w:name w:val="Colorful Shading - Accent 41"/>
    <w:basedOn w:val="TableauNormal"/>
    <w:next w:val="Tramecouleur-Accent4"/>
    <w:uiPriority w:val="71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51">
    <w:name w:val="Colorful Shading - Accent 51"/>
    <w:basedOn w:val="TableauNormal"/>
    <w:next w:val="Tramecouleur-Accent5"/>
    <w:uiPriority w:val="71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61">
    <w:name w:val="Colorful Shading - Accent 61"/>
    <w:basedOn w:val="TableauNormal"/>
    <w:next w:val="Tramecouleur-Accent6"/>
    <w:uiPriority w:val="71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List2">
    <w:name w:val="Colorful List2"/>
    <w:basedOn w:val="TableauNormal"/>
    <w:next w:val="Listecouleur"/>
    <w:uiPriority w:val="72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ColorfulList-Accent11">
    <w:name w:val="Colorful List - Accent 11"/>
    <w:basedOn w:val="TableauNormal"/>
    <w:next w:val="Listecouleur-Accent1"/>
    <w:uiPriority w:val="72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ColorfulList-Accent21">
    <w:name w:val="Colorful List - Accent 21"/>
    <w:basedOn w:val="TableauNormal"/>
    <w:next w:val="Listecouleur-Accent2"/>
    <w:uiPriority w:val="72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ColorfulList-Accent31">
    <w:name w:val="Colorful List - Accent 31"/>
    <w:basedOn w:val="TableauNormal"/>
    <w:next w:val="Listecouleur-Accent3"/>
    <w:uiPriority w:val="72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ColorfulList-Accent41">
    <w:name w:val="Colorful List - Accent 41"/>
    <w:basedOn w:val="TableauNormal"/>
    <w:next w:val="Listecouleur-Accent4"/>
    <w:uiPriority w:val="72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ColorfulList-Accent51">
    <w:name w:val="Colorful List - Accent 51"/>
    <w:basedOn w:val="TableauNormal"/>
    <w:next w:val="Listecouleur-Accent5"/>
    <w:uiPriority w:val="72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ColorfulList-Accent61">
    <w:name w:val="Colorful List - Accent 61"/>
    <w:basedOn w:val="TableauNormal"/>
    <w:next w:val="Listecouleur-Accent6"/>
    <w:uiPriority w:val="72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ColorfulGrid2">
    <w:name w:val="Colorful Grid2"/>
    <w:basedOn w:val="TableauNormal"/>
    <w:next w:val="Grillecouleur"/>
    <w:uiPriority w:val="73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ColorfulGrid-Accent11">
    <w:name w:val="Colorful Grid - Accent 11"/>
    <w:basedOn w:val="TableauNormal"/>
    <w:next w:val="Grillecouleur-Accent1"/>
    <w:uiPriority w:val="73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ColorfulGrid-Accent21">
    <w:name w:val="Colorful Grid - Accent 21"/>
    <w:basedOn w:val="TableauNormal"/>
    <w:next w:val="Grillecouleur-Accent2"/>
    <w:uiPriority w:val="73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ColorfulGrid-Accent31">
    <w:name w:val="Colorful Grid - Accent 31"/>
    <w:basedOn w:val="TableauNormal"/>
    <w:next w:val="Grillecouleur-Accent3"/>
    <w:uiPriority w:val="73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ColorfulGrid-Accent41">
    <w:name w:val="Colorful Grid - Accent 41"/>
    <w:basedOn w:val="TableauNormal"/>
    <w:next w:val="Grillecouleur-Accent4"/>
    <w:uiPriority w:val="73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ColorfulGrid-Accent51">
    <w:name w:val="Colorful Grid - Accent 51"/>
    <w:basedOn w:val="TableauNormal"/>
    <w:next w:val="Grillecouleur-Accent5"/>
    <w:uiPriority w:val="73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ColorfulGrid-Accent61">
    <w:name w:val="Colorful Grid - Accent 61"/>
    <w:basedOn w:val="TableauNormal"/>
    <w:next w:val="Grillecouleur-Accent6"/>
    <w:uiPriority w:val="73"/>
    <w:rsid w:val="0058525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NoList2">
    <w:name w:val="No List2"/>
    <w:next w:val="Aucuneliste"/>
    <w:uiPriority w:val="99"/>
    <w:semiHidden/>
    <w:unhideWhenUsed/>
    <w:rsid w:val="00DD68EA"/>
  </w:style>
  <w:style w:type="table" w:customStyle="1" w:styleId="TableGrid2">
    <w:name w:val="Table Grid2"/>
    <w:basedOn w:val="TableauNormal"/>
    <w:next w:val="Grilledutableau"/>
    <w:uiPriority w:val="59"/>
    <w:rsid w:val="00DD68EA"/>
    <w:rPr>
      <w:rFonts w:ascii="Cambria" w:eastAsia="MS Mincho" w:hAnsi="Cambria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3">
    <w:name w:val="Light Shading3"/>
    <w:basedOn w:val="TableauNormal"/>
    <w:next w:val="Ombrageclair"/>
    <w:uiPriority w:val="60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3">
    <w:name w:val="Light Shading - Accent 13"/>
    <w:basedOn w:val="TableauNormal"/>
    <w:next w:val="Trameclaire-Accent1"/>
    <w:uiPriority w:val="60"/>
    <w:rsid w:val="00DD68EA"/>
    <w:rPr>
      <w:rFonts w:ascii="Cambria" w:eastAsia="MS Mincho" w:hAnsi="Cambria"/>
      <w:color w:val="365F9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22">
    <w:name w:val="Light Shading - Accent 22"/>
    <w:basedOn w:val="TableauNormal"/>
    <w:next w:val="Trameclaire-Accent2"/>
    <w:uiPriority w:val="60"/>
    <w:rsid w:val="00DD68EA"/>
    <w:rPr>
      <w:rFonts w:ascii="Cambria" w:eastAsia="MS Mincho" w:hAnsi="Cambria"/>
      <w:color w:val="943634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LightShading-Accent32">
    <w:name w:val="Light Shading - Accent 32"/>
    <w:basedOn w:val="TableauNormal"/>
    <w:next w:val="Trameclaire-Accent3"/>
    <w:uiPriority w:val="60"/>
    <w:rsid w:val="00DD68EA"/>
    <w:rPr>
      <w:rFonts w:ascii="Cambria" w:eastAsia="MS Mincho" w:hAnsi="Cambria"/>
      <w:color w:val="76923C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ghtShading-Accent42">
    <w:name w:val="Light Shading - Accent 42"/>
    <w:basedOn w:val="TableauNormal"/>
    <w:next w:val="Trameclaire-Accent4"/>
    <w:uiPriority w:val="60"/>
    <w:rsid w:val="00DD68EA"/>
    <w:rPr>
      <w:rFonts w:ascii="Cambria" w:eastAsia="MS Mincho" w:hAnsi="Cambria"/>
      <w:color w:val="5F497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LightShading-Accent52">
    <w:name w:val="Light Shading - Accent 52"/>
    <w:basedOn w:val="TableauNormal"/>
    <w:next w:val="Trameclaire-Accent5"/>
    <w:uiPriority w:val="60"/>
    <w:rsid w:val="00DD68EA"/>
    <w:rPr>
      <w:rFonts w:ascii="Cambria" w:eastAsia="MS Mincho" w:hAnsi="Cambria"/>
      <w:color w:val="31849B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LightShading-Accent62">
    <w:name w:val="Light Shading - Accent 62"/>
    <w:basedOn w:val="TableauNormal"/>
    <w:next w:val="Trameclaire-Accent6"/>
    <w:uiPriority w:val="60"/>
    <w:rsid w:val="00DD68EA"/>
    <w:rPr>
      <w:rFonts w:ascii="Cambria" w:eastAsia="MS Mincho" w:hAnsi="Cambria"/>
      <w:color w:val="E36C0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LightList3">
    <w:name w:val="Light List3"/>
    <w:basedOn w:val="TableauNormal"/>
    <w:next w:val="Listeclaire"/>
    <w:uiPriority w:val="61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3">
    <w:name w:val="Light List - Accent 13"/>
    <w:basedOn w:val="TableauNormal"/>
    <w:next w:val="Listeclaire-Accent1"/>
    <w:uiPriority w:val="61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22">
    <w:name w:val="Light List - Accent 22"/>
    <w:basedOn w:val="TableauNormal"/>
    <w:next w:val="Listeclaire-Accent2"/>
    <w:uiPriority w:val="61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LightList-Accent32">
    <w:name w:val="Light List - Accent 32"/>
    <w:basedOn w:val="TableauNormal"/>
    <w:next w:val="Listeclaire-Accent3"/>
    <w:uiPriority w:val="61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ghtList-Accent42">
    <w:name w:val="Light List - Accent 42"/>
    <w:basedOn w:val="TableauNormal"/>
    <w:next w:val="Listeclaire-Accent4"/>
    <w:uiPriority w:val="61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LightList-Accent52">
    <w:name w:val="Light List - Accent 52"/>
    <w:basedOn w:val="TableauNormal"/>
    <w:next w:val="Listeclaire-Accent5"/>
    <w:uiPriority w:val="61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LightList-Accent62">
    <w:name w:val="Light List - Accent 62"/>
    <w:basedOn w:val="TableauNormal"/>
    <w:next w:val="Listeclaire-Accent6"/>
    <w:uiPriority w:val="61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LightGrid3">
    <w:name w:val="Light Grid3"/>
    <w:basedOn w:val="TableauNormal"/>
    <w:next w:val="Grilleclaire"/>
    <w:uiPriority w:val="62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3">
    <w:name w:val="Light Grid - Accent 13"/>
    <w:basedOn w:val="TableauNormal"/>
    <w:next w:val="Grilleclaire-Accent1"/>
    <w:uiPriority w:val="62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Grid-Accent22">
    <w:name w:val="Light Grid - Accent 22"/>
    <w:basedOn w:val="TableauNormal"/>
    <w:next w:val="Grilleclaire-Accent2"/>
    <w:uiPriority w:val="62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LightGrid-Accent32">
    <w:name w:val="Light Grid - Accent 32"/>
    <w:basedOn w:val="TableauNormal"/>
    <w:next w:val="Grilleclaire-Accent3"/>
    <w:uiPriority w:val="62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LightGrid-Accent42">
    <w:name w:val="Light Grid - Accent 42"/>
    <w:basedOn w:val="TableauNormal"/>
    <w:next w:val="Grilleclaire-Accent4"/>
    <w:uiPriority w:val="62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LightGrid-Accent52">
    <w:name w:val="Light Grid - Accent 52"/>
    <w:basedOn w:val="TableauNormal"/>
    <w:next w:val="Grilleclaire-Accent5"/>
    <w:uiPriority w:val="62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LightGrid-Accent62">
    <w:name w:val="Light Grid - Accent 62"/>
    <w:basedOn w:val="TableauNormal"/>
    <w:next w:val="Grilleclaire-Accent6"/>
    <w:uiPriority w:val="62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MediumShading13">
    <w:name w:val="Medium Shading 13"/>
    <w:basedOn w:val="TableauNormal"/>
    <w:next w:val="Tramemoyenne1"/>
    <w:uiPriority w:val="63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3">
    <w:name w:val="Medium Shading 1 - Accent 13"/>
    <w:basedOn w:val="TableauNormal"/>
    <w:next w:val="Tramemoyenne1-Accent1"/>
    <w:uiPriority w:val="63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2">
    <w:name w:val="Medium Shading 1 - Accent 22"/>
    <w:basedOn w:val="TableauNormal"/>
    <w:next w:val="Tramemoyenne1-Accent2"/>
    <w:uiPriority w:val="63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32">
    <w:name w:val="Medium Shading 1 - Accent 32"/>
    <w:basedOn w:val="TableauNormal"/>
    <w:next w:val="Tramemoyenne1-Accent3"/>
    <w:uiPriority w:val="63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2">
    <w:name w:val="Medium Shading 1 - Accent 42"/>
    <w:basedOn w:val="TableauNormal"/>
    <w:next w:val="Tramemoyenne1-Accent4"/>
    <w:uiPriority w:val="63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52">
    <w:name w:val="Medium Shading 1 - Accent 52"/>
    <w:basedOn w:val="TableauNormal"/>
    <w:next w:val="Tramemoyenne1-Accent5"/>
    <w:uiPriority w:val="63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62">
    <w:name w:val="Medium Shading 1 - Accent 62"/>
    <w:basedOn w:val="TableauNormal"/>
    <w:next w:val="Tramemoyenne1-Accent6"/>
    <w:uiPriority w:val="63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3">
    <w:name w:val="Medium Shading 23"/>
    <w:basedOn w:val="TableauNormal"/>
    <w:next w:val="Tramemoyenne2"/>
    <w:uiPriority w:val="64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3">
    <w:name w:val="Medium Shading 2 - Accent 13"/>
    <w:basedOn w:val="TableauNormal"/>
    <w:next w:val="Tramemoyenne2-Accent1"/>
    <w:uiPriority w:val="64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22">
    <w:name w:val="Medium Shading 2 - Accent 22"/>
    <w:basedOn w:val="TableauNormal"/>
    <w:next w:val="Tramemoyenne2-Accent2"/>
    <w:uiPriority w:val="64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32">
    <w:name w:val="Medium Shading 2 - Accent 32"/>
    <w:basedOn w:val="TableauNormal"/>
    <w:next w:val="Tramemoyenne2-Accent3"/>
    <w:uiPriority w:val="64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42">
    <w:name w:val="Medium Shading 2 - Accent 42"/>
    <w:basedOn w:val="TableauNormal"/>
    <w:next w:val="Tramemoyenne2-Accent4"/>
    <w:uiPriority w:val="64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52">
    <w:name w:val="Medium Shading 2 - Accent 52"/>
    <w:basedOn w:val="TableauNormal"/>
    <w:next w:val="Tramemoyenne2-Accent5"/>
    <w:uiPriority w:val="64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62">
    <w:name w:val="Medium Shading 2 - Accent 62"/>
    <w:basedOn w:val="TableauNormal"/>
    <w:next w:val="Tramemoyenne2-Accent6"/>
    <w:uiPriority w:val="64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3">
    <w:name w:val="Medium List 13"/>
    <w:basedOn w:val="TableauNormal"/>
    <w:next w:val="Listemoyenne1"/>
    <w:uiPriority w:val="65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3">
    <w:name w:val="Medium List 1 - Accent 13"/>
    <w:basedOn w:val="TableauNormal"/>
    <w:next w:val="Listemoyenne1-Accent1"/>
    <w:uiPriority w:val="65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MediumList1-Accent22">
    <w:name w:val="Medium List 1 - Accent 22"/>
    <w:basedOn w:val="TableauNormal"/>
    <w:next w:val="Listemoyenne1-Accent2"/>
    <w:uiPriority w:val="65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MediumList1-Accent32">
    <w:name w:val="Medium List 1 - Accent 32"/>
    <w:basedOn w:val="TableauNormal"/>
    <w:next w:val="Listemoyenne1-Accent3"/>
    <w:uiPriority w:val="65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MediumList1-Accent42">
    <w:name w:val="Medium List 1 - Accent 42"/>
    <w:basedOn w:val="TableauNormal"/>
    <w:next w:val="Listemoyenne1-Accent4"/>
    <w:uiPriority w:val="65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MediumList1-Accent52">
    <w:name w:val="Medium List 1 - Accent 52"/>
    <w:basedOn w:val="TableauNormal"/>
    <w:next w:val="Listemoyenne1-Accent5"/>
    <w:uiPriority w:val="65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MediumList1-Accent62">
    <w:name w:val="Medium List 1 - Accent 62"/>
    <w:basedOn w:val="TableauNormal"/>
    <w:next w:val="Listemoyenne1-Accent6"/>
    <w:uiPriority w:val="65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MediumList23">
    <w:name w:val="Medium List 23"/>
    <w:basedOn w:val="TableauNormal"/>
    <w:next w:val="Listemoyenne2"/>
    <w:uiPriority w:val="66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12">
    <w:name w:val="Medium List 2 - Accent 12"/>
    <w:basedOn w:val="TableauNormal"/>
    <w:next w:val="Listemoyenne2-Accent1"/>
    <w:uiPriority w:val="66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22">
    <w:name w:val="Medium List 2 - Accent 22"/>
    <w:basedOn w:val="TableauNormal"/>
    <w:next w:val="Listemoyenne2-Accent2"/>
    <w:uiPriority w:val="66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32">
    <w:name w:val="Medium List 2 - Accent 32"/>
    <w:basedOn w:val="TableauNormal"/>
    <w:next w:val="Listemoyenne2-Accent3"/>
    <w:uiPriority w:val="66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42">
    <w:name w:val="Medium List 2 - Accent 42"/>
    <w:basedOn w:val="TableauNormal"/>
    <w:next w:val="Listemoyenne2-Accent4"/>
    <w:uiPriority w:val="66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52">
    <w:name w:val="Medium List 2 - Accent 52"/>
    <w:basedOn w:val="TableauNormal"/>
    <w:next w:val="Listemoyenne2-Accent5"/>
    <w:uiPriority w:val="66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62">
    <w:name w:val="Medium List 2 - Accent 62"/>
    <w:basedOn w:val="TableauNormal"/>
    <w:next w:val="Listemoyenne2-Accent6"/>
    <w:uiPriority w:val="66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3">
    <w:name w:val="Medium Grid 13"/>
    <w:basedOn w:val="TableauNormal"/>
    <w:next w:val="Grillemoyenne1"/>
    <w:uiPriority w:val="67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MediumGrid1-Accent12">
    <w:name w:val="Medium Grid 1 - Accent 12"/>
    <w:basedOn w:val="TableauNormal"/>
    <w:next w:val="Grillemoyenne1-Accent1"/>
    <w:uiPriority w:val="67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ediumGrid1-Accent22">
    <w:name w:val="Medium Grid 1 - Accent 22"/>
    <w:basedOn w:val="TableauNormal"/>
    <w:next w:val="Grillemoyenne1-Accent2"/>
    <w:uiPriority w:val="67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MediumGrid1-Accent32">
    <w:name w:val="Medium Grid 1 - Accent 32"/>
    <w:basedOn w:val="TableauNormal"/>
    <w:next w:val="Grillemoyenne1-Accent3"/>
    <w:uiPriority w:val="67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MediumGrid1-Accent42">
    <w:name w:val="Medium Grid 1 - Accent 42"/>
    <w:basedOn w:val="TableauNormal"/>
    <w:next w:val="Grillemoyenne1-Accent4"/>
    <w:uiPriority w:val="67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MediumGrid1-Accent52">
    <w:name w:val="Medium Grid 1 - Accent 52"/>
    <w:basedOn w:val="TableauNormal"/>
    <w:next w:val="Grillemoyenne1-Accent5"/>
    <w:uiPriority w:val="67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MediumGrid1-Accent62">
    <w:name w:val="Medium Grid 1 - Accent 62"/>
    <w:basedOn w:val="TableauNormal"/>
    <w:next w:val="Grillemoyenne1-Accent6"/>
    <w:uiPriority w:val="67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MediumGrid23">
    <w:name w:val="Medium Grid 23"/>
    <w:basedOn w:val="TableauNormal"/>
    <w:next w:val="Grillemoyenne2"/>
    <w:uiPriority w:val="68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12">
    <w:name w:val="Medium Grid 2 - Accent 12"/>
    <w:basedOn w:val="TableauNormal"/>
    <w:next w:val="Grillemoyenne2-Accent1"/>
    <w:uiPriority w:val="68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22">
    <w:name w:val="Medium Grid 2 - Accent 22"/>
    <w:basedOn w:val="TableauNormal"/>
    <w:next w:val="Grillemoyenne2-Accent2"/>
    <w:uiPriority w:val="68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32">
    <w:name w:val="Medium Grid 2 - Accent 32"/>
    <w:basedOn w:val="TableauNormal"/>
    <w:next w:val="Grillemoyenne2-Accent3"/>
    <w:uiPriority w:val="68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42">
    <w:name w:val="Medium Grid 2 - Accent 42"/>
    <w:basedOn w:val="TableauNormal"/>
    <w:next w:val="Grillemoyenne2-Accent4"/>
    <w:uiPriority w:val="68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52">
    <w:name w:val="Medium Grid 2 - Accent 52"/>
    <w:basedOn w:val="TableauNormal"/>
    <w:next w:val="Grillemoyenne2-Accent5"/>
    <w:uiPriority w:val="68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62">
    <w:name w:val="Medium Grid 2 - Accent 62"/>
    <w:basedOn w:val="TableauNormal"/>
    <w:next w:val="Grillemoyenne2-Accent6"/>
    <w:uiPriority w:val="68"/>
    <w:rsid w:val="00DD68EA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3">
    <w:name w:val="Medium Grid 33"/>
    <w:basedOn w:val="TableauNormal"/>
    <w:next w:val="Grillemoyenne3"/>
    <w:uiPriority w:val="69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MediumGrid3-Accent12">
    <w:name w:val="Medium Grid 3 - Accent 12"/>
    <w:basedOn w:val="TableauNormal"/>
    <w:next w:val="Grillemoyenne3-Accent1"/>
    <w:uiPriority w:val="69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MediumGrid3-Accent22">
    <w:name w:val="Medium Grid 3 - Accent 22"/>
    <w:basedOn w:val="TableauNormal"/>
    <w:next w:val="Grillemoyenne3-Accent2"/>
    <w:uiPriority w:val="69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MediumGrid3-Accent32">
    <w:name w:val="Medium Grid 3 - Accent 32"/>
    <w:basedOn w:val="TableauNormal"/>
    <w:next w:val="Grillemoyenne3-Accent3"/>
    <w:uiPriority w:val="69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MediumGrid3-Accent42">
    <w:name w:val="Medium Grid 3 - Accent 42"/>
    <w:basedOn w:val="TableauNormal"/>
    <w:next w:val="Grillemoyenne3-Accent4"/>
    <w:uiPriority w:val="69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MediumGrid3-Accent52">
    <w:name w:val="Medium Grid 3 - Accent 52"/>
    <w:basedOn w:val="TableauNormal"/>
    <w:next w:val="Grillemoyenne3-Accent5"/>
    <w:uiPriority w:val="69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MediumGrid3-Accent62">
    <w:name w:val="Medium Grid 3 - Accent 62"/>
    <w:basedOn w:val="TableauNormal"/>
    <w:next w:val="Grillemoyenne3-Accent6"/>
    <w:uiPriority w:val="69"/>
    <w:rsid w:val="00DD68EA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DarkList3">
    <w:name w:val="Dark List3"/>
    <w:basedOn w:val="TableauNormal"/>
    <w:next w:val="Listefonce"/>
    <w:uiPriority w:val="70"/>
    <w:rsid w:val="00DD68EA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DarkList-Accent12">
    <w:name w:val="Dark List - Accent 12"/>
    <w:basedOn w:val="TableauNormal"/>
    <w:next w:val="Listefonce-Accent1"/>
    <w:uiPriority w:val="70"/>
    <w:rsid w:val="00DD68EA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DarkList-Accent22">
    <w:name w:val="Dark List - Accent 22"/>
    <w:basedOn w:val="TableauNormal"/>
    <w:next w:val="Listefonce-Accent2"/>
    <w:uiPriority w:val="70"/>
    <w:rsid w:val="00DD68EA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DarkList-Accent32">
    <w:name w:val="Dark List - Accent 32"/>
    <w:basedOn w:val="TableauNormal"/>
    <w:next w:val="Listefonce-Accent3"/>
    <w:uiPriority w:val="70"/>
    <w:rsid w:val="00DD68EA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DarkList-Accent42">
    <w:name w:val="Dark List - Accent 42"/>
    <w:basedOn w:val="TableauNormal"/>
    <w:next w:val="Listefonce-Accent4"/>
    <w:uiPriority w:val="70"/>
    <w:rsid w:val="00DD68EA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DarkList-Accent52">
    <w:name w:val="Dark List - Accent 52"/>
    <w:basedOn w:val="TableauNormal"/>
    <w:next w:val="Listefonce-Accent5"/>
    <w:uiPriority w:val="70"/>
    <w:rsid w:val="00DD68EA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DarkList-Accent62">
    <w:name w:val="Dark List - Accent 62"/>
    <w:basedOn w:val="TableauNormal"/>
    <w:next w:val="Listefonce-Accent6"/>
    <w:uiPriority w:val="70"/>
    <w:rsid w:val="00DD68EA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ColorfulShading3">
    <w:name w:val="Colorful Shading3"/>
    <w:basedOn w:val="TableauNormal"/>
    <w:next w:val="Tramecouleur"/>
    <w:uiPriority w:val="71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12">
    <w:name w:val="Colorful Shading - Accent 12"/>
    <w:basedOn w:val="TableauNormal"/>
    <w:next w:val="Tramecouleur-Accent1"/>
    <w:uiPriority w:val="71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22">
    <w:name w:val="Colorful Shading - Accent 22"/>
    <w:basedOn w:val="TableauNormal"/>
    <w:next w:val="Tramecouleur-Accent2"/>
    <w:uiPriority w:val="71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32">
    <w:name w:val="Colorful Shading - Accent 32"/>
    <w:basedOn w:val="TableauNormal"/>
    <w:next w:val="Tramecouleur-Accent3"/>
    <w:uiPriority w:val="71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ColorfulShading-Accent42">
    <w:name w:val="Colorful Shading - Accent 42"/>
    <w:basedOn w:val="TableauNormal"/>
    <w:next w:val="Tramecouleur-Accent4"/>
    <w:uiPriority w:val="71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52">
    <w:name w:val="Colorful Shading - Accent 52"/>
    <w:basedOn w:val="TableauNormal"/>
    <w:next w:val="Tramecouleur-Accent5"/>
    <w:uiPriority w:val="71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62">
    <w:name w:val="Colorful Shading - Accent 62"/>
    <w:basedOn w:val="TableauNormal"/>
    <w:next w:val="Tramecouleur-Accent6"/>
    <w:uiPriority w:val="71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List3">
    <w:name w:val="Colorful List3"/>
    <w:basedOn w:val="TableauNormal"/>
    <w:next w:val="Listecouleur"/>
    <w:uiPriority w:val="72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ColorfulList-Accent12">
    <w:name w:val="Colorful List - Accent 12"/>
    <w:basedOn w:val="TableauNormal"/>
    <w:next w:val="Listecouleur-Accent1"/>
    <w:uiPriority w:val="72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ColorfulList-Accent22">
    <w:name w:val="Colorful List - Accent 22"/>
    <w:basedOn w:val="TableauNormal"/>
    <w:next w:val="Listecouleur-Accent2"/>
    <w:uiPriority w:val="72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ColorfulList-Accent32">
    <w:name w:val="Colorful List - Accent 32"/>
    <w:basedOn w:val="TableauNormal"/>
    <w:next w:val="Listecouleur-Accent3"/>
    <w:uiPriority w:val="72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ColorfulList-Accent42">
    <w:name w:val="Colorful List - Accent 42"/>
    <w:basedOn w:val="TableauNormal"/>
    <w:next w:val="Listecouleur-Accent4"/>
    <w:uiPriority w:val="72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ColorfulList-Accent52">
    <w:name w:val="Colorful List - Accent 52"/>
    <w:basedOn w:val="TableauNormal"/>
    <w:next w:val="Listecouleur-Accent5"/>
    <w:uiPriority w:val="72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ColorfulList-Accent62">
    <w:name w:val="Colorful List - Accent 62"/>
    <w:basedOn w:val="TableauNormal"/>
    <w:next w:val="Listecouleur-Accent6"/>
    <w:uiPriority w:val="72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ColorfulGrid3">
    <w:name w:val="Colorful Grid3"/>
    <w:basedOn w:val="TableauNormal"/>
    <w:next w:val="Grillecouleur"/>
    <w:uiPriority w:val="73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ColorfulGrid-Accent12">
    <w:name w:val="Colorful Grid - Accent 12"/>
    <w:basedOn w:val="TableauNormal"/>
    <w:next w:val="Grillecouleur-Accent1"/>
    <w:uiPriority w:val="73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ColorfulGrid-Accent22">
    <w:name w:val="Colorful Grid - Accent 22"/>
    <w:basedOn w:val="TableauNormal"/>
    <w:next w:val="Grillecouleur-Accent2"/>
    <w:uiPriority w:val="73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ColorfulGrid-Accent32">
    <w:name w:val="Colorful Grid - Accent 32"/>
    <w:basedOn w:val="TableauNormal"/>
    <w:next w:val="Grillecouleur-Accent3"/>
    <w:uiPriority w:val="73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ColorfulGrid-Accent42">
    <w:name w:val="Colorful Grid - Accent 42"/>
    <w:basedOn w:val="TableauNormal"/>
    <w:next w:val="Grillecouleur-Accent4"/>
    <w:uiPriority w:val="73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ColorfulGrid-Accent52">
    <w:name w:val="Colorful Grid - Accent 52"/>
    <w:basedOn w:val="TableauNormal"/>
    <w:next w:val="Grillecouleur-Accent5"/>
    <w:uiPriority w:val="73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ColorfulGrid-Accent62">
    <w:name w:val="Colorful Grid - Accent 62"/>
    <w:basedOn w:val="TableauNormal"/>
    <w:next w:val="Grillecouleur-Accent6"/>
    <w:uiPriority w:val="73"/>
    <w:rsid w:val="00DD68EA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NoList3">
    <w:name w:val="No List3"/>
    <w:next w:val="Aucuneliste"/>
    <w:uiPriority w:val="99"/>
    <w:semiHidden/>
    <w:unhideWhenUsed/>
    <w:rsid w:val="005D2F78"/>
  </w:style>
  <w:style w:type="table" w:customStyle="1" w:styleId="TableGrid3">
    <w:name w:val="Table Grid3"/>
    <w:basedOn w:val="TableauNormal"/>
    <w:next w:val="Grilledutableau"/>
    <w:uiPriority w:val="59"/>
    <w:rsid w:val="005D2F78"/>
    <w:rPr>
      <w:rFonts w:ascii="Cambria" w:eastAsia="MS Mincho" w:hAnsi="Cambria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4">
    <w:name w:val="Light Shading4"/>
    <w:basedOn w:val="TableauNormal"/>
    <w:next w:val="Ombrageclair"/>
    <w:uiPriority w:val="60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4">
    <w:name w:val="Light Shading - Accent 14"/>
    <w:basedOn w:val="TableauNormal"/>
    <w:next w:val="Trameclaire-Accent1"/>
    <w:uiPriority w:val="60"/>
    <w:rsid w:val="005D2F78"/>
    <w:rPr>
      <w:rFonts w:ascii="Cambria" w:eastAsia="MS Mincho" w:hAnsi="Cambria"/>
      <w:color w:val="365F9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23">
    <w:name w:val="Light Shading - Accent 23"/>
    <w:basedOn w:val="TableauNormal"/>
    <w:next w:val="Trameclaire-Accent2"/>
    <w:uiPriority w:val="60"/>
    <w:rsid w:val="005D2F78"/>
    <w:rPr>
      <w:rFonts w:ascii="Cambria" w:eastAsia="MS Mincho" w:hAnsi="Cambria"/>
      <w:color w:val="943634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LightShading-Accent33">
    <w:name w:val="Light Shading - Accent 33"/>
    <w:basedOn w:val="TableauNormal"/>
    <w:next w:val="Trameclaire-Accent3"/>
    <w:uiPriority w:val="60"/>
    <w:rsid w:val="005D2F78"/>
    <w:rPr>
      <w:rFonts w:ascii="Cambria" w:eastAsia="MS Mincho" w:hAnsi="Cambria"/>
      <w:color w:val="76923C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ghtShading-Accent43">
    <w:name w:val="Light Shading - Accent 43"/>
    <w:basedOn w:val="TableauNormal"/>
    <w:next w:val="Trameclaire-Accent4"/>
    <w:uiPriority w:val="60"/>
    <w:rsid w:val="005D2F78"/>
    <w:rPr>
      <w:rFonts w:ascii="Cambria" w:eastAsia="MS Mincho" w:hAnsi="Cambria"/>
      <w:color w:val="5F497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LightShading-Accent53">
    <w:name w:val="Light Shading - Accent 53"/>
    <w:basedOn w:val="TableauNormal"/>
    <w:next w:val="Trameclaire-Accent5"/>
    <w:uiPriority w:val="60"/>
    <w:rsid w:val="005D2F78"/>
    <w:rPr>
      <w:rFonts w:ascii="Cambria" w:eastAsia="MS Mincho" w:hAnsi="Cambria"/>
      <w:color w:val="31849B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LightShading-Accent63">
    <w:name w:val="Light Shading - Accent 63"/>
    <w:basedOn w:val="TableauNormal"/>
    <w:next w:val="Trameclaire-Accent6"/>
    <w:uiPriority w:val="60"/>
    <w:rsid w:val="005D2F78"/>
    <w:rPr>
      <w:rFonts w:ascii="Cambria" w:eastAsia="MS Mincho" w:hAnsi="Cambria"/>
      <w:color w:val="E36C0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LightList4">
    <w:name w:val="Light List4"/>
    <w:basedOn w:val="TableauNormal"/>
    <w:next w:val="Listeclaire"/>
    <w:uiPriority w:val="61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4">
    <w:name w:val="Light List - Accent 14"/>
    <w:basedOn w:val="TableauNormal"/>
    <w:next w:val="Listeclaire-Accent1"/>
    <w:uiPriority w:val="61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23">
    <w:name w:val="Light List - Accent 23"/>
    <w:basedOn w:val="TableauNormal"/>
    <w:next w:val="Listeclaire-Accent2"/>
    <w:uiPriority w:val="61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LightList-Accent33">
    <w:name w:val="Light List - Accent 33"/>
    <w:basedOn w:val="TableauNormal"/>
    <w:next w:val="Listeclaire-Accent3"/>
    <w:uiPriority w:val="61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ghtList-Accent43">
    <w:name w:val="Light List - Accent 43"/>
    <w:basedOn w:val="TableauNormal"/>
    <w:next w:val="Listeclaire-Accent4"/>
    <w:uiPriority w:val="61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LightList-Accent53">
    <w:name w:val="Light List - Accent 53"/>
    <w:basedOn w:val="TableauNormal"/>
    <w:next w:val="Listeclaire-Accent5"/>
    <w:uiPriority w:val="61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LightList-Accent63">
    <w:name w:val="Light List - Accent 63"/>
    <w:basedOn w:val="TableauNormal"/>
    <w:next w:val="Listeclaire-Accent6"/>
    <w:uiPriority w:val="61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LightGrid4">
    <w:name w:val="Light Grid4"/>
    <w:basedOn w:val="TableauNormal"/>
    <w:next w:val="Grilleclaire"/>
    <w:uiPriority w:val="62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4">
    <w:name w:val="Light Grid - Accent 14"/>
    <w:basedOn w:val="TableauNormal"/>
    <w:next w:val="Grilleclaire-Accent1"/>
    <w:uiPriority w:val="62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Grid-Accent23">
    <w:name w:val="Light Grid - Accent 23"/>
    <w:basedOn w:val="TableauNormal"/>
    <w:next w:val="Grilleclaire-Accent2"/>
    <w:uiPriority w:val="62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LightGrid-Accent33">
    <w:name w:val="Light Grid - Accent 33"/>
    <w:basedOn w:val="TableauNormal"/>
    <w:next w:val="Grilleclaire-Accent3"/>
    <w:uiPriority w:val="62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LightGrid-Accent43">
    <w:name w:val="Light Grid - Accent 43"/>
    <w:basedOn w:val="TableauNormal"/>
    <w:next w:val="Grilleclaire-Accent4"/>
    <w:uiPriority w:val="62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LightGrid-Accent53">
    <w:name w:val="Light Grid - Accent 53"/>
    <w:basedOn w:val="TableauNormal"/>
    <w:next w:val="Grilleclaire-Accent5"/>
    <w:uiPriority w:val="62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LightGrid-Accent63">
    <w:name w:val="Light Grid - Accent 63"/>
    <w:basedOn w:val="TableauNormal"/>
    <w:next w:val="Grilleclaire-Accent6"/>
    <w:uiPriority w:val="62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MediumShading14">
    <w:name w:val="Medium Shading 14"/>
    <w:basedOn w:val="TableauNormal"/>
    <w:next w:val="Tramemoyenne1"/>
    <w:uiPriority w:val="63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4">
    <w:name w:val="Medium Shading 1 - Accent 14"/>
    <w:basedOn w:val="TableauNormal"/>
    <w:next w:val="Tramemoyenne1-Accent1"/>
    <w:uiPriority w:val="63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3">
    <w:name w:val="Medium Shading 1 - Accent 23"/>
    <w:basedOn w:val="TableauNormal"/>
    <w:next w:val="Tramemoyenne1-Accent2"/>
    <w:uiPriority w:val="63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33">
    <w:name w:val="Medium Shading 1 - Accent 33"/>
    <w:basedOn w:val="TableauNormal"/>
    <w:next w:val="Tramemoyenne1-Accent3"/>
    <w:uiPriority w:val="63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3">
    <w:name w:val="Medium Shading 1 - Accent 43"/>
    <w:basedOn w:val="TableauNormal"/>
    <w:next w:val="Tramemoyenne1-Accent4"/>
    <w:uiPriority w:val="63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53">
    <w:name w:val="Medium Shading 1 - Accent 53"/>
    <w:basedOn w:val="TableauNormal"/>
    <w:next w:val="Tramemoyenne1-Accent5"/>
    <w:uiPriority w:val="63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63">
    <w:name w:val="Medium Shading 1 - Accent 63"/>
    <w:basedOn w:val="TableauNormal"/>
    <w:next w:val="Tramemoyenne1-Accent6"/>
    <w:uiPriority w:val="63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4">
    <w:name w:val="Medium Shading 24"/>
    <w:basedOn w:val="TableauNormal"/>
    <w:next w:val="Tramemoyenne2"/>
    <w:uiPriority w:val="64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4">
    <w:name w:val="Medium Shading 2 - Accent 14"/>
    <w:basedOn w:val="TableauNormal"/>
    <w:next w:val="Tramemoyenne2-Accent1"/>
    <w:uiPriority w:val="64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23">
    <w:name w:val="Medium Shading 2 - Accent 23"/>
    <w:basedOn w:val="TableauNormal"/>
    <w:next w:val="Tramemoyenne2-Accent2"/>
    <w:uiPriority w:val="64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33">
    <w:name w:val="Medium Shading 2 - Accent 33"/>
    <w:basedOn w:val="TableauNormal"/>
    <w:next w:val="Tramemoyenne2-Accent3"/>
    <w:uiPriority w:val="64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43">
    <w:name w:val="Medium Shading 2 - Accent 43"/>
    <w:basedOn w:val="TableauNormal"/>
    <w:next w:val="Tramemoyenne2-Accent4"/>
    <w:uiPriority w:val="64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53">
    <w:name w:val="Medium Shading 2 - Accent 53"/>
    <w:basedOn w:val="TableauNormal"/>
    <w:next w:val="Tramemoyenne2-Accent5"/>
    <w:uiPriority w:val="64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63">
    <w:name w:val="Medium Shading 2 - Accent 63"/>
    <w:basedOn w:val="TableauNormal"/>
    <w:next w:val="Tramemoyenne2-Accent6"/>
    <w:uiPriority w:val="64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4">
    <w:name w:val="Medium List 14"/>
    <w:basedOn w:val="TableauNormal"/>
    <w:next w:val="Listemoyenne1"/>
    <w:uiPriority w:val="65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4">
    <w:name w:val="Medium List 1 - Accent 14"/>
    <w:basedOn w:val="TableauNormal"/>
    <w:next w:val="Listemoyenne1-Accent1"/>
    <w:uiPriority w:val="65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MediumList1-Accent23">
    <w:name w:val="Medium List 1 - Accent 23"/>
    <w:basedOn w:val="TableauNormal"/>
    <w:next w:val="Listemoyenne1-Accent2"/>
    <w:uiPriority w:val="65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MediumList1-Accent33">
    <w:name w:val="Medium List 1 - Accent 33"/>
    <w:basedOn w:val="TableauNormal"/>
    <w:next w:val="Listemoyenne1-Accent3"/>
    <w:uiPriority w:val="65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MediumList1-Accent43">
    <w:name w:val="Medium List 1 - Accent 43"/>
    <w:basedOn w:val="TableauNormal"/>
    <w:next w:val="Listemoyenne1-Accent4"/>
    <w:uiPriority w:val="65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MediumList1-Accent53">
    <w:name w:val="Medium List 1 - Accent 53"/>
    <w:basedOn w:val="TableauNormal"/>
    <w:next w:val="Listemoyenne1-Accent5"/>
    <w:uiPriority w:val="65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MediumList1-Accent63">
    <w:name w:val="Medium List 1 - Accent 63"/>
    <w:basedOn w:val="TableauNormal"/>
    <w:next w:val="Listemoyenne1-Accent6"/>
    <w:uiPriority w:val="65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MediumList24">
    <w:name w:val="Medium List 24"/>
    <w:basedOn w:val="TableauNormal"/>
    <w:next w:val="Listemoyenne2"/>
    <w:uiPriority w:val="66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13">
    <w:name w:val="Medium List 2 - Accent 13"/>
    <w:basedOn w:val="TableauNormal"/>
    <w:next w:val="Listemoyenne2-Accent1"/>
    <w:uiPriority w:val="66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23">
    <w:name w:val="Medium List 2 - Accent 23"/>
    <w:basedOn w:val="TableauNormal"/>
    <w:next w:val="Listemoyenne2-Accent2"/>
    <w:uiPriority w:val="66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33">
    <w:name w:val="Medium List 2 - Accent 33"/>
    <w:basedOn w:val="TableauNormal"/>
    <w:next w:val="Listemoyenne2-Accent3"/>
    <w:uiPriority w:val="66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43">
    <w:name w:val="Medium List 2 - Accent 43"/>
    <w:basedOn w:val="TableauNormal"/>
    <w:next w:val="Listemoyenne2-Accent4"/>
    <w:uiPriority w:val="66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53">
    <w:name w:val="Medium List 2 - Accent 53"/>
    <w:basedOn w:val="TableauNormal"/>
    <w:next w:val="Listemoyenne2-Accent5"/>
    <w:uiPriority w:val="66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63">
    <w:name w:val="Medium List 2 - Accent 63"/>
    <w:basedOn w:val="TableauNormal"/>
    <w:next w:val="Listemoyenne2-Accent6"/>
    <w:uiPriority w:val="66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4">
    <w:name w:val="Medium Grid 14"/>
    <w:basedOn w:val="TableauNormal"/>
    <w:next w:val="Grillemoyenne1"/>
    <w:uiPriority w:val="67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MediumGrid1-Accent13">
    <w:name w:val="Medium Grid 1 - Accent 13"/>
    <w:basedOn w:val="TableauNormal"/>
    <w:next w:val="Grillemoyenne1-Accent1"/>
    <w:uiPriority w:val="67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ediumGrid1-Accent23">
    <w:name w:val="Medium Grid 1 - Accent 23"/>
    <w:basedOn w:val="TableauNormal"/>
    <w:next w:val="Grillemoyenne1-Accent2"/>
    <w:uiPriority w:val="67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MediumGrid1-Accent33">
    <w:name w:val="Medium Grid 1 - Accent 33"/>
    <w:basedOn w:val="TableauNormal"/>
    <w:next w:val="Grillemoyenne1-Accent3"/>
    <w:uiPriority w:val="67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MediumGrid1-Accent43">
    <w:name w:val="Medium Grid 1 - Accent 43"/>
    <w:basedOn w:val="TableauNormal"/>
    <w:next w:val="Grillemoyenne1-Accent4"/>
    <w:uiPriority w:val="67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MediumGrid1-Accent53">
    <w:name w:val="Medium Grid 1 - Accent 53"/>
    <w:basedOn w:val="TableauNormal"/>
    <w:next w:val="Grillemoyenne1-Accent5"/>
    <w:uiPriority w:val="67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MediumGrid1-Accent63">
    <w:name w:val="Medium Grid 1 - Accent 63"/>
    <w:basedOn w:val="TableauNormal"/>
    <w:next w:val="Grillemoyenne1-Accent6"/>
    <w:uiPriority w:val="67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MediumGrid24">
    <w:name w:val="Medium Grid 24"/>
    <w:basedOn w:val="TableauNormal"/>
    <w:next w:val="Grillemoyenne2"/>
    <w:uiPriority w:val="68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13">
    <w:name w:val="Medium Grid 2 - Accent 13"/>
    <w:basedOn w:val="TableauNormal"/>
    <w:next w:val="Grillemoyenne2-Accent1"/>
    <w:uiPriority w:val="68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23">
    <w:name w:val="Medium Grid 2 - Accent 23"/>
    <w:basedOn w:val="TableauNormal"/>
    <w:next w:val="Grillemoyenne2-Accent2"/>
    <w:uiPriority w:val="68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33">
    <w:name w:val="Medium Grid 2 - Accent 33"/>
    <w:basedOn w:val="TableauNormal"/>
    <w:next w:val="Grillemoyenne2-Accent3"/>
    <w:uiPriority w:val="68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43">
    <w:name w:val="Medium Grid 2 - Accent 43"/>
    <w:basedOn w:val="TableauNormal"/>
    <w:next w:val="Grillemoyenne2-Accent4"/>
    <w:uiPriority w:val="68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53">
    <w:name w:val="Medium Grid 2 - Accent 53"/>
    <w:basedOn w:val="TableauNormal"/>
    <w:next w:val="Grillemoyenne2-Accent5"/>
    <w:uiPriority w:val="68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63">
    <w:name w:val="Medium Grid 2 - Accent 63"/>
    <w:basedOn w:val="TableauNormal"/>
    <w:next w:val="Grillemoyenne2-Accent6"/>
    <w:uiPriority w:val="68"/>
    <w:rsid w:val="005D2F78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4">
    <w:name w:val="Medium Grid 34"/>
    <w:basedOn w:val="TableauNormal"/>
    <w:next w:val="Grillemoyenne3"/>
    <w:uiPriority w:val="69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MediumGrid3-Accent13">
    <w:name w:val="Medium Grid 3 - Accent 13"/>
    <w:basedOn w:val="TableauNormal"/>
    <w:next w:val="Grillemoyenne3-Accent1"/>
    <w:uiPriority w:val="69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MediumGrid3-Accent23">
    <w:name w:val="Medium Grid 3 - Accent 23"/>
    <w:basedOn w:val="TableauNormal"/>
    <w:next w:val="Grillemoyenne3-Accent2"/>
    <w:uiPriority w:val="69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MediumGrid3-Accent33">
    <w:name w:val="Medium Grid 3 - Accent 33"/>
    <w:basedOn w:val="TableauNormal"/>
    <w:next w:val="Grillemoyenne3-Accent3"/>
    <w:uiPriority w:val="69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MediumGrid3-Accent43">
    <w:name w:val="Medium Grid 3 - Accent 43"/>
    <w:basedOn w:val="TableauNormal"/>
    <w:next w:val="Grillemoyenne3-Accent4"/>
    <w:uiPriority w:val="69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MediumGrid3-Accent53">
    <w:name w:val="Medium Grid 3 - Accent 53"/>
    <w:basedOn w:val="TableauNormal"/>
    <w:next w:val="Grillemoyenne3-Accent5"/>
    <w:uiPriority w:val="69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MediumGrid3-Accent63">
    <w:name w:val="Medium Grid 3 - Accent 63"/>
    <w:basedOn w:val="TableauNormal"/>
    <w:next w:val="Grillemoyenne3-Accent6"/>
    <w:uiPriority w:val="69"/>
    <w:rsid w:val="005D2F78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DarkList4">
    <w:name w:val="Dark List4"/>
    <w:basedOn w:val="TableauNormal"/>
    <w:next w:val="Listefonce"/>
    <w:uiPriority w:val="70"/>
    <w:rsid w:val="005D2F7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DarkList-Accent13">
    <w:name w:val="Dark List - Accent 13"/>
    <w:basedOn w:val="TableauNormal"/>
    <w:next w:val="Listefonce-Accent1"/>
    <w:uiPriority w:val="70"/>
    <w:rsid w:val="005D2F7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DarkList-Accent23">
    <w:name w:val="Dark List - Accent 23"/>
    <w:basedOn w:val="TableauNormal"/>
    <w:next w:val="Listefonce-Accent2"/>
    <w:uiPriority w:val="70"/>
    <w:rsid w:val="005D2F7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DarkList-Accent33">
    <w:name w:val="Dark List - Accent 33"/>
    <w:basedOn w:val="TableauNormal"/>
    <w:next w:val="Listefonce-Accent3"/>
    <w:uiPriority w:val="70"/>
    <w:rsid w:val="005D2F7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DarkList-Accent43">
    <w:name w:val="Dark List - Accent 43"/>
    <w:basedOn w:val="TableauNormal"/>
    <w:next w:val="Listefonce-Accent4"/>
    <w:uiPriority w:val="70"/>
    <w:rsid w:val="005D2F7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DarkList-Accent53">
    <w:name w:val="Dark List - Accent 53"/>
    <w:basedOn w:val="TableauNormal"/>
    <w:next w:val="Listefonce-Accent5"/>
    <w:uiPriority w:val="70"/>
    <w:rsid w:val="005D2F7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DarkList-Accent63">
    <w:name w:val="Dark List - Accent 63"/>
    <w:basedOn w:val="TableauNormal"/>
    <w:next w:val="Listefonce-Accent6"/>
    <w:uiPriority w:val="70"/>
    <w:rsid w:val="005D2F78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ColorfulShading4">
    <w:name w:val="Colorful Shading4"/>
    <w:basedOn w:val="TableauNormal"/>
    <w:next w:val="Tramecouleur"/>
    <w:uiPriority w:val="71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13">
    <w:name w:val="Colorful Shading - Accent 13"/>
    <w:basedOn w:val="TableauNormal"/>
    <w:next w:val="Tramecouleur-Accent1"/>
    <w:uiPriority w:val="71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23">
    <w:name w:val="Colorful Shading - Accent 23"/>
    <w:basedOn w:val="TableauNormal"/>
    <w:next w:val="Tramecouleur-Accent2"/>
    <w:uiPriority w:val="71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33">
    <w:name w:val="Colorful Shading - Accent 33"/>
    <w:basedOn w:val="TableauNormal"/>
    <w:next w:val="Tramecouleur-Accent3"/>
    <w:uiPriority w:val="71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ColorfulShading-Accent43">
    <w:name w:val="Colorful Shading - Accent 43"/>
    <w:basedOn w:val="TableauNormal"/>
    <w:next w:val="Tramecouleur-Accent4"/>
    <w:uiPriority w:val="71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53">
    <w:name w:val="Colorful Shading - Accent 53"/>
    <w:basedOn w:val="TableauNormal"/>
    <w:next w:val="Tramecouleur-Accent5"/>
    <w:uiPriority w:val="71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63">
    <w:name w:val="Colorful Shading - Accent 63"/>
    <w:basedOn w:val="TableauNormal"/>
    <w:next w:val="Tramecouleur-Accent6"/>
    <w:uiPriority w:val="71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List4">
    <w:name w:val="Colorful List4"/>
    <w:basedOn w:val="TableauNormal"/>
    <w:next w:val="Listecouleur"/>
    <w:uiPriority w:val="72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ColorfulList-Accent13">
    <w:name w:val="Colorful List - Accent 13"/>
    <w:basedOn w:val="TableauNormal"/>
    <w:next w:val="Listecouleur-Accent1"/>
    <w:uiPriority w:val="72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ColorfulList-Accent23">
    <w:name w:val="Colorful List - Accent 23"/>
    <w:basedOn w:val="TableauNormal"/>
    <w:next w:val="Listecouleur-Accent2"/>
    <w:uiPriority w:val="72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ColorfulList-Accent33">
    <w:name w:val="Colorful List - Accent 33"/>
    <w:basedOn w:val="TableauNormal"/>
    <w:next w:val="Listecouleur-Accent3"/>
    <w:uiPriority w:val="72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ColorfulList-Accent43">
    <w:name w:val="Colorful List - Accent 43"/>
    <w:basedOn w:val="TableauNormal"/>
    <w:next w:val="Listecouleur-Accent4"/>
    <w:uiPriority w:val="72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ColorfulList-Accent53">
    <w:name w:val="Colorful List - Accent 53"/>
    <w:basedOn w:val="TableauNormal"/>
    <w:next w:val="Listecouleur-Accent5"/>
    <w:uiPriority w:val="72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ColorfulList-Accent63">
    <w:name w:val="Colorful List - Accent 63"/>
    <w:basedOn w:val="TableauNormal"/>
    <w:next w:val="Listecouleur-Accent6"/>
    <w:uiPriority w:val="72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ColorfulGrid4">
    <w:name w:val="Colorful Grid4"/>
    <w:basedOn w:val="TableauNormal"/>
    <w:next w:val="Grillecouleur"/>
    <w:uiPriority w:val="73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ColorfulGrid-Accent13">
    <w:name w:val="Colorful Grid - Accent 13"/>
    <w:basedOn w:val="TableauNormal"/>
    <w:next w:val="Grillecouleur-Accent1"/>
    <w:uiPriority w:val="73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ColorfulGrid-Accent23">
    <w:name w:val="Colorful Grid - Accent 23"/>
    <w:basedOn w:val="TableauNormal"/>
    <w:next w:val="Grillecouleur-Accent2"/>
    <w:uiPriority w:val="73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ColorfulGrid-Accent33">
    <w:name w:val="Colorful Grid - Accent 33"/>
    <w:basedOn w:val="TableauNormal"/>
    <w:next w:val="Grillecouleur-Accent3"/>
    <w:uiPriority w:val="73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ColorfulGrid-Accent43">
    <w:name w:val="Colorful Grid - Accent 43"/>
    <w:basedOn w:val="TableauNormal"/>
    <w:next w:val="Grillecouleur-Accent4"/>
    <w:uiPriority w:val="73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ColorfulGrid-Accent53">
    <w:name w:val="Colorful Grid - Accent 53"/>
    <w:basedOn w:val="TableauNormal"/>
    <w:next w:val="Grillecouleur-Accent5"/>
    <w:uiPriority w:val="73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ColorfulGrid-Accent63">
    <w:name w:val="Colorful Grid - Accent 63"/>
    <w:basedOn w:val="TableauNormal"/>
    <w:next w:val="Grillecouleur-Accent6"/>
    <w:uiPriority w:val="73"/>
    <w:rsid w:val="005D2F78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NoList4">
    <w:name w:val="No List4"/>
    <w:next w:val="Aucuneliste"/>
    <w:uiPriority w:val="99"/>
    <w:semiHidden/>
    <w:unhideWhenUsed/>
    <w:rsid w:val="00FB3C33"/>
  </w:style>
  <w:style w:type="table" w:customStyle="1" w:styleId="TableGrid4">
    <w:name w:val="Table Grid4"/>
    <w:basedOn w:val="TableauNormal"/>
    <w:next w:val="Grilledutableau"/>
    <w:uiPriority w:val="59"/>
    <w:rsid w:val="00FB3C33"/>
    <w:rPr>
      <w:rFonts w:ascii="Cambria" w:eastAsia="MS Mincho" w:hAnsi="Cambria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5">
    <w:name w:val="Light Shading5"/>
    <w:basedOn w:val="TableauNormal"/>
    <w:next w:val="Ombrageclair"/>
    <w:uiPriority w:val="60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5">
    <w:name w:val="Light Shading - Accent 15"/>
    <w:basedOn w:val="TableauNormal"/>
    <w:next w:val="Trameclaire-Accent1"/>
    <w:uiPriority w:val="60"/>
    <w:rsid w:val="00FB3C33"/>
    <w:rPr>
      <w:rFonts w:ascii="Cambria" w:eastAsia="MS Mincho" w:hAnsi="Cambria"/>
      <w:color w:val="365F9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24">
    <w:name w:val="Light Shading - Accent 24"/>
    <w:basedOn w:val="TableauNormal"/>
    <w:next w:val="Trameclaire-Accent2"/>
    <w:uiPriority w:val="60"/>
    <w:rsid w:val="00FB3C33"/>
    <w:rPr>
      <w:rFonts w:ascii="Cambria" w:eastAsia="MS Mincho" w:hAnsi="Cambria"/>
      <w:color w:val="943634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LightShading-Accent34">
    <w:name w:val="Light Shading - Accent 34"/>
    <w:basedOn w:val="TableauNormal"/>
    <w:next w:val="Trameclaire-Accent3"/>
    <w:uiPriority w:val="60"/>
    <w:rsid w:val="00FB3C33"/>
    <w:rPr>
      <w:rFonts w:ascii="Cambria" w:eastAsia="MS Mincho" w:hAnsi="Cambria"/>
      <w:color w:val="76923C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ghtShading-Accent44">
    <w:name w:val="Light Shading - Accent 44"/>
    <w:basedOn w:val="TableauNormal"/>
    <w:next w:val="Trameclaire-Accent4"/>
    <w:uiPriority w:val="60"/>
    <w:rsid w:val="00FB3C33"/>
    <w:rPr>
      <w:rFonts w:ascii="Cambria" w:eastAsia="MS Mincho" w:hAnsi="Cambria"/>
      <w:color w:val="5F497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LightShading-Accent54">
    <w:name w:val="Light Shading - Accent 54"/>
    <w:basedOn w:val="TableauNormal"/>
    <w:next w:val="Trameclaire-Accent5"/>
    <w:uiPriority w:val="60"/>
    <w:rsid w:val="00FB3C33"/>
    <w:rPr>
      <w:rFonts w:ascii="Cambria" w:eastAsia="MS Mincho" w:hAnsi="Cambria"/>
      <w:color w:val="31849B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LightShading-Accent64">
    <w:name w:val="Light Shading - Accent 64"/>
    <w:basedOn w:val="TableauNormal"/>
    <w:next w:val="Trameclaire-Accent6"/>
    <w:uiPriority w:val="60"/>
    <w:rsid w:val="00FB3C33"/>
    <w:rPr>
      <w:rFonts w:ascii="Cambria" w:eastAsia="MS Mincho" w:hAnsi="Cambria"/>
      <w:color w:val="E36C0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LightList5">
    <w:name w:val="Light List5"/>
    <w:basedOn w:val="TableauNormal"/>
    <w:next w:val="Listeclaire"/>
    <w:uiPriority w:val="61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5">
    <w:name w:val="Light List - Accent 15"/>
    <w:basedOn w:val="TableauNormal"/>
    <w:next w:val="Listeclaire-Accent1"/>
    <w:uiPriority w:val="61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24">
    <w:name w:val="Light List - Accent 24"/>
    <w:basedOn w:val="TableauNormal"/>
    <w:next w:val="Listeclaire-Accent2"/>
    <w:uiPriority w:val="61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LightList-Accent34">
    <w:name w:val="Light List - Accent 34"/>
    <w:basedOn w:val="TableauNormal"/>
    <w:next w:val="Listeclaire-Accent3"/>
    <w:uiPriority w:val="61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ghtList-Accent44">
    <w:name w:val="Light List - Accent 44"/>
    <w:basedOn w:val="TableauNormal"/>
    <w:next w:val="Listeclaire-Accent4"/>
    <w:uiPriority w:val="61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LightList-Accent54">
    <w:name w:val="Light List - Accent 54"/>
    <w:basedOn w:val="TableauNormal"/>
    <w:next w:val="Listeclaire-Accent5"/>
    <w:uiPriority w:val="61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LightList-Accent64">
    <w:name w:val="Light List - Accent 64"/>
    <w:basedOn w:val="TableauNormal"/>
    <w:next w:val="Listeclaire-Accent6"/>
    <w:uiPriority w:val="61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LightGrid5">
    <w:name w:val="Light Grid5"/>
    <w:basedOn w:val="TableauNormal"/>
    <w:next w:val="Grilleclaire"/>
    <w:uiPriority w:val="62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5">
    <w:name w:val="Light Grid - Accent 15"/>
    <w:basedOn w:val="TableauNormal"/>
    <w:next w:val="Grilleclaire-Accent1"/>
    <w:uiPriority w:val="62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Grid-Accent24">
    <w:name w:val="Light Grid - Accent 24"/>
    <w:basedOn w:val="TableauNormal"/>
    <w:next w:val="Grilleclaire-Accent2"/>
    <w:uiPriority w:val="62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LightGrid-Accent34">
    <w:name w:val="Light Grid - Accent 34"/>
    <w:basedOn w:val="TableauNormal"/>
    <w:next w:val="Grilleclaire-Accent3"/>
    <w:uiPriority w:val="62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LightGrid-Accent44">
    <w:name w:val="Light Grid - Accent 44"/>
    <w:basedOn w:val="TableauNormal"/>
    <w:next w:val="Grilleclaire-Accent4"/>
    <w:uiPriority w:val="62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LightGrid-Accent54">
    <w:name w:val="Light Grid - Accent 54"/>
    <w:basedOn w:val="TableauNormal"/>
    <w:next w:val="Grilleclaire-Accent5"/>
    <w:uiPriority w:val="62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LightGrid-Accent64">
    <w:name w:val="Light Grid - Accent 64"/>
    <w:basedOn w:val="TableauNormal"/>
    <w:next w:val="Grilleclaire-Accent6"/>
    <w:uiPriority w:val="62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MediumShading15">
    <w:name w:val="Medium Shading 15"/>
    <w:basedOn w:val="TableauNormal"/>
    <w:next w:val="Tramemoyenne1"/>
    <w:uiPriority w:val="63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5">
    <w:name w:val="Medium Shading 1 - Accent 15"/>
    <w:basedOn w:val="TableauNormal"/>
    <w:next w:val="Tramemoyenne1-Accent1"/>
    <w:uiPriority w:val="63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4">
    <w:name w:val="Medium Shading 1 - Accent 24"/>
    <w:basedOn w:val="TableauNormal"/>
    <w:next w:val="Tramemoyenne1-Accent2"/>
    <w:uiPriority w:val="63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34">
    <w:name w:val="Medium Shading 1 - Accent 34"/>
    <w:basedOn w:val="TableauNormal"/>
    <w:next w:val="Tramemoyenne1-Accent3"/>
    <w:uiPriority w:val="63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4">
    <w:name w:val="Medium Shading 1 - Accent 44"/>
    <w:basedOn w:val="TableauNormal"/>
    <w:next w:val="Tramemoyenne1-Accent4"/>
    <w:uiPriority w:val="63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54">
    <w:name w:val="Medium Shading 1 - Accent 54"/>
    <w:basedOn w:val="TableauNormal"/>
    <w:next w:val="Tramemoyenne1-Accent5"/>
    <w:uiPriority w:val="63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64">
    <w:name w:val="Medium Shading 1 - Accent 64"/>
    <w:basedOn w:val="TableauNormal"/>
    <w:next w:val="Tramemoyenne1-Accent6"/>
    <w:uiPriority w:val="63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5">
    <w:name w:val="Medium Shading 25"/>
    <w:basedOn w:val="TableauNormal"/>
    <w:next w:val="Tramemoyenne2"/>
    <w:uiPriority w:val="64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5">
    <w:name w:val="Medium Shading 2 - Accent 15"/>
    <w:basedOn w:val="TableauNormal"/>
    <w:next w:val="Tramemoyenne2-Accent1"/>
    <w:uiPriority w:val="64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24">
    <w:name w:val="Medium Shading 2 - Accent 24"/>
    <w:basedOn w:val="TableauNormal"/>
    <w:next w:val="Tramemoyenne2-Accent2"/>
    <w:uiPriority w:val="64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34">
    <w:name w:val="Medium Shading 2 - Accent 34"/>
    <w:basedOn w:val="TableauNormal"/>
    <w:next w:val="Tramemoyenne2-Accent3"/>
    <w:uiPriority w:val="64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44">
    <w:name w:val="Medium Shading 2 - Accent 44"/>
    <w:basedOn w:val="TableauNormal"/>
    <w:next w:val="Tramemoyenne2-Accent4"/>
    <w:uiPriority w:val="64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54">
    <w:name w:val="Medium Shading 2 - Accent 54"/>
    <w:basedOn w:val="TableauNormal"/>
    <w:next w:val="Tramemoyenne2-Accent5"/>
    <w:uiPriority w:val="64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64">
    <w:name w:val="Medium Shading 2 - Accent 64"/>
    <w:basedOn w:val="TableauNormal"/>
    <w:next w:val="Tramemoyenne2-Accent6"/>
    <w:uiPriority w:val="64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5">
    <w:name w:val="Medium List 15"/>
    <w:basedOn w:val="TableauNormal"/>
    <w:next w:val="Listemoyenne1"/>
    <w:uiPriority w:val="65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5">
    <w:name w:val="Medium List 1 - Accent 15"/>
    <w:basedOn w:val="TableauNormal"/>
    <w:next w:val="Listemoyenne1-Accent1"/>
    <w:uiPriority w:val="65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MediumList1-Accent24">
    <w:name w:val="Medium List 1 - Accent 24"/>
    <w:basedOn w:val="TableauNormal"/>
    <w:next w:val="Listemoyenne1-Accent2"/>
    <w:uiPriority w:val="65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MediumList1-Accent34">
    <w:name w:val="Medium List 1 - Accent 34"/>
    <w:basedOn w:val="TableauNormal"/>
    <w:next w:val="Listemoyenne1-Accent3"/>
    <w:uiPriority w:val="65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MediumList1-Accent44">
    <w:name w:val="Medium List 1 - Accent 44"/>
    <w:basedOn w:val="TableauNormal"/>
    <w:next w:val="Listemoyenne1-Accent4"/>
    <w:uiPriority w:val="65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MediumList1-Accent54">
    <w:name w:val="Medium List 1 - Accent 54"/>
    <w:basedOn w:val="TableauNormal"/>
    <w:next w:val="Listemoyenne1-Accent5"/>
    <w:uiPriority w:val="65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MediumList1-Accent64">
    <w:name w:val="Medium List 1 - Accent 64"/>
    <w:basedOn w:val="TableauNormal"/>
    <w:next w:val="Listemoyenne1-Accent6"/>
    <w:uiPriority w:val="65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MediumList25">
    <w:name w:val="Medium List 25"/>
    <w:basedOn w:val="TableauNormal"/>
    <w:next w:val="Listemoyenne2"/>
    <w:uiPriority w:val="66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14">
    <w:name w:val="Medium List 2 - Accent 14"/>
    <w:basedOn w:val="TableauNormal"/>
    <w:next w:val="Listemoyenne2-Accent1"/>
    <w:uiPriority w:val="66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24">
    <w:name w:val="Medium List 2 - Accent 24"/>
    <w:basedOn w:val="TableauNormal"/>
    <w:next w:val="Listemoyenne2-Accent2"/>
    <w:uiPriority w:val="66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34">
    <w:name w:val="Medium List 2 - Accent 34"/>
    <w:basedOn w:val="TableauNormal"/>
    <w:next w:val="Listemoyenne2-Accent3"/>
    <w:uiPriority w:val="66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44">
    <w:name w:val="Medium List 2 - Accent 44"/>
    <w:basedOn w:val="TableauNormal"/>
    <w:next w:val="Listemoyenne2-Accent4"/>
    <w:uiPriority w:val="66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54">
    <w:name w:val="Medium List 2 - Accent 54"/>
    <w:basedOn w:val="TableauNormal"/>
    <w:next w:val="Listemoyenne2-Accent5"/>
    <w:uiPriority w:val="66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64">
    <w:name w:val="Medium List 2 - Accent 64"/>
    <w:basedOn w:val="TableauNormal"/>
    <w:next w:val="Listemoyenne2-Accent6"/>
    <w:uiPriority w:val="66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5">
    <w:name w:val="Medium Grid 15"/>
    <w:basedOn w:val="TableauNormal"/>
    <w:next w:val="Grillemoyenne1"/>
    <w:uiPriority w:val="67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MediumGrid1-Accent14">
    <w:name w:val="Medium Grid 1 - Accent 14"/>
    <w:basedOn w:val="TableauNormal"/>
    <w:next w:val="Grillemoyenne1-Accent1"/>
    <w:uiPriority w:val="67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ediumGrid1-Accent24">
    <w:name w:val="Medium Grid 1 - Accent 24"/>
    <w:basedOn w:val="TableauNormal"/>
    <w:next w:val="Grillemoyenne1-Accent2"/>
    <w:uiPriority w:val="67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MediumGrid1-Accent34">
    <w:name w:val="Medium Grid 1 - Accent 34"/>
    <w:basedOn w:val="TableauNormal"/>
    <w:next w:val="Grillemoyenne1-Accent3"/>
    <w:uiPriority w:val="67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MediumGrid1-Accent44">
    <w:name w:val="Medium Grid 1 - Accent 44"/>
    <w:basedOn w:val="TableauNormal"/>
    <w:next w:val="Grillemoyenne1-Accent4"/>
    <w:uiPriority w:val="67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MediumGrid1-Accent54">
    <w:name w:val="Medium Grid 1 - Accent 54"/>
    <w:basedOn w:val="TableauNormal"/>
    <w:next w:val="Grillemoyenne1-Accent5"/>
    <w:uiPriority w:val="67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MediumGrid1-Accent64">
    <w:name w:val="Medium Grid 1 - Accent 64"/>
    <w:basedOn w:val="TableauNormal"/>
    <w:next w:val="Grillemoyenne1-Accent6"/>
    <w:uiPriority w:val="67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MediumGrid25">
    <w:name w:val="Medium Grid 25"/>
    <w:basedOn w:val="TableauNormal"/>
    <w:next w:val="Grillemoyenne2"/>
    <w:uiPriority w:val="68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14">
    <w:name w:val="Medium Grid 2 - Accent 14"/>
    <w:basedOn w:val="TableauNormal"/>
    <w:next w:val="Grillemoyenne2-Accent1"/>
    <w:uiPriority w:val="68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24">
    <w:name w:val="Medium Grid 2 - Accent 24"/>
    <w:basedOn w:val="TableauNormal"/>
    <w:next w:val="Grillemoyenne2-Accent2"/>
    <w:uiPriority w:val="68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34">
    <w:name w:val="Medium Grid 2 - Accent 34"/>
    <w:basedOn w:val="TableauNormal"/>
    <w:next w:val="Grillemoyenne2-Accent3"/>
    <w:uiPriority w:val="68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44">
    <w:name w:val="Medium Grid 2 - Accent 44"/>
    <w:basedOn w:val="TableauNormal"/>
    <w:next w:val="Grillemoyenne2-Accent4"/>
    <w:uiPriority w:val="68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54">
    <w:name w:val="Medium Grid 2 - Accent 54"/>
    <w:basedOn w:val="TableauNormal"/>
    <w:next w:val="Grillemoyenne2-Accent5"/>
    <w:uiPriority w:val="68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64">
    <w:name w:val="Medium Grid 2 - Accent 64"/>
    <w:basedOn w:val="TableauNormal"/>
    <w:next w:val="Grillemoyenne2-Accent6"/>
    <w:uiPriority w:val="68"/>
    <w:rsid w:val="00FB3C3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5">
    <w:name w:val="Medium Grid 35"/>
    <w:basedOn w:val="TableauNormal"/>
    <w:next w:val="Grillemoyenne3"/>
    <w:uiPriority w:val="69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MediumGrid3-Accent14">
    <w:name w:val="Medium Grid 3 - Accent 14"/>
    <w:basedOn w:val="TableauNormal"/>
    <w:next w:val="Grillemoyenne3-Accent1"/>
    <w:uiPriority w:val="69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MediumGrid3-Accent24">
    <w:name w:val="Medium Grid 3 - Accent 24"/>
    <w:basedOn w:val="TableauNormal"/>
    <w:next w:val="Grillemoyenne3-Accent2"/>
    <w:uiPriority w:val="69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MediumGrid3-Accent34">
    <w:name w:val="Medium Grid 3 - Accent 34"/>
    <w:basedOn w:val="TableauNormal"/>
    <w:next w:val="Grillemoyenne3-Accent3"/>
    <w:uiPriority w:val="69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MediumGrid3-Accent44">
    <w:name w:val="Medium Grid 3 - Accent 44"/>
    <w:basedOn w:val="TableauNormal"/>
    <w:next w:val="Grillemoyenne3-Accent4"/>
    <w:uiPriority w:val="69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MediumGrid3-Accent54">
    <w:name w:val="Medium Grid 3 - Accent 54"/>
    <w:basedOn w:val="TableauNormal"/>
    <w:next w:val="Grillemoyenne3-Accent5"/>
    <w:uiPriority w:val="69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MediumGrid3-Accent64">
    <w:name w:val="Medium Grid 3 - Accent 64"/>
    <w:basedOn w:val="TableauNormal"/>
    <w:next w:val="Grillemoyenne3-Accent6"/>
    <w:uiPriority w:val="69"/>
    <w:rsid w:val="00FB3C3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DarkList5">
    <w:name w:val="Dark List5"/>
    <w:basedOn w:val="TableauNormal"/>
    <w:next w:val="Listefonce"/>
    <w:uiPriority w:val="70"/>
    <w:rsid w:val="00FB3C3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DarkList-Accent14">
    <w:name w:val="Dark List - Accent 14"/>
    <w:basedOn w:val="TableauNormal"/>
    <w:next w:val="Listefonce-Accent1"/>
    <w:uiPriority w:val="70"/>
    <w:rsid w:val="00FB3C3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DarkList-Accent24">
    <w:name w:val="Dark List - Accent 24"/>
    <w:basedOn w:val="TableauNormal"/>
    <w:next w:val="Listefonce-Accent2"/>
    <w:uiPriority w:val="70"/>
    <w:rsid w:val="00FB3C3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DarkList-Accent34">
    <w:name w:val="Dark List - Accent 34"/>
    <w:basedOn w:val="TableauNormal"/>
    <w:next w:val="Listefonce-Accent3"/>
    <w:uiPriority w:val="70"/>
    <w:rsid w:val="00FB3C3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DarkList-Accent44">
    <w:name w:val="Dark List - Accent 44"/>
    <w:basedOn w:val="TableauNormal"/>
    <w:next w:val="Listefonce-Accent4"/>
    <w:uiPriority w:val="70"/>
    <w:rsid w:val="00FB3C3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DarkList-Accent54">
    <w:name w:val="Dark List - Accent 54"/>
    <w:basedOn w:val="TableauNormal"/>
    <w:next w:val="Listefonce-Accent5"/>
    <w:uiPriority w:val="70"/>
    <w:rsid w:val="00FB3C3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DarkList-Accent64">
    <w:name w:val="Dark List - Accent 64"/>
    <w:basedOn w:val="TableauNormal"/>
    <w:next w:val="Listefonce-Accent6"/>
    <w:uiPriority w:val="70"/>
    <w:rsid w:val="00FB3C3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ColorfulShading5">
    <w:name w:val="Colorful Shading5"/>
    <w:basedOn w:val="TableauNormal"/>
    <w:next w:val="Tramecouleur"/>
    <w:uiPriority w:val="71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14">
    <w:name w:val="Colorful Shading - Accent 14"/>
    <w:basedOn w:val="TableauNormal"/>
    <w:next w:val="Tramecouleur-Accent1"/>
    <w:uiPriority w:val="71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24">
    <w:name w:val="Colorful Shading - Accent 24"/>
    <w:basedOn w:val="TableauNormal"/>
    <w:next w:val="Tramecouleur-Accent2"/>
    <w:uiPriority w:val="71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34">
    <w:name w:val="Colorful Shading - Accent 34"/>
    <w:basedOn w:val="TableauNormal"/>
    <w:next w:val="Tramecouleur-Accent3"/>
    <w:uiPriority w:val="71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ColorfulShading-Accent44">
    <w:name w:val="Colorful Shading - Accent 44"/>
    <w:basedOn w:val="TableauNormal"/>
    <w:next w:val="Tramecouleur-Accent4"/>
    <w:uiPriority w:val="71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54">
    <w:name w:val="Colorful Shading - Accent 54"/>
    <w:basedOn w:val="TableauNormal"/>
    <w:next w:val="Tramecouleur-Accent5"/>
    <w:uiPriority w:val="71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64">
    <w:name w:val="Colorful Shading - Accent 64"/>
    <w:basedOn w:val="TableauNormal"/>
    <w:next w:val="Tramecouleur-Accent6"/>
    <w:uiPriority w:val="71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List5">
    <w:name w:val="Colorful List5"/>
    <w:basedOn w:val="TableauNormal"/>
    <w:next w:val="Listecouleur"/>
    <w:uiPriority w:val="72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ColorfulList-Accent14">
    <w:name w:val="Colorful List - Accent 14"/>
    <w:basedOn w:val="TableauNormal"/>
    <w:next w:val="Listecouleur-Accent1"/>
    <w:uiPriority w:val="72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ColorfulList-Accent24">
    <w:name w:val="Colorful List - Accent 24"/>
    <w:basedOn w:val="TableauNormal"/>
    <w:next w:val="Listecouleur-Accent2"/>
    <w:uiPriority w:val="72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ColorfulList-Accent34">
    <w:name w:val="Colorful List - Accent 34"/>
    <w:basedOn w:val="TableauNormal"/>
    <w:next w:val="Listecouleur-Accent3"/>
    <w:uiPriority w:val="72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ColorfulList-Accent44">
    <w:name w:val="Colorful List - Accent 44"/>
    <w:basedOn w:val="TableauNormal"/>
    <w:next w:val="Listecouleur-Accent4"/>
    <w:uiPriority w:val="72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ColorfulList-Accent54">
    <w:name w:val="Colorful List - Accent 54"/>
    <w:basedOn w:val="TableauNormal"/>
    <w:next w:val="Listecouleur-Accent5"/>
    <w:uiPriority w:val="72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ColorfulList-Accent64">
    <w:name w:val="Colorful List - Accent 64"/>
    <w:basedOn w:val="TableauNormal"/>
    <w:next w:val="Listecouleur-Accent6"/>
    <w:uiPriority w:val="72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ColorfulGrid5">
    <w:name w:val="Colorful Grid5"/>
    <w:basedOn w:val="TableauNormal"/>
    <w:next w:val="Grillecouleur"/>
    <w:uiPriority w:val="73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ColorfulGrid-Accent14">
    <w:name w:val="Colorful Grid - Accent 14"/>
    <w:basedOn w:val="TableauNormal"/>
    <w:next w:val="Grillecouleur-Accent1"/>
    <w:uiPriority w:val="73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ColorfulGrid-Accent24">
    <w:name w:val="Colorful Grid - Accent 24"/>
    <w:basedOn w:val="TableauNormal"/>
    <w:next w:val="Grillecouleur-Accent2"/>
    <w:uiPriority w:val="73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ColorfulGrid-Accent34">
    <w:name w:val="Colorful Grid - Accent 34"/>
    <w:basedOn w:val="TableauNormal"/>
    <w:next w:val="Grillecouleur-Accent3"/>
    <w:uiPriority w:val="73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ColorfulGrid-Accent44">
    <w:name w:val="Colorful Grid - Accent 44"/>
    <w:basedOn w:val="TableauNormal"/>
    <w:next w:val="Grillecouleur-Accent4"/>
    <w:uiPriority w:val="73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ColorfulGrid-Accent54">
    <w:name w:val="Colorful Grid - Accent 54"/>
    <w:basedOn w:val="TableauNormal"/>
    <w:next w:val="Grillecouleur-Accent5"/>
    <w:uiPriority w:val="73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ColorfulGrid-Accent64">
    <w:name w:val="Colorful Grid - Accent 64"/>
    <w:basedOn w:val="TableauNormal"/>
    <w:next w:val="Grillecouleur-Accent6"/>
    <w:uiPriority w:val="73"/>
    <w:rsid w:val="00FB3C3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TableGrid5">
    <w:name w:val="Table Grid5"/>
    <w:basedOn w:val="TableauNormal"/>
    <w:next w:val="Grilledutableau"/>
    <w:uiPriority w:val="59"/>
    <w:rsid w:val="00337163"/>
    <w:rPr>
      <w:rFonts w:ascii="Verdana" w:hAnsi="Verdana"/>
      <w:lang w:val="en-CA" w:eastAsia="en-C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UnresolvedMention1">
    <w:name w:val="Unresolved Mention1"/>
    <w:basedOn w:val="Policepardfaut"/>
    <w:uiPriority w:val="99"/>
    <w:semiHidden/>
    <w:unhideWhenUsed/>
    <w:rsid w:val="00C6029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semiHidden/>
    <w:unhideWhenUsed/>
    <w:rsid w:val="00186FAA"/>
    <w:rPr>
      <w:color w:val="800080" w:themeColor="followedHyperlink"/>
      <w:u w:val="single"/>
    </w:rPr>
  </w:style>
  <w:style w:type="character" w:customStyle="1" w:styleId="UnresolvedMention2">
    <w:name w:val="Unresolved Mention2"/>
    <w:basedOn w:val="Policepardfaut"/>
    <w:uiPriority w:val="99"/>
    <w:semiHidden/>
    <w:unhideWhenUsed/>
    <w:rsid w:val="00851364"/>
    <w:rPr>
      <w:color w:val="605E5C"/>
      <w:shd w:val="clear" w:color="auto" w:fill="E1DFDD"/>
    </w:rPr>
  </w:style>
  <w:style w:type="numbering" w:customStyle="1" w:styleId="NoList5">
    <w:name w:val="No List5"/>
    <w:next w:val="Aucuneliste"/>
    <w:uiPriority w:val="99"/>
    <w:semiHidden/>
    <w:unhideWhenUsed/>
    <w:rsid w:val="0074717D"/>
  </w:style>
  <w:style w:type="table" w:customStyle="1" w:styleId="TableGrid6">
    <w:name w:val="Table Grid6"/>
    <w:basedOn w:val="TableauNormal"/>
    <w:next w:val="Grilledutableau"/>
    <w:uiPriority w:val="59"/>
    <w:rsid w:val="0074717D"/>
    <w:rPr>
      <w:rFonts w:ascii="Cambria" w:eastAsia="MS Mincho" w:hAnsi="Cambria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6">
    <w:name w:val="Light Shading6"/>
    <w:basedOn w:val="TableauNormal"/>
    <w:next w:val="Ombrageclair"/>
    <w:uiPriority w:val="60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-Accent16">
    <w:name w:val="Light Shading - Accent 16"/>
    <w:basedOn w:val="TableauNormal"/>
    <w:next w:val="Trameclaire-Accent1"/>
    <w:uiPriority w:val="60"/>
    <w:rsid w:val="0074717D"/>
    <w:rPr>
      <w:rFonts w:ascii="Cambria" w:eastAsia="MS Mincho" w:hAnsi="Cambria"/>
      <w:color w:val="365F9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Shading-Accent25">
    <w:name w:val="Light Shading - Accent 25"/>
    <w:basedOn w:val="TableauNormal"/>
    <w:next w:val="Trameclaire-Accent2"/>
    <w:uiPriority w:val="60"/>
    <w:rsid w:val="0074717D"/>
    <w:rPr>
      <w:rFonts w:ascii="Cambria" w:eastAsia="MS Mincho" w:hAnsi="Cambria"/>
      <w:color w:val="943634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LightShading-Accent35">
    <w:name w:val="Light Shading - Accent 35"/>
    <w:basedOn w:val="TableauNormal"/>
    <w:next w:val="Trameclaire-Accent3"/>
    <w:uiPriority w:val="60"/>
    <w:rsid w:val="0074717D"/>
    <w:rPr>
      <w:rFonts w:ascii="Cambria" w:eastAsia="MS Mincho" w:hAnsi="Cambria"/>
      <w:color w:val="76923C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LightShading-Accent45">
    <w:name w:val="Light Shading - Accent 45"/>
    <w:basedOn w:val="TableauNormal"/>
    <w:next w:val="Trameclaire-Accent4"/>
    <w:uiPriority w:val="60"/>
    <w:rsid w:val="0074717D"/>
    <w:rPr>
      <w:rFonts w:ascii="Cambria" w:eastAsia="MS Mincho" w:hAnsi="Cambria"/>
      <w:color w:val="5F497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LightShading-Accent55">
    <w:name w:val="Light Shading - Accent 55"/>
    <w:basedOn w:val="TableauNormal"/>
    <w:next w:val="Trameclaire-Accent5"/>
    <w:uiPriority w:val="60"/>
    <w:rsid w:val="0074717D"/>
    <w:rPr>
      <w:rFonts w:ascii="Cambria" w:eastAsia="MS Mincho" w:hAnsi="Cambria"/>
      <w:color w:val="31849B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LightShading-Accent65">
    <w:name w:val="Light Shading - Accent 65"/>
    <w:basedOn w:val="TableauNormal"/>
    <w:next w:val="Trameclaire-Accent6"/>
    <w:uiPriority w:val="60"/>
    <w:rsid w:val="0074717D"/>
    <w:rPr>
      <w:rFonts w:ascii="Cambria" w:eastAsia="MS Mincho" w:hAnsi="Cambria"/>
      <w:color w:val="E36C0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LightList6">
    <w:name w:val="Light List6"/>
    <w:basedOn w:val="TableauNormal"/>
    <w:next w:val="Listeclaire"/>
    <w:uiPriority w:val="61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ghtList-Accent16">
    <w:name w:val="Light List - Accent 16"/>
    <w:basedOn w:val="TableauNormal"/>
    <w:next w:val="Listeclaire-Accent1"/>
    <w:uiPriority w:val="61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ghtList-Accent25">
    <w:name w:val="Light List - Accent 25"/>
    <w:basedOn w:val="TableauNormal"/>
    <w:next w:val="Listeclaire-Accent2"/>
    <w:uiPriority w:val="61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LightList-Accent35">
    <w:name w:val="Light List - Accent 35"/>
    <w:basedOn w:val="TableauNormal"/>
    <w:next w:val="Listeclaire-Accent3"/>
    <w:uiPriority w:val="61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ghtList-Accent45">
    <w:name w:val="Light List - Accent 45"/>
    <w:basedOn w:val="TableauNormal"/>
    <w:next w:val="Listeclaire-Accent4"/>
    <w:uiPriority w:val="61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LightList-Accent55">
    <w:name w:val="Light List - Accent 55"/>
    <w:basedOn w:val="TableauNormal"/>
    <w:next w:val="Listeclaire-Accent5"/>
    <w:uiPriority w:val="61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LightList-Accent65">
    <w:name w:val="Light List - Accent 65"/>
    <w:basedOn w:val="TableauNormal"/>
    <w:next w:val="Listeclaire-Accent6"/>
    <w:uiPriority w:val="61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LightGrid6">
    <w:name w:val="Light Grid6"/>
    <w:basedOn w:val="TableauNormal"/>
    <w:next w:val="Grilleclaire"/>
    <w:uiPriority w:val="62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LightGrid-Accent16">
    <w:name w:val="Light Grid - Accent 16"/>
    <w:basedOn w:val="TableauNormal"/>
    <w:next w:val="Grilleclaire-Accent1"/>
    <w:uiPriority w:val="62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Grid-Accent25">
    <w:name w:val="Light Grid - Accent 25"/>
    <w:basedOn w:val="TableauNormal"/>
    <w:next w:val="Grilleclaire-Accent2"/>
    <w:uiPriority w:val="62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LightGrid-Accent35">
    <w:name w:val="Light Grid - Accent 35"/>
    <w:basedOn w:val="TableauNormal"/>
    <w:next w:val="Grilleclaire-Accent3"/>
    <w:uiPriority w:val="62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LightGrid-Accent45">
    <w:name w:val="Light Grid - Accent 45"/>
    <w:basedOn w:val="TableauNormal"/>
    <w:next w:val="Grilleclaire-Accent4"/>
    <w:uiPriority w:val="62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LightGrid-Accent55">
    <w:name w:val="Light Grid - Accent 55"/>
    <w:basedOn w:val="TableauNormal"/>
    <w:next w:val="Grilleclaire-Accent5"/>
    <w:uiPriority w:val="62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LightGrid-Accent65">
    <w:name w:val="Light Grid - Accent 65"/>
    <w:basedOn w:val="TableauNormal"/>
    <w:next w:val="Grilleclaire-Accent6"/>
    <w:uiPriority w:val="62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MediumShading16">
    <w:name w:val="Medium Shading 16"/>
    <w:basedOn w:val="TableauNormal"/>
    <w:next w:val="Tramemoyenne1"/>
    <w:uiPriority w:val="63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16">
    <w:name w:val="Medium Shading 1 - Accent 16"/>
    <w:basedOn w:val="TableauNormal"/>
    <w:next w:val="Tramemoyenne1-Accent1"/>
    <w:uiPriority w:val="63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25">
    <w:name w:val="Medium Shading 1 - Accent 25"/>
    <w:basedOn w:val="TableauNormal"/>
    <w:next w:val="Tramemoyenne1-Accent2"/>
    <w:uiPriority w:val="63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35">
    <w:name w:val="Medium Shading 1 - Accent 35"/>
    <w:basedOn w:val="TableauNormal"/>
    <w:next w:val="Tramemoyenne1-Accent3"/>
    <w:uiPriority w:val="63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45">
    <w:name w:val="Medium Shading 1 - Accent 45"/>
    <w:basedOn w:val="TableauNormal"/>
    <w:next w:val="Tramemoyenne1-Accent4"/>
    <w:uiPriority w:val="63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55">
    <w:name w:val="Medium Shading 1 - Accent 55"/>
    <w:basedOn w:val="TableauNormal"/>
    <w:next w:val="Tramemoyenne1-Accent5"/>
    <w:uiPriority w:val="63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-Accent65">
    <w:name w:val="Medium Shading 1 - Accent 65"/>
    <w:basedOn w:val="TableauNormal"/>
    <w:next w:val="Tramemoyenne1-Accent6"/>
    <w:uiPriority w:val="63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6">
    <w:name w:val="Medium Shading 26"/>
    <w:basedOn w:val="TableauNormal"/>
    <w:next w:val="Tramemoyenne2"/>
    <w:uiPriority w:val="64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16">
    <w:name w:val="Medium Shading 2 - Accent 16"/>
    <w:basedOn w:val="TableauNormal"/>
    <w:next w:val="Tramemoyenne2-Accent1"/>
    <w:uiPriority w:val="64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25">
    <w:name w:val="Medium Shading 2 - Accent 25"/>
    <w:basedOn w:val="TableauNormal"/>
    <w:next w:val="Tramemoyenne2-Accent2"/>
    <w:uiPriority w:val="64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35">
    <w:name w:val="Medium Shading 2 - Accent 35"/>
    <w:basedOn w:val="TableauNormal"/>
    <w:next w:val="Tramemoyenne2-Accent3"/>
    <w:uiPriority w:val="64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45">
    <w:name w:val="Medium Shading 2 - Accent 45"/>
    <w:basedOn w:val="TableauNormal"/>
    <w:next w:val="Tramemoyenne2-Accent4"/>
    <w:uiPriority w:val="64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55">
    <w:name w:val="Medium Shading 2 - Accent 55"/>
    <w:basedOn w:val="TableauNormal"/>
    <w:next w:val="Tramemoyenne2-Accent5"/>
    <w:uiPriority w:val="64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-Accent65">
    <w:name w:val="Medium Shading 2 - Accent 65"/>
    <w:basedOn w:val="TableauNormal"/>
    <w:next w:val="Tramemoyenne2-Accent6"/>
    <w:uiPriority w:val="64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6">
    <w:name w:val="Medium List 16"/>
    <w:basedOn w:val="TableauNormal"/>
    <w:next w:val="Listemoyenne1"/>
    <w:uiPriority w:val="65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MediumList1-Accent16">
    <w:name w:val="Medium List 1 - Accent 16"/>
    <w:basedOn w:val="TableauNormal"/>
    <w:next w:val="Listemoyenne1-Accent1"/>
    <w:uiPriority w:val="65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MediumList1-Accent25">
    <w:name w:val="Medium List 1 - Accent 25"/>
    <w:basedOn w:val="TableauNormal"/>
    <w:next w:val="Listemoyenne1-Accent2"/>
    <w:uiPriority w:val="65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MediumList1-Accent35">
    <w:name w:val="Medium List 1 - Accent 35"/>
    <w:basedOn w:val="TableauNormal"/>
    <w:next w:val="Listemoyenne1-Accent3"/>
    <w:uiPriority w:val="65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MediumList1-Accent45">
    <w:name w:val="Medium List 1 - Accent 45"/>
    <w:basedOn w:val="TableauNormal"/>
    <w:next w:val="Listemoyenne1-Accent4"/>
    <w:uiPriority w:val="65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MediumList1-Accent55">
    <w:name w:val="Medium List 1 - Accent 55"/>
    <w:basedOn w:val="TableauNormal"/>
    <w:next w:val="Listemoyenne1-Accent5"/>
    <w:uiPriority w:val="65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MediumList1-Accent65">
    <w:name w:val="Medium List 1 - Accent 65"/>
    <w:basedOn w:val="TableauNormal"/>
    <w:next w:val="Listemoyenne1-Accent6"/>
    <w:uiPriority w:val="65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MediumList26">
    <w:name w:val="Medium List 26"/>
    <w:basedOn w:val="TableauNormal"/>
    <w:next w:val="Listemoyenne2"/>
    <w:uiPriority w:val="66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15">
    <w:name w:val="Medium List 2 - Accent 15"/>
    <w:basedOn w:val="TableauNormal"/>
    <w:next w:val="Listemoyenne2-Accent1"/>
    <w:uiPriority w:val="66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25">
    <w:name w:val="Medium List 2 - Accent 25"/>
    <w:basedOn w:val="TableauNormal"/>
    <w:next w:val="Listemoyenne2-Accent2"/>
    <w:uiPriority w:val="66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35">
    <w:name w:val="Medium List 2 - Accent 35"/>
    <w:basedOn w:val="TableauNormal"/>
    <w:next w:val="Listemoyenne2-Accent3"/>
    <w:uiPriority w:val="66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45">
    <w:name w:val="Medium List 2 - Accent 45"/>
    <w:basedOn w:val="TableauNormal"/>
    <w:next w:val="Listemoyenne2-Accent4"/>
    <w:uiPriority w:val="66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55">
    <w:name w:val="Medium List 2 - Accent 55"/>
    <w:basedOn w:val="TableauNormal"/>
    <w:next w:val="Listemoyenne2-Accent5"/>
    <w:uiPriority w:val="66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-Accent65">
    <w:name w:val="Medium List 2 - Accent 65"/>
    <w:basedOn w:val="TableauNormal"/>
    <w:next w:val="Listemoyenne2-Accent6"/>
    <w:uiPriority w:val="66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6">
    <w:name w:val="Medium Grid 16"/>
    <w:basedOn w:val="TableauNormal"/>
    <w:next w:val="Grillemoyenne1"/>
    <w:uiPriority w:val="67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MediumGrid1-Accent15">
    <w:name w:val="Medium Grid 1 - Accent 15"/>
    <w:basedOn w:val="TableauNormal"/>
    <w:next w:val="Grillemoyenne1-Accent1"/>
    <w:uiPriority w:val="67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MediumGrid1-Accent25">
    <w:name w:val="Medium Grid 1 - Accent 25"/>
    <w:basedOn w:val="TableauNormal"/>
    <w:next w:val="Grillemoyenne1-Accent2"/>
    <w:uiPriority w:val="67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MediumGrid1-Accent35">
    <w:name w:val="Medium Grid 1 - Accent 35"/>
    <w:basedOn w:val="TableauNormal"/>
    <w:next w:val="Grillemoyenne1-Accent3"/>
    <w:uiPriority w:val="67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MediumGrid1-Accent45">
    <w:name w:val="Medium Grid 1 - Accent 45"/>
    <w:basedOn w:val="TableauNormal"/>
    <w:next w:val="Grillemoyenne1-Accent4"/>
    <w:uiPriority w:val="67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MediumGrid1-Accent55">
    <w:name w:val="Medium Grid 1 - Accent 55"/>
    <w:basedOn w:val="TableauNormal"/>
    <w:next w:val="Grillemoyenne1-Accent5"/>
    <w:uiPriority w:val="67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MediumGrid1-Accent65">
    <w:name w:val="Medium Grid 1 - Accent 65"/>
    <w:basedOn w:val="TableauNormal"/>
    <w:next w:val="Grillemoyenne1-Accent6"/>
    <w:uiPriority w:val="67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MediumGrid26">
    <w:name w:val="Medium Grid 26"/>
    <w:basedOn w:val="TableauNormal"/>
    <w:next w:val="Grillemoyenne2"/>
    <w:uiPriority w:val="68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15">
    <w:name w:val="Medium Grid 2 - Accent 15"/>
    <w:basedOn w:val="TableauNormal"/>
    <w:next w:val="Grillemoyenne2-Accent1"/>
    <w:uiPriority w:val="68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25">
    <w:name w:val="Medium Grid 2 - Accent 25"/>
    <w:basedOn w:val="TableauNormal"/>
    <w:next w:val="Grillemoyenne2-Accent2"/>
    <w:uiPriority w:val="68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35">
    <w:name w:val="Medium Grid 2 - Accent 35"/>
    <w:basedOn w:val="TableauNormal"/>
    <w:next w:val="Grillemoyenne2-Accent3"/>
    <w:uiPriority w:val="68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45">
    <w:name w:val="Medium Grid 2 - Accent 45"/>
    <w:basedOn w:val="TableauNormal"/>
    <w:next w:val="Grillemoyenne2-Accent4"/>
    <w:uiPriority w:val="68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55">
    <w:name w:val="Medium Grid 2 - Accent 55"/>
    <w:basedOn w:val="TableauNormal"/>
    <w:next w:val="Grillemoyenne2-Accent5"/>
    <w:uiPriority w:val="68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2-Accent65">
    <w:name w:val="Medium Grid 2 - Accent 65"/>
    <w:basedOn w:val="TableauNormal"/>
    <w:next w:val="Grillemoyenne2-Accent6"/>
    <w:uiPriority w:val="68"/>
    <w:rsid w:val="0074717D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MediumGrid36">
    <w:name w:val="Medium Grid 36"/>
    <w:basedOn w:val="TableauNormal"/>
    <w:next w:val="Grillemoyenne3"/>
    <w:uiPriority w:val="69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MediumGrid3-Accent15">
    <w:name w:val="Medium Grid 3 - Accent 15"/>
    <w:basedOn w:val="TableauNormal"/>
    <w:next w:val="Grillemoyenne3-Accent1"/>
    <w:uiPriority w:val="69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MediumGrid3-Accent25">
    <w:name w:val="Medium Grid 3 - Accent 25"/>
    <w:basedOn w:val="TableauNormal"/>
    <w:next w:val="Grillemoyenne3-Accent2"/>
    <w:uiPriority w:val="69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MediumGrid3-Accent35">
    <w:name w:val="Medium Grid 3 - Accent 35"/>
    <w:basedOn w:val="TableauNormal"/>
    <w:next w:val="Grillemoyenne3-Accent3"/>
    <w:uiPriority w:val="69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MediumGrid3-Accent45">
    <w:name w:val="Medium Grid 3 - Accent 45"/>
    <w:basedOn w:val="TableauNormal"/>
    <w:next w:val="Grillemoyenne3-Accent4"/>
    <w:uiPriority w:val="69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MediumGrid3-Accent55">
    <w:name w:val="Medium Grid 3 - Accent 55"/>
    <w:basedOn w:val="TableauNormal"/>
    <w:next w:val="Grillemoyenne3-Accent5"/>
    <w:uiPriority w:val="69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MediumGrid3-Accent65">
    <w:name w:val="Medium Grid 3 - Accent 65"/>
    <w:basedOn w:val="TableauNormal"/>
    <w:next w:val="Grillemoyenne3-Accent6"/>
    <w:uiPriority w:val="69"/>
    <w:rsid w:val="0074717D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DarkList6">
    <w:name w:val="Dark List6"/>
    <w:basedOn w:val="TableauNormal"/>
    <w:next w:val="Listefonce"/>
    <w:uiPriority w:val="70"/>
    <w:rsid w:val="0074717D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DarkList-Accent15">
    <w:name w:val="Dark List - Accent 15"/>
    <w:basedOn w:val="TableauNormal"/>
    <w:next w:val="Listefonce-Accent1"/>
    <w:uiPriority w:val="70"/>
    <w:rsid w:val="0074717D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DarkList-Accent25">
    <w:name w:val="Dark List - Accent 25"/>
    <w:basedOn w:val="TableauNormal"/>
    <w:next w:val="Listefonce-Accent2"/>
    <w:uiPriority w:val="70"/>
    <w:rsid w:val="0074717D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DarkList-Accent35">
    <w:name w:val="Dark List - Accent 35"/>
    <w:basedOn w:val="TableauNormal"/>
    <w:next w:val="Listefonce-Accent3"/>
    <w:uiPriority w:val="70"/>
    <w:rsid w:val="0074717D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DarkList-Accent45">
    <w:name w:val="Dark List - Accent 45"/>
    <w:basedOn w:val="TableauNormal"/>
    <w:next w:val="Listefonce-Accent4"/>
    <w:uiPriority w:val="70"/>
    <w:rsid w:val="0074717D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DarkList-Accent55">
    <w:name w:val="Dark List - Accent 55"/>
    <w:basedOn w:val="TableauNormal"/>
    <w:next w:val="Listefonce-Accent5"/>
    <w:uiPriority w:val="70"/>
    <w:rsid w:val="0074717D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DarkList-Accent65">
    <w:name w:val="Dark List - Accent 65"/>
    <w:basedOn w:val="TableauNormal"/>
    <w:next w:val="Listefonce-Accent6"/>
    <w:uiPriority w:val="70"/>
    <w:rsid w:val="0074717D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ColorfulShading6">
    <w:name w:val="Colorful Shading6"/>
    <w:basedOn w:val="TableauNormal"/>
    <w:next w:val="Tramecouleur"/>
    <w:uiPriority w:val="71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15">
    <w:name w:val="Colorful Shading - Accent 15"/>
    <w:basedOn w:val="TableauNormal"/>
    <w:next w:val="Tramecouleur-Accent1"/>
    <w:uiPriority w:val="71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25">
    <w:name w:val="Colorful Shading - Accent 25"/>
    <w:basedOn w:val="TableauNormal"/>
    <w:next w:val="Tramecouleur-Accent2"/>
    <w:uiPriority w:val="71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35">
    <w:name w:val="Colorful Shading - Accent 35"/>
    <w:basedOn w:val="TableauNormal"/>
    <w:next w:val="Tramecouleur-Accent3"/>
    <w:uiPriority w:val="71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ColorfulShading-Accent45">
    <w:name w:val="Colorful Shading - Accent 45"/>
    <w:basedOn w:val="TableauNormal"/>
    <w:next w:val="Tramecouleur-Accent4"/>
    <w:uiPriority w:val="71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55">
    <w:name w:val="Colorful Shading - Accent 55"/>
    <w:basedOn w:val="TableauNormal"/>
    <w:next w:val="Tramecouleur-Accent5"/>
    <w:uiPriority w:val="71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Shading-Accent65">
    <w:name w:val="Colorful Shading - Accent 65"/>
    <w:basedOn w:val="TableauNormal"/>
    <w:next w:val="Tramecouleur-Accent6"/>
    <w:uiPriority w:val="71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ColorfulList6">
    <w:name w:val="Colorful List6"/>
    <w:basedOn w:val="TableauNormal"/>
    <w:next w:val="Listecouleur"/>
    <w:uiPriority w:val="72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ColorfulList-Accent15">
    <w:name w:val="Colorful List - Accent 15"/>
    <w:basedOn w:val="TableauNormal"/>
    <w:next w:val="Listecouleur-Accent1"/>
    <w:uiPriority w:val="72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ColorfulList-Accent25">
    <w:name w:val="Colorful List - Accent 25"/>
    <w:basedOn w:val="TableauNormal"/>
    <w:next w:val="Listecouleur-Accent2"/>
    <w:uiPriority w:val="72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ColorfulList-Accent35">
    <w:name w:val="Colorful List - Accent 35"/>
    <w:basedOn w:val="TableauNormal"/>
    <w:next w:val="Listecouleur-Accent3"/>
    <w:uiPriority w:val="72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ColorfulList-Accent45">
    <w:name w:val="Colorful List - Accent 45"/>
    <w:basedOn w:val="TableauNormal"/>
    <w:next w:val="Listecouleur-Accent4"/>
    <w:uiPriority w:val="72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ColorfulList-Accent55">
    <w:name w:val="Colorful List - Accent 55"/>
    <w:basedOn w:val="TableauNormal"/>
    <w:next w:val="Listecouleur-Accent5"/>
    <w:uiPriority w:val="72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ColorfulList-Accent65">
    <w:name w:val="Colorful List - Accent 65"/>
    <w:basedOn w:val="TableauNormal"/>
    <w:next w:val="Listecouleur-Accent6"/>
    <w:uiPriority w:val="72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ColorfulGrid6">
    <w:name w:val="Colorful Grid6"/>
    <w:basedOn w:val="TableauNormal"/>
    <w:next w:val="Grillecouleur"/>
    <w:uiPriority w:val="73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ColorfulGrid-Accent15">
    <w:name w:val="Colorful Grid - Accent 15"/>
    <w:basedOn w:val="TableauNormal"/>
    <w:next w:val="Grillecouleur-Accent1"/>
    <w:uiPriority w:val="73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ColorfulGrid-Accent25">
    <w:name w:val="Colorful Grid - Accent 25"/>
    <w:basedOn w:val="TableauNormal"/>
    <w:next w:val="Grillecouleur-Accent2"/>
    <w:uiPriority w:val="73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ColorfulGrid-Accent35">
    <w:name w:val="Colorful Grid - Accent 35"/>
    <w:basedOn w:val="TableauNormal"/>
    <w:next w:val="Grillecouleur-Accent3"/>
    <w:uiPriority w:val="73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ColorfulGrid-Accent45">
    <w:name w:val="Colorful Grid - Accent 45"/>
    <w:basedOn w:val="TableauNormal"/>
    <w:next w:val="Grillecouleur-Accent4"/>
    <w:uiPriority w:val="73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ColorfulGrid-Accent55">
    <w:name w:val="Colorful Grid - Accent 55"/>
    <w:basedOn w:val="TableauNormal"/>
    <w:next w:val="Grillecouleur-Accent5"/>
    <w:uiPriority w:val="73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ColorfulGrid-Accent65">
    <w:name w:val="Colorful Grid - Accent 65"/>
    <w:basedOn w:val="TableauNormal"/>
    <w:next w:val="Grillecouleur-Accent6"/>
    <w:uiPriority w:val="73"/>
    <w:rsid w:val="0074717D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numbering" w:customStyle="1" w:styleId="Aucuneliste1">
    <w:name w:val="Aucune liste1"/>
    <w:next w:val="Aucuneliste"/>
    <w:uiPriority w:val="99"/>
    <w:semiHidden/>
    <w:unhideWhenUsed/>
    <w:rsid w:val="00843823"/>
  </w:style>
  <w:style w:type="table" w:customStyle="1" w:styleId="Grilledutableau1">
    <w:name w:val="Grille du tableau1"/>
    <w:basedOn w:val="TableauNormal"/>
    <w:next w:val="Grilledutableau"/>
    <w:uiPriority w:val="59"/>
    <w:rsid w:val="00843823"/>
    <w:rPr>
      <w:rFonts w:ascii="Cambria" w:eastAsia="MS Mincho" w:hAnsi="Cambria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Ombrageclair1">
    <w:name w:val="Ombrage clair1"/>
    <w:basedOn w:val="TableauNormal"/>
    <w:next w:val="Ombrageclair"/>
    <w:uiPriority w:val="60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Trameclaire-Accent11">
    <w:name w:val="Trame claire - Accent 11"/>
    <w:basedOn w:val="TableauNormal"/>
    <w:next w:val="Trameclaire-Accent1"/>
    <w:uiPriority w:val="60"/>
    <w:rsid w:val="00843823"/>
    <w:rPr>
      <w:rFonts w:ascii="Cambria" w:eastAsia="MS Mincho" w:hAnsi="Cambria"/>
      <w:color w:val="365F91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Trameclaire-Accent21">
    <w:name w:val="Trame claire - Accent 21"/>
    <w:basedOn w:val="TableauNormal"/>
    <w:next w:val="Trameclaire-Accent2"/>
    <w:uiPriority w:val="60"/>
    <w:rsid w:val="00843823"/>
    <w:rPr>
      <w:rFonts w:ascii="Cambria" w:eastAsia="MS Mincho" w:hAnsi="Cambria"/>
      <w:color w:val="943634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Trameclaire-Accent31">
    <w:name w:val="Trame claire - Accent 31"/>
    <w:basedOn w:val="TableauNormal"/>
    <w:next w:val="Trameclaire-Accent3"/>
    <w:uiPriority w:val="60"/>
    <w:rsid w:val="00843823"/>
    <w:rPr>
      <w:rFonts w:ascii="Cambria" w:eastAsia="MS Mincho" w:hAnsi="Cambria"/>
      <w:color w:val="76923C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Trameclaire-Accent41">
    <w:name w:val="Trame claire - Accent 41"/>
    <w:basedOn w:val="TableauNormal"/>
    <w:next w:val="Trameclaire-Accent4"/>
    <w:uiPriority w:val="60"/>
    <w:rsid w:val="00843823"/>
    <w:rPr>
      <w:rFonts w:ascii="Cambria" w:eastAsia="MS Mincho" w:hAnsi="Cambria"/>
      <w:color w:val="5F497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Trameclaire-Accent51">
    <w:name w:val="Trame claire - Accent 51"/>
    <w:basedOn w:val="TableauNormal"/>
    <w:next w:val="Trameclaire-Accent5"/>
    <w:uiPriority w:val="60"/>
    <w:rsid w:val="00843823"/>
    <w:rPr>
      <w:rFonts w:ascii="Cambria" w:eastAsia="MS Mincho" w:hAnsi="Cambria"/>
      <w:color w:val="31849B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Trameclaire-Accent61">
    <w:name w:val="Trame claire - Accent 61"/>
    <w:basedOn w:val="TableauNormal"/>
    <w:next w:val="Trameclaire-Accent6"/>
    <w:uiPriority w:val="60"/>
    <w:rsid w:val="00843823"/>
    <w:rPr>
      <w:rFonts w:ascii="Cambria" w:eastAsia="MS Mincho" w:hAnsi="Cambria"/>
      <w:color w:val="E36C0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Listeclaire1">
    <w:name w:val="Liste claire1"/>
    <w:basedOn w:val="TableauNormal"/>
    <w:next w:val="Listeclaire"/>
    <w:uiPriority w:val="61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Listeclaire-Accent12">
    <w:name w:val="Liste claire - Accent 12"/>
    <w:basedOn w:val="TableauNormal"/>
    <w:next w:val="Listeclaire-Accent1"/>
    <w:uiPriority w:val="61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isteclaire-Accent21">
    <w:name w:val="Liste claire - Accent 21"/>
    <w:basedOn w:val="TableauNormal"/>
    <w:next w:val="Listeclaire-Accent2"/>
    <w:uiPriority w:val="61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Listeclaire-Accent31">
    <w:name w:val="Liste claire - Accent 31"/>
    <w:basedOn w:val="TableauNormal"/>
    <w:next w:val="Listeclaire-Accent3"/>
    <w:uiPriority w:val="61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Listeclaire-Accent41">
    <w:name w:val="Liste claire - Accent 41"/>
    <w:basedOn w:val="TableauNormal"/>
    <w:next w:val="Listeclaire-Accent4"/>
    <w:uiPriority w:val="61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Listeclaire-Accent51">
    <w:name w:val="Liste claire - Accent 51"/>
    <w:basedOn w:val="TableauNormal"/>
    <w:next w:val="Listeclaire-Accent5"/>
    <w:uiPriority w:val="61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Listeclaire-Accent61">
    <w:name w:val="Liste claire - Accent 61"/>
    <w:basedOn w:val="TableauNormal"/>
    <w:next w:val="Listeclaire-Accent6"/>
    <w:uiPriority w:val="61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Grilleclaire1">
    <w:name w:val="Grille claire1"/>
    <w:basedOn w:val="TableauNormal"/>
    <w:next w:val="Grilleclaire"/>
    <w:uiPriority w:val="62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Grilleclaire-Accent11">
    <w:name w:val="Grille claire - Accent 11"/>
    <w:basedOn w:val="TableauNormal"/>
    <w:next w:val="Grilleclaire-Accent1"/>
    <w:uiPriority w:val="62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Grilleclaire-Accent21">
    <w:name w:val="Grille claire - Accent 21"/>
    <w:basedOn w:val="TableauNormal"/>
    <w:next w:val="Grilleclaire-Accent2"/>
    <w:uiPriority w:val="62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Grilleclaire-Accent31">
    <w:name w:val="Grille claire - Accent 31"/>
    <w:basedOn w:val="TableauNormal"/>
    <w:next w:val="Grilleclaire-Accent3"/>
    <w:uiPriority w:val="62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Grilleclaire-Accent41">
    <w:name w:val="Grille claire - Accent 41"/>
    <w:basedOn w:val="TableauNormal"/>
    <w:next w:val="Grilleclaire-Accent4"/>
    <w:uiPriority w:val="62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Grilleclaire-Accent51">
    <w:name w:val="Grille claire - Accent 51"/>
    <w:basedOn w:val="TableauNormal"/>
    <w:next w:val="Grilleclaire-Accent5"/>
    <w:uiPriority w:val="62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Grilleclaire-Accent61">
    <w:name w:val="Grille claire - Accent 61"/>
    <w:basedOn w:val="TableauNormal"/>
    <w:next w:val="Grilleclaire-Accent6"/>
    <w:uiPriority w:val="62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Tramemoyenne11">
    <w:name w:val="Trame moyenne 11"/>
    <w:basedOn w:val="TableauNormal"/>
    <w:next w:val="Tramemoyenne1"/>
    <w:uiPriority w:val="63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Tramemoyenne1-Accent11">
    <w:name w:val="Trame moyenne 1 - Accent 11"/>
    <w:basedOn w:val="TableauNormal"/>
    <w:next w:val="Tramemoyenne1-Accent1"/>
    <w:uiPriority w:val="63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Tramemoyenne1-Accent21">
    <w:name w:val="Trame moyenne 1 - Accent 21"/>
    <w:basedOn w:val="TableauNormal"/>
    <w:next w:val="Tramemoyenne1-Accent2"/>
    <w:uiPriority w:val="63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Tramemoyenne1-Accent31">
    <w:name w:val="Trame moyenne 1 - Accent 31"/>
    <w:basedOn w:val="TableauNormal"/>
    <w:next w:val="Tramemoyenne1-Accent3"/>
    <w:uiPriority w:val="63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Tramemoyenne1-Accent41">
    <w:name w:val="Trame moyenne 1 - Accent 41"/>
    <w:basedOn w:val="TableauNormal"/>
    <w:next w:val="Tramemoyenne1-Accent4"/>
    <w:uiPriority w:val="63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FD8E8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Tramemoyenne1-Accent51">
    <w:name w:val="Trame moyenne 1 - Accent 51"/>
    <w:basedOn w:val="TableauNormal"/>
    <w:next w:val="Tramemoyenne1-Accent5"/>
    <w:uiPriority w:val="63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Tramemoyenne1-Accent61">
    <w:name w:val="Trame moyenne 1 - Accent 61"/>
    <w:basedOn w:val="TableauNormal"/>
    <w:next w:val="Tramemoyenne1-Accent6"/>
    <w:uiPriority w:val="63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DE4D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customStyle="1" w:styleId="Tramemoyenne21">
    <w:name w:val="Trame moyenne 21"/>
    <w:basedOn w:val="TableauNormal"/>
    <w:next w:val="Tramemoyenne2"/>
    <w:uiPriority w:val="64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ramemoyenne2-Accent11">
    <w:name w:val="Trame moyenne 2 - Accent 11"/>
    <w:basedOn w:val="TableauNormal"/>
    <w:next w:val="Tramemoyenne2-Accent1"/>
    <w:uiPriority w:val="64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ramemoyenne2-Accent21">
    <w:name w:val="Trame moyenne 2 - Accent 21"/>
    <w:basedOn w:val="TableauNormal"/>
    <w:next w:val="Tramemoyenne2-Accent2"/>
    <w:uiPriority w:val="64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ramemoyenne2-Accent31">
    <w:name w:val="Trame moyenne 2 - Accent 31"/>
    <w:basedOn w:val="TableauNormal"/>
    <w:next w:val="Tramemoyenne2-Accent3"/>
    <w:uiPriority w:val="64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ramemoyenne2-Accent41">
    <w:name w:val="Trame moyenne 2 - Accent 41"/>
    <w:basedOn w:val="TableauNormal"/>
    <w:next w:val="Tramemoyenne2-Accent4"/>
    <w:uiPriority w:val="64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ramemoyenne2-Accent51">
    <w:name w:val="Trame moyenne 2 - Accent 51"/>
    <w:basedOn w:val="TableauNormal"/>
    <w:next w:val="Tramemoyenne2-Accent5"/>
    <w:uiPriority w:val="64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ramemoyenne2-Accent61">
    <w:name w:val="Trame moyenne 2 - Accent 61"/>
    <w:basedOn w:val="TableauNormal"/>
    <w:next w:val="Tramemoyenne2-Accent6"/>
    <w:uiPriority w:val="64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Listemoyenne11">
    <w:name w:val="Liste moyenne 11"/>
    <w:basedOn w:val="TableauNormal"/>
    <w:next w:val="Listemoyenne1"/>
    <w:uiPriority w:val="65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customStyle="1" w:styleId="Listemoyenne1-Accent11">
    <w:name w:val="Liste moyenne 1 - Accent 11"/>
    <w:basedOn w:val="TableauNormal"/>
    <w:next w:val="Listemoyenne1-Accent1"/>
    <w:uiPriority w:val="65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shd w:val="clear" w:color="auto" w:fill="D3DFEE"/>
      </w:tcPr>
    </w:tblStylePr>
  </w:style>
  <w:style w:type="table" w:customStyle="1" w:styleId="Listemoyenne1-Accent21">
    <w:name w:val="Liste moyenne 1 - Accent 21"/>
    <w:basedOn w:val="TableauNormal"/>
    <w:next w:val="Listemoyenne1-Accent2"/>
    <w:uiPriority w:val="65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shd w:val="clear" w:color="auto" w:fill="EFD3D2"/>
      </w:tcPr>
    </w:tblStylePr>
  </w:style>
  <w:style w:type="table" w:customStyle="1" w:styleId="Listemoyenne1-Accent31">
    <w:name w:val="Liste moyenne 1 - Accent 31"/>
    <w:basedOn w:val="TableauNormal"/>
    <w:next w:val="Listemoyenne1-Accent3"/>
    <w:uiPriority w:val="65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6EED5"/>
      </w:tcPr>
    </w:tblStylePr>
  </w:style>
  <w:style w:type="table" w:customStyle="1" w:styleId="Listemoyenne1-Accent41">
    <w:name w:val="Liste moyenne 1 - Accent 41"/>
    <w:basedOn w:val="TableauNormal"/>
    <w:next w:val="Listemoyenne1-Accent4"/>
    <w:uiPriority w:val="65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rPr>
        <w:rFonts w:cs="Times New Roman"/>
      </w:rPr>
      <w:tblPr/>
      <w:tcPr>
        <w:shd w:val="clear" w:color="auto" w:fill="DFD8E8"/>
      </w:tcPr>
    </w:tblStylePr>
    <w:tblStylePr w:type="band1Horz">
      <w:rPr>
        <w:rFonts w:cs="Times New Roman"/>
      </w:rPr>
      <w:tblPr/>
      <w:tcPr>
        <w:shd w:val="clear" w:color="auto" w:fill="DFD8E8"/>
      </w:tcPr>
    </w:tblStylePr>
  </w:style>
  <w:style w:type="table" w:customStyle="1" w:styleId="Listemoyenne1-Accent51">
    <w:name w:val="Liste moyenne 1 - Accent 51"/>
    <w:basedOn w:val="TableauNormal"/>
    <w:next w:val="Listemoyenne1-Accent5"/>
    <w:uiPriority w:val="65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2EAF1"/>
      </w:tcPr>
    </w:tblStylePr>
  </w:style>
  <w:style w:type="table" w:customStyle="1" w:styleId="Listemoyenne1-Accent61">
    <w:name w:val="Liste moyenne 1 - Accent 61"/>
    <w:basedOn w:val="TableauNormal"/>
    <w:next w:val="Listemoyenne1-Accent6"/>
    <w:uiPriority w:val="65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rPr>
        <w:rFonts w:cs="Times New Roman"/>
      </w:rPr>
      <w:tblPr/>
      <w:tcPr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4D0"/>
      </w:tcPr>
    </w:tblStylePr>
  </w:style>
  <w:style w:type="table" w:customStyle="1" w:styleId="Listemoyenne21">
    <w:name w:val="Liste moyenne 21"/>
    <w:basedOn w:val="TableauNormal"/>
    <w:next w:val="Listemoyenne2"/>
    <w:uiPriority w:val="66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Listemoyenne2-Accent11">
    <w:name w:val="Liste moyenne 2 - Accent 11"/>
    <w:basedOn w:val="TableauNormal"/>
    <w:next w:val="Listemoyenne2-Accent1"/>
    <w:uiPriority w:val="66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Listemoyenne2-Accent21">
    <w:name w:val="Liste moyenne 2 - Accent 21"/>
    <w:basedOn w:val="TableauNormal"/>
    <w:next w:val="Listemoyenne2-Accent2"/>
    <w:uiPriority w:val="66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Listemoyenne2-Accent31">
    <w:name w:val="Liste moyenne 2 - Accent 31"/>
    <w:basedOn w:val="TableauNormal"/>
    <w:next w:val="Listemoyenne2-Accent3"/>
    <w:uiPriority w:val="66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Listemoyenne2-Accent41">
    <w:name w:val="Liste moyenne 2 - Accent 41"/>
    <w:basedOn w:val="TableauNormal"/>
    <w:next w:val="Listemoyenne2-Accent4"/>
    <w:uiPriority w:val="66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Listemoyenne2-Accent51">
    <w:name w:val="Liste moyenne 2 - Accent 51"/>
    <w:basedOn w:val="TableauNormal"/>
    <w:next w:val="Listemoyenne2-Accent5"/>
    <w:uiPriority w:val="66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Listemoyenne2-Accent61">
    <w:name w:val="Liste moyenne 2 - Accent 61"/>
    <w:basedOn w:val="TableauNormal"/>
    <w:next w:val="Listemoyenne2-Accent6"/>
    <w:uiPriority w:val="66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Grillemoyenne11">
    <w:name w:val="Grille moyenne 11"/>
    <w:basedOn w:val="TableauNormal"/>
    <w:next w:val="Grillemoyenne1"/>
    <w:uiPriority w:val="67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Grillemoyenne1-Accent11">
    <w:name w:val="Grille moyenne 1 - Accent 11"/>
    <w:basedOn w:val="TableauNormal"/>
    <w:next w:val="Grillemoyenne1-Accent1"/>
    <w:uiPriority w:val="67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customStyle="1" w:styleId="Grillemoyenne1-Accent21">
    <w:name w:val="Grille moyenne 1 - Accent 21"/>
    <w:basedOn w:val="TableauNormal"/>
    <w:next w:val="Grillemoyenne1-Accent2"/>
    <w:uiPriority w:val="67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</w:style>
  <w:style w:type="table" w:customStyle="1" w:styleId="Grillemoyenne1-Accent31">
    <w:name w:val="Grille moyenne 1 - Accent 31"/>
    <w:basedOn w:val="TableauNormal"/>
    <w:next w:val="Grillemoyenne1-Accent3"/>
    <w:uiPriority w:val="67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customStyle="1" w:styleId="Grillemoyenne1-Accent41">
    <w:name w:val="Grille moyenne 1 - Accent 41"/>
    <w:basedOn w:val="TableauNormal"/>
    <w:next w:val="Grillemoyenne1-Accent4"/>
    <w:uiPriority w:val="67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</w:style>
  <w:style w:type="table" w:customStyle="1" w:styleId="Grillemoyenne1-Accent51">
    <w:name w:val="Grille moyenne 1 - Accent 51"/>
    <w:basedOn w:val="TableauNormal"/>
    <w:next w:val="Grillemoyenne1-Accent5"/>
    <w:uiPriority w:val="67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table" w:customStyle="1" w:styleId="Grillemoyenne1-Accent61">
    <w:name w:val="Grille moyenne 1 - Accent 61"/>
    <w:basedOn w:val="TableauNormal"/>
    <w:next w:val="Grillemoyenne1-Accent6"/>
    <w:uiPriority w:val="67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  <w:style w:type="table" w:customStyle="1" w:styleId="Grillemoyenne21">
    <w:name w:val="Grille moyenne 21"/>
    <w:basedOn w:val="TableauNormal"/>
    <w:next w:val="Grillemoyenne2"/>
    <w:uiPriority w:val="68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rFonts w:cs="Times New Roman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Grillemoyenne2-Accent11">
    <w:name w:val="Grille moyenne 2 - Accent 11"/>
    <w:basedOn w:val="TableauNormal"/>
    <w:next w:val="Grillemoyenne2-Accent1"/>
    <w:uiPriority w:val="68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2F8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Grillemoyenne2-Accent21">
    <w:name w:val="Grille moyenne 2 - Accent 21"/>
    <w:basedOn w:val="TableauNormal"/>
    <w:next w:val="Grillemoyenne2-Accent2"/>
    <w:uiPriority w:val="68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rFonts w:cs="Times New Roman"/>
        <w:b/>
        <w:bCs/>
        <w:color w:val="000000"/>
      </w:rPr>
      <w:tblPr/>
      <w:tcPr>
        <w:shd w:val="clear" w:color="auto" w:fill="F8EDED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Grillemoyenne2-Accent31">
    <w:name w:val="Grille moyenne 2 - Accent 31"/>
    <w:basedOn w:val="TableauNormal"/>
    <w:next w:val="Grillemoyenne2-Accent3"/>
    <w:uiPriority w:val="68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rFonts w:cs="Times New Roman"/>
        <w:b/>
        <w:bCs/>
        <w:color w:val="000000"/>
      </w:rPr>
      <w:tblPr/>
      <w:tcPr>
        <w:shd w:val="clear" w:color="auto" w:fill="F5F8EE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Grillemoyenne2-Accent41">
    <w:name w:val="Grille moyenne 2 - Accent 41"/>
    <w:basedOn w:val="TableauNormal"/>
    <w:next w:val="Grillemoyenne2-Accent4"/>
    <w:uiPriority w:val="68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rFonts w:cs="Times New Roman"/>
        <w:b/>
        <w:bCs/>
        <w:color w:val="000000"/>
      </w:rPr>
      <w:tblPr/>
      <w:tcPr>
        <w:shd w:val="clear" w:color="auto" w:fill="F2EFF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Grillemoyenne2-Accent51">
    <w:name w:val="Grille moyenne 2 - Accent 51"/>
    <w:basedOn w:val="TableauNormal"/>
    <w:next w:val="Grillemoyenne2-Accent5"/>
    <w:uiPriority w:val="68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6F9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Grillemoyenne2-Accent61">
    <w:name w:val="Grille moyenne 2 - Accent 61"/>
    <w:basedOn w:val="TableauNormal"/>
    <w:next w:val="Grillemoyenne2-Accent6"/>
    <w:uiPriority w:val="68"/>
    <w:rsid w:val="00843823"/>
    <w:rPr>
      <w:rFonts w:eastAsia="MS Gothic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rFonts w:cs="Times New Roman"/>
        <w:b/>
        <w:bCs/>
        <w:color w:val="000000"/>
      </w:rPr>
      <w:tblPr/>
      <w:tcPr>
        <w:shd w:val="clear" w:color="auto" w:fill="FEF4EC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customStyle="1" w:styleId="Grillemoyenne31">
    <w:name w:val="Grille moyenne 31"/>
    <w:basedOn w:val="TableauNormal"/>
    <w:next w:val="Grillemoyenne3"/>
    <w:uiPriority w:val="69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Grillemoyenne3-Accent11">
    <w:name w:val="Grille moyenne 3 - Accent 11"/>
    <w:basedOn w:val="TableauNormal"/>
    <w:next w:val="Grillemoyenne3-Accent1"/>
    <w:uiPriority w:val="69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Grillemoyenne3-Accent21">
    <w:name w:val="Grille moyenne 3 - Accent 21"/>
    <w:basedOn w:val="TableauNormal"/>
    <w:next w:val="Grillemoyenne3-Accent2"/>
    <w:uiPriority w:val="69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Grillemoyenne3-Accent31">
    <w:name w:val="Grille moyenne 3 - Accent 31"/>
    <w:basedOn w:val="TableauNormal"/>
    <w:next w:val="Grillemoyenne3-Accent3"/>
    <w:uiPriority w:val="69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Grillemoyenne3-Accent41">
    <w:name w:val="Grille moyenne 3 - Accent 41"/>
    <w:basedOn w:val="TableauNormal"/>
    <w:next w:val="Grillemoyenne3-Accent4"/>
    <w:uiPriority w:val="69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Grillemoyenne3-Accent51">
    <w:name w:val="Grille moyenne 3 - Accent 51"/>
    <w:basedOn w:val="TableauNormal"/>
    <w:next w:val="Grillemoyenne3-Accent5"/>
    <w:uiPriority w:val="69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Grillemoyenne3-Accent61">
    <w:name w:val="Grille moyenne 3 - Accent 61"/>
    <w:basedOn w:val="TableauNormal"/>
    <w:next w:val="Grillemoyenne3-Accent6"/>
    <w:uiPriority w:val="69"/>
    <w:rsid w:val="00843823"/>
    <w:rPr>
      <w:rFonts w:ascii="Cambria" w:eastAsia="MS Mincho" w:hAnsi="Cambria"/>
      <w:sz w:val="22"/>
      <w:szCs w:val="22"/>
      <w:lang w:val="en-US" w:eastAsia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Listefonce1">
    <w:name w:val="Liste foncée1"/>
    <w:basedOn w:val="TableauNormal"/>
    <w:next w:val="Listefonce"/>
    <w:uiPriority w:val="70"/>
    <w:rsid w:val="0084382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000000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Listefonce-Accent11">
    <w:name w:val="Liste foncée - Accent 11"/>
    <w:basedOn w:val="TableauNormal"/>
    <w:next w:val="Listefonce-Accent1"/>
    <w:uiPriority w:val="70"/>
    <w:rsid w:val="0084382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F81BD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Listefonce-Accent21">
    <w:name w:val="Liste foncée - Accent 21"/>
    <w:basedOn w:val="TableauNormal"/>
    <w:next w:val="Listefonce-Accent2"/>
    <w:uiPriority w:val="70"/>
    <w:rsid w:val="0084382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C0504D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Listefonce-Accent31">
    <w:name w:val="Liste foncée - Accent 31"/>
    <w:basedOn w:val="TableauNormal"/>
    <w:next w:val="Listefonce-Accent3"/>
    <w:uiPriority w:val="70"/>
    <w:rsid w:val="0084382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9BBB59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Listefonce-Accent41">
    <w:name w:val="Liste foncée - Accent 41"/>
    <w:basedOn w:val="TableauNormal"/>
    <w:next w:val="Listefonce-Accent4"/>
    <w:uiPriority w:val="70"/>
    <w:rsid w:val="0084382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8064A2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Listefonce-Accent51">
    <w:name w:val="Liste foncée - Accent 51"/>
    <w:basedOn w:val="TableauNormal"/>
    <w:next w:val="Listefonce-Accent5"/>
    <w:uiPriority w:val="70"/>
    <w:rsid w:val="0084382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4BACC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Listefonce-Accent61">
    <w:name w:val="Liste foncée - Accent 61"/>
    <w:basedOn w:val="TableauNormal"/>
    <w:next w:val="Listefonce-Accent6"/>
    <w:uiPriority w:val="70"/>
    <w:rsid w:val="00843823"/>
    <w:rPr>
      <w:rFonts w:ascii="Cambria" w:eastAsia="MS Mincho" w:hAnsi="Cambria"/>
      <w:color w:val="FFFFFF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7964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Tramecouleur1">
    <w:name w:val="Trame couleur1"/>
    <w:basedOn w:val="TableauNormal"/>
    <w:next w:val="Tramecouleur"/>
    <w:uiPriority w:val="71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999999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Tramecouleur-Accent11">
    <w:name w:val="Trame couleur - Accent 11"/>
    <w:basedOn w:val="TableauNormal"/>
    <w:next w:val="Tramecouleur-Accent1"/>
    <w:uiPriority w:val="71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rPr>
        <w:rFonts w:cs="Times New Roman"/>
      </w:rPr>
      <w:tblPr/>
      <w:tcPr>
        <w:shd w:val="clear" w:color="auto" w:fill="B8CCE4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Tramecouleur-Accent21">
    <w:name w:val="Trame couleur - Accent 21"/>
    <w:basedOn w:val="TableauNormal"/>
    <w:next w:val="Tramecouleur-Accent2"/>
    <w:uiPriority w:val="71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rPr>
        <w:rFonts w:cs="Times New Roman"/>
      </w:rPr>
      <w:tblPr/>
      <w:tcPr>
        <w:shd w:val="clear" w:color="auto" w:fill="E5B8B7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Tramecouleur-Accent31">
    <w:name w:val="Trame couleur - Accent 31"/>
    <w:basedOn w:val="TableauNormal"/>
    <w:next w:val="Tramecouleur-Accent3"/>
    <w:uiPriority w:val="71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rPr>
        <w:rFonts w:cs="Times New Roman"/>
      </w:rPr>
      <w:tblPr/>
      <w:tcPr>
        <w:shd w:val="clear" w:color="auto" w:fill="D6E3B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customStyle="1" w:styleId="Tramecouleur-Accent41">
    <w:name w:val="Trame couleur- Accent 41"/>
    <w:basedOn w:val="TableauNormal"/>
    <w:next w:val="Tramecouleur-Accent4"/>
    <w:uiPriority w:val="71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rPr>
        <w:rFonts w:cs="Times New Roman"/>
      </w:rPr>
      <w:tblPr/>
      <w:tcPr>
        <w:shd w:val="clear" w:color="auto" w:fill="CCC0D9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Tramecouleur-Accent51">
    <w:name w:val="Trame couleur - Accent 51"/>
    <w:basedOn w:val="TableauNormal"/>
    <w:next w:val="Tramecouleur-Accent5"/>
    <w:uiPriority w:val="71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rPr>
        <w:rFonts w:cs="Times New Roman"/>
      </w:rPr>
      <w:tblPr/>
      <w:tcPr>
        <w:shd w:val="clear" w:color="auto" w:fill="B6DDE8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Tramecouleur-Accent61">
    <w:name w:val="Trame couleur - Accent 61"/>
    <w:basedOn w:val="TableauNormal"/>
    <w:next w:val="Tramecouleur-Accent6"/>
    <w:uiPriority w:val="71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rPr>
        <w:rFonts w:cs="Times New Roman"/>
      </w:rPr>
      <w:tblPr/>
      <w:tcPr>
        <w:shd w:val="clear" w:color="auto" w:fill="FBD4B4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customStyle="1" w:styleId="Listecouleur1">
    <w:name w:val="Liste couleur1"/>
    <w:basedOn w:val="TableauNormal"/>
    <w:next w:val="Listecouleur"/>
    <w:uiPriority w:val="72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6E6E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Times New Roman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CCCCC"/>
      </w:tcPr>
    </w:tblStylePr>
  </w:style>
  <w:style w:type="table" w:customStyle="1" w:styleId="Listecouleur-Accent11">
    <w:name w:val="Liste couleur - Accent 11"/>
    <w:basedOn w:val="TableauNormal"/>
    <w:next w:val="Listecouleur-Accent1"/>
    <w:uiPriority w:val="72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Times New Roman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shd w:val="clear" w:color="auto" w:fill="DBE5F1"/>
      </w:tcPr>
    </w:tblStylePr>
  </w:style>
  <w:style w:type="table" w:customStyle="1" w:styleId="Listecouleur-Accent21">
    <w:name w:val="Liste couleur - Accent 21"/>
    <w:basedOn w:val="TableauNormal"/>
    <w:next w:val="Listecouleur-Accent2"/>
    <w:uiPriority w:val="72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8EDED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Times New Roman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shd w:val="clear" w:color="auto" w:fill="F2DBDB"/>
      </w:tcPr>
    </w:tblStylePr>
  </w:style>
  <w:style w:type="table" w:customStyle="1" w:styleId="Listecouleur-Accent31">
    <w:name w:val="Liste couleur - Accent 31"/>
    <w:basedOn w:val="TableauNormal"/>
    <w:next w:val="Listecouleur-Accent3"/>
    <w:uiPriority w:val="72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5F8EE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rFonts w:cs="Times New Roman"/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AF1DD"/>
      </w:tcPr>
    </w:tblStylePr>
  </w:style>
  <w:style w:type="table" w:customStyle="1" w:styleId="Listecouleur-Accent41">
    <w:name w:val="Liste couleur - Accent 41"/>
    <w:basedOn w:val="TableauNormal"/>
    <w:next w:val="Listecouleur-Accent4"/>
    <w:uiPriority w:val="72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2EFF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rFonts w:cs="Times New Roman"/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shd w:val="clear" w:color="auto" w:fill="E5DFEC"/>
      </w:tcPr>
    </w:tblStylePr>
  </w:style>
  <w:style w:type="table" w:customStyle="1" w:styleId="Listecouleur-Accent51">
    <w:name w:val="Liste couleur - Accent 51"/>
    <w:basedOn w:val="TableauNormal"/>
    <w:next w:val="Listecouleur-Accent5"/>
    <w:uiPriority w:val="72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rFonts w:cs="Times New Roman"/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AEEF3"/>
      </w:tcPr>
    </w:tblStylePr>
  </w:style>
  <w:style w:type="table" w:customStyle="1" w:styleId="Listecouleur-Accent61">
    <w:name w:val="Liste couleur - Accent 61"/>
    <w:basedOn w:val="TableauNormal"/>
    <w:next w:val="Listecouleur-Accent6"/>
    <w:uiPriority w:val="72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Times New Roman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table" w:customStyle="1" w:styleId="Grillecouleur1">
    <w:name w:val="Grille couleur1"/>
    <w:basedOn w:val="TableauNormal"/>
    <w:next w:val="Grillecouleur"/>
    <w:uiPriority w:val="73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rFonts w:cs="Times New Roman"/>
        <w:b/>
        <w:bCs/>
      </w:rPr>
      <w:tblPr/>
      <w:tcPr>
        <w:shd w:val="clear" w:color="auto" w:fill="999999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cs="Times New Roman"/>
        <w:color w:val="FFFFFF"/>
      </w:rPr>
      <w:tblPr/>
      <w:tcPr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customStyle="1" w:styleId="Grillecouleur-Accent11">
    <w:name w:val="Grille couleur - Accent 11"/>
    <w:basedOn w:val="TableauNormal"/>
    <w:next w:val="Grillecouleur-Accent1"/>
    <w:uiPriority w:val="73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rFonts w:cs="Times New Roman"/>
        <w:b/>
        <w:bCs/>
      </w:rPr>
      <w:tblPr/>
      <w:tcPr>
        <w:shd w:val="clear" w:color="auto" w:fill="B8CCE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B8CCE4"/>
      </w:tcPr>
    </w:tblStylePr>
    <w:tblStylePr w:type="firstCol">
      <w:rPr>
        <w:rFonts w:cs="Times New Roman"/>
        <w:color w:val="FFFFFF"/>
      </w:rPr>
      <w:tblPr/>
      <w:tcPr>
        <w:shd w:val="clear" w:color="auto" w:fill="365F91"/>
      </w:tcPr>
    </w:tblStylePr>
    <w:tblStylePr w:type="lastCol">
      <w:rPr>
        <w:rFonts w:cs="Times New Roman"/>
        <w:color w:val="FFFFFF"/>
      </w:rPr>
      <w:tblPr/>
      <w:tcPr>
        <w:shd w:val="clear" w:color="auto" w:fill="365F9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customStyle="1" w:styleId="Grillecouleur-Accent21">
    <w:name w:val="Grille couleur - Accent 21"/>
    <w:basedOn w:val="TableauNormal"/>
    <w:next w:val="Grillecouleur-Accent2"/>
    <w:uiPriority w:val="73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rFonts w:cs="Times New Roman"/>
        <w:b/>
        <w:bCs/>
      </w:rPr>
      <w:tblPr/>
      <w:tcPr>
        <w:shd w:val="clear" w:color="auto" w:fill="E5B8B7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E5B8B7"/>
      </w:tcPr>
    </w:tblStylePr>
    <w:tblStylePr w:type="firstCol">
      <w:rPr>
        <w:rFonts w:cs="Times New Roman"/>
        <w:color w:val="FFFFFF"/>
      </w:rPr>
      <w:tblPr/>
      <w:tcPr>
        <w:shd w:val="clear" w:color="auto" w:fill="943634"/>
      </w:tcPr>
    </w:tblStylePr>
    <w:tblStylePr w:type="lastCol">
      <w:rPr>
        <w:rFonts w:cs="Times New Roman"/>
        <w:color w:val="FFFFFF"/>
      </w:rPr>
      <w:tblPr/>
      <w:tcPr>
        <w:shd w:val="clear" w:color="auto" w:fill="943634"/>
      </w:tc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</w:style>
  <w:style w:type="table" w:customStyle="1" w:styleId="Grillecouleur-Accent31">
    <w:name w:val="Grille couleur - Accent 31"/>
    <w:basedOn w:val="TableauNormal"/>
    <w:next w:val="Grillecouleur-Accent3"/>
    <w:uiPriority w:val="73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rFonts w:cs="Times New Roman"/>
        <w:b/>
        <w:bCs/>
      </w:rPr>
      <w:tblPr/>
      <w:tcPr>
        <w:shd w:val="clear" w:color="auto" w:fill="D6E3BC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D6E3BC"/>
      </w:tcPr>
    </w:tblStylePr>
    <w:tblStylePr w:type="firstCol">
      <w:rPr>
        <w:rFonts w:cs="Times New Roman"/>
        <w:color w:val="FFFFFF"/>
      </w:rPr>
      <w:tblPr/>
      <w:tcPr>
        <w:shd w:val="clear" w:color="auto" w:fill="76923C"/>
      </w:tcPr>
    </w:tblStylePr>
    <w:tblStylePr w:type="lastCol">
      <w:rPr>
        <w:rFonts w:cs="Times New Roman"/>
        <w:color w:val="FFFFFF"/>
      </w:rPr>
      <w:tblPr/>
      <w:tcPr>
        <w:shd w:val="clear" w:color="auto" w:fill="76923C"/>
      </w:tc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customStyle="1" w:styleId="Grillecouleur-Accent41">
    <w:name w:val="Grille couleur - Accent 41"/>
    <w:basedOn w:val="TableauNormal"/>
    <w:next w:val="Grillecouleur-Accent4"/>
    <w:uiPriority w:val="73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rFonts w:cs="Times New Roman"/>
        <w:b/>
        <w:bCs/>
      </w:rPr>
      <w:tblPr/>
      <w:tcPr>
        <w:shd w:val="clear" w:color="auto" w:fill="CCC0D9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CCC0D9"/>
      </w:tcPr>
    </w:tblStylePr>
    <w:tblStylePr w:type="firstCol">
      <w:rPr>
        <w:rFonts w:cs="Times New Roman"/>
        <w:color w:val="FFFFFF"/>
      </w:rPr>
      <w:tblPr/>
      <w:tcPr>
        <w:shd w:val="clear" w:color="auto" w:fill="5F497A"/>
      </w:tcPr>
    </w:tblStylePr>
    <w:tblStylePr w:type="lastCol">
      <w:rPr>
        <w:rFonts w:cs="Times New Roman"/>
        <w:color w:val="FFFFFF"/>
      </w:rPr>
      <w:tblPr/>
      <w:tcPr>
        <w:shd w:val="clear" w:color="auto" w:fill="5F497A"/>
      </w:tc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</w:style>
  <w:style w:type="table" w:customStyle="1" w:styleId="Grillecouleur-Accent51">
    <w:name w:val="Grille couleur - Accent 51"/>
    <w:basedOn w:val="TableauNormal"/>
    <w:next w:val="Grillecouleur-Accent5"/>
    <w:uiPriority w:val="73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rFonts w:cs="Times New Roman"/>
        <w:b/>
        <w:bCs/>
      </w:rPr>
      <w:tblPr/>
      <w:tcPr>
        <w:shd w:val="clear" w:color="auto" w:fill="B6DDE8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B6DDE8"/>
      </w:tcPr>
    </w:tblStylePr>
    <w:tblStylePr w:type="firstCol">
      <w:rPr>
        <w:rFonts w:cs="Times New Roman"/>
        <w:color w:val="FFFFFF"/>
      </w:rPr>
      <w:tblPr/>
      <w:tcPr>
        <w:shd w:val="clear" w:color="auto" w:fill="31849B"/>
      </w:tcPr>
    </w:tblStylePr>
    <w:tblStylePr w:type="lastCol">
      <w:rPr>
        <w:rFonts w:cs="Times New Roman"/>
        <w:color w:val="FFFFFF"/>
      </w:rPr>
      <w:tblPr/>
      <w:tcPr>
        <w:shd w:val="clear" w:color="auto" w:fill="31849B"/>
      </w:tc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table" w:customStyle="1" w:styleId="Grillecouleur-Accent61">
    <w:name w:val="Grille couleur - Accent 61"/>
    <w:basedOn w:val="TableauNormal"/>
    <w:next w:val="Grillecouleur-Accent6"/>
    <w:uiPriority w:val="73"/>
    <w:rsid w:val="00843823"/>
    <w:rPr>
      <w:rFonts w:ascii="Cambria" w:eastAsia="MS Mincho" w:hAnsi="Cambria"/>
      <w:color w:val="000000"/>
      <w:sz w:val="22"/>
      <w:szCs w:val="22"/>
      <w:lang w:val="en-US"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rFonts w:cs="Times New Roman"/>
        <w:b/>
        <w:bCs/>
      </w:rPr>
      <w:tblPr/>
      <w:tcPr>
        <w:shd w:val="clear" w:color="auto" w:fill="FBD4B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FBD4B4"/>
      </w:tcPr>
    </w:tblStylePr>
    <w:tblStylePr w:type="firstCol">
      <w:rPr>
        <w:rFonts w:cs="Times New Roman"/>
        <w:color w:val="FFFFFF"/>
      </w:rPr>
      <w:tblPr/>
      <w:tcPr>
        <w:shd w:val="clear" w:color="auto" w:fill="E36C0A"/>
      </w:tcPr>
    </w:tblStylePr>
    <w:tblStylePr w:type="lastCol">
      <w:rPr>
        <w:rFonts w:cs="Times New Roman"/>
        <w:color w:val="FFFFFF"/>
      </w:rPr>
      <w:tblPr/>
      <w:tcPr>
        <w:shd w:val="clear" w:color="auto" w:fill="E36C0A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  <w:style w:type="paragraph" w:customStyle="1" w:styleId="Default">
    <w:name w:val="Default"/>
    <w:rsid w:val="002B1FE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CA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451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1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5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6570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81720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53269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4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88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8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268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3158992">
                                  <w:marLeft w:val="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83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12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975428">
                                              <w:marLeft w:val="-450"/>
                                              <w:marRight w:val="0"/>
                                              <w:marTop w:val="150"/>
                                              <w:marBottom w:val="225"/>
                                              <w:divBdr>
                                                <w:top w:val="single" w:sz="6" w:space="2" w:color="D8D8D8"/>
                                                <w:left w:val="single" w:sz="6" w:space="2" w:color="D8D8D8"/>
                                                <w:bottom w:val="single" w:sz="6" w:space="2" w:color="D8D8D8"/>
                                                <w:right w:val="single" w:sz="6" w:space="2" w:color="D8D8D8"/>
                                              </w:divBdr>
                                              <w:divsChild>
                                                <w:div w:id="424112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7647217">
                                                      <w:marLeft w:val="0"/>
                                                      <w:marRight w:val="0"/>
                                                      <w:marTop w:val="3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44602217">
                                                      <w:marLeft w:val="-3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6838636">
                                                          <w:marLeft w:val="0"/>
                                                          <w:marRight w:val="0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7045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3416125">
                                                          <w:marLeft w:val="0"/>
                                                          <w:marRight w:val="0"/>
                                                          <w:marTop w:val="1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4302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6641842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0396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940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0329459">
                                          <w:marLeft w:val="-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680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626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3581516">
                                          <w:marLeft w:val="7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6624049">
                                      <w:marLeft w:val="0"/>
                                      <w:marRight w:val="225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199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554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372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03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060724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766458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113017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09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866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223922">
                                  <w:marLeft w:val="4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396552">
                                      <w:marLeft w:val="0"/>
                                      <w:marRight w:val="225"/>
                                      <w:marTop w:val="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901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890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023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7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641252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0235">
                  <w:marLeft w:val="0"/>
                  <w:marRight w:val="0"/>
                  <w:marTop w:val="0"/>
                  <w:marBottom w:val="0"/>
                  <w:divBdr>
                    <w:top w:val="single" w:sz="8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162477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1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6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55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229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32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2933">
              <w:marLeft w:val="0"/>
              <w:marRight w:val="0"/>
              <w:marTop w:val="0"/>
              <w:marBottom w:val="0"/>
              <w:divBdr>
                <w:top w:val="single" w:sz="2" w:space="0" w:color="EFEF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96649">
                  <w:marLeft w:val="0"/>
                  <w:marRight w:val="0"/>
                  <w:marTop w:val="0"/>
                  <w:marBottom w:val="0"/>
                  <w:divBdr>
                    <w:top w:val="single" w:sz="8" w:space="0" w:color="D8D8D8"/>
                    <w:left w:val="none" w:sz="0" w:space="0" w:color="auto"/>
                    <w:bottom w:val="none" w:sz="0" w:space="0" w:color="D8D8D8"/>
                    <w:right w:val="none" w:sz="0" w:space="0" w:color="auto"/>
                  </w:divBdr>
                  <w:divsChild>
                    <w:div w:id="155550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53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184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67531">
                                  <w:marLeft w:val="56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66876">
                                      <w:marLeft w:val="0"/>
                                      <w:marRight w:val="281"/>
                                      <w:marTop w:val="9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855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17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261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7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1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R-ROP@international.gc.c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POR-ROP@international.gc.ca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AE5018-B183-4248-A8BE-BADD35859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6817</Words>
  <Characters>38858</Characters>
  <Application>Microsoft Office Word</Application>
  <DocSecurity>0</DocSecurity>
  <Lines>323</Lines>
  <Paragraphs>91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Introduction</vt:lpstr>
      <vt:lpstr>Introduction</vt:lpstr>
    </vt:vector>
  </TitlesOfParts>
  <Company/>
  <LinksUpToDate>false</LinksUpToDate>
  <CharactersWithSpaces>45584</CharactersWithSpaces>
  <SharedDoc>false</SharedDoc>
  <HyperlinkBase/>
  <HLinks>
    <vt:vector size="120" baseType="variant">
      <vt:variant>
        <vt:i4>1310769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_Toc320004257</vt:lpwstr>
      </vt:variant>
      <vt:variant>
        <vt:i4>1310769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_Toc320004256</vt:lpwstr>
      </vt:variant>
      <vt:variant>
        <vt:i4>1310769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_Toc320004255</vt:lpwstr>
      </vt:variant>
      <vt:variant>
        <vt:i4>1310769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_Toc320004254</vt:lpwstr>
      </vt:variant>
      <vt:variant>
        <vt:i4>1310769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_Toc320004253</vt:lpwstr>
      </vt:variant>
      <vt:variant>
        <vt:i4>1310769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_Toc320004252</vt:lpwstr>
      </vt:variant>
      <vt:variant>
        <vt:i4>1310769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_Toc320004251</vt:lpwstr>
      </vt:variant>
      <vt:variant>
        <vt:i4>1310769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_Toc320004250</vt:lpwstr>
      </vt:variant>
      <vt:variant>
        <vt:i4>1376305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_Toc320004249</vt:lpwstr>
      </vt:variant>
      <vt:variant>
        <vt:i4>1376305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_Toc320004248</vt:lpwstr>
      </vt:variant>
      <vt:variant>
        <vt:i4>1376305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_Toc320004247</vt:lpwstr>
      </vt:variant>
      <vt:variant>
        <vt:i4>1376305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_Toc320004246</vt:lpwstr>
      </vt:variant>
      <vt:variant>
        <vt:i4>1376305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_Toc320004245</vt:lpwstr>
      </vt:variant>
      <vt:variant>
        <vt:i4>1376305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_Toc320004244</vt:lpwstr>
      </vt:variant>
      <vt:variant>
        <vt:i4>1376305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_Toc320004243</vt:lpwstr>
      </vt:variant>
      <vt:variant>
        <vt:i4>1376305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_Toc320004242</vt:lpwstr>
      </vt:variant>
      <vt:variant>
        <vt:i4>1376305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_Toc320004241</vt:lpwstr>
      </vt:variant>
      <vt:variant>
        <vt:i4>1376305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_Toc320004240</vt:lpwstr>
      </vt:variant>
      <vt:variant>
        <vt:i4>1179697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_Toc320004239</vt:lpwstr>
      </vt:variant>
      <vt:variant>
        <vt:i4>1179697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_Toc320004238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</dc:title>
  <dc:creator>SPAQUIN : JOLICOEUR ET ASSOCIÉS</dc:creator>
  <cp:lastModifiedBy>Dominic Pelletier</cp:lastModifiedBy>
  <cp:revision>3</cp:revision>
  <cp:lastPrinted>2021-09-08T13:59:00Z</cp:lastPrinted>
  <dcterms:created xsi:type="dcterms:W3CDTF">2022-05-30T21:20:00Z</dcterms:created>
  <dcterms:modified xsi:type="dcterms:W3CDTF">2022-05-30T21:21:00Z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aa71038-b5b2-46ca-a8ca-65f441f438fe_Enabled">
    <vt:lpwstr>true</vt:lpwstr>
  </property>
  <property fmtid="{D5CDD505-2E9C-101B-9397-08002B2CF9AE}" pid="3" name="MSIP_Label_aaa71038-b5b2-46ca-a8ca-65f441f438fe_SetDate">
    <vt:lpwstr>2021-03-29T18:22:50Z</vt:lpwstr>
  </property>
  <property fmtid="{D5CDD505-2E9C-101B-9397-08002B2CF9AE}" pid="4" name="MSIP_Label_aaa71038-b5b2-46ca-a8ca-65f441f438fe_Method">
    <vt:lpwstr>Standard</vt:lpwstr>
  </property>
  <property fmtid="{D5CDD505-2E9C-101B-9397-08002B2CF9AE}" pid="5" name="MSIP_Label_aaa71038-b5b2-46ca-a8ca-65f441f438fe_Name">
    <vt:lpwstr>Advanis Public</vt:lpwstr>
  </property>
  <property fmtid="{D5CDD505-2E9C-101B-9397-08002B2CF9AE}" pid="6" name="MSIP_Label_aaa71038-b5b2-46ca-a8ca-65f441f438fe_SiteId">
    <vt:lpwstr>a345011a-ba7c-4885-b944-7ba34ad2184d</vt:lpwstr>
  </property>
  <property fmtid="{D5CDD505-2E9C-101B-9397-08002B2CF9AE}" pid="7" name="MSIP_Label_aaa71038-b5b2-46ca-a8ca-65f441f438fe_ActionId">
    <vt:lpwstr>bd65aa5e-f838-42e4-a827-adb7b0ec325b</vt:lpwstr>
  </property>
  <property fmtid="{D5CDD505-2E9C-101B-9397-08002B2CF9AE}" pid="8" name="MSIP_Label_aaa71038-b5b2-46ca-a8ca-65f441f438fe_ContentBits">
    <vt:lpwstr>0</vt:lpwstr>
  </property>
</Properties>
</file>